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Tie‑Dye Picnic: Keweenaw Queers’ Free All‑Ages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local gatherings for real connection , Keweenaw Queers is hosting a free, all‑ages tie‑dye picnic at McLain State Park this Saturday, bringing art, sun and inclusive togetherness to the Breakers Shelter and making pride feel relaxed and homemade.</w:t>
      </w:r>
      <w:r/>
    </w:p>
    <w:p>
      <w:r/>
      <w:r>
        <w:t>Essential Takeaways</w:t>
      </w:r>
      <w:r/>
      <w:r/>
    </w:p>
    <w:p>
      <w:pPr>
        <w:pStyle w:val="ListBullet"/>
        <w:spacing w:line="240" w:lineRule="auto"/>
        <w:ind w:left="720"/>
      </w:pPr>
      <w:r/>
      <w:r>
        <w:rPr>
          <w:b/>
        </w:rPr>
        <w:t>Free and inclusive:</w:t>
      </w:r>
      <w:r>
        <w:t xml:space="preserve"> The event is free to attend, though park entry or a pass for McLain State Park is required.</w:t>
      </w:r>
      <w:r/>
    </w:p>
    <w:p>
      <w:pPr>
        <w:pStyle w:val="ListBullet"/>
        <w:spacing w:line="240" w:lineRule="auto"/>
        <w:ind w:left="720"/>
      </w:pPr>
      <w:r/>
      <w:r>
        <w:rPr>
          <w:b/>
        </w:rPr>
        <w:t>Hands‑on activity:</w:t>
      </w:r>
      <w:r>
        <w:t xml:space="preserve"> Organisers will supply more than 100 t‑shirts for tie‑dye, so you can create something bright on the spot.</w:t>
      </w:r>
      <w:r/>
    </w:p>
    <w:p>
      <w:pPr>
        <w:pStyle w:val="ListBullet"/>
        <w:spacing w:line="240" w:lineRule="auto"/>
        <w:ind w:left="720"/>
      </w:pPr>
      <w:r/>
      <w:r>
        <w:rPr>
          <w:b/>
        </w:rPr>
        <w:t>All ages welcome:</w:t>
      </w:r>
      <w:r>
        <w:t xml:space="preserve"> Activities are designed to appeal to children, teens and adults , no experience necessary, just curiosity.</w:t>
      </w:r>
      <w:r/>
    </w:p>
    <w:p>
      <w:pPr>
        <w:pStyle w:val="ListBullet"/>
        <w:spacing w:line="240" w:lineRule="auto"/>
        <w:ind w:left="720"/>
      </w:pPr>
      <w:r/>
      <w:r>
        <w:rPr>
          <w:b/>
        </w:rPr>
        <w:t>Community building:</w:t>
      </w:r>
      <w:r>
        <w:t xml:space="preserve"> The picnic continues Keweenaw Queers’ year‑round mission to connect LGBTQIA+ people and allies across the peninsula.</w:t>
      </w:r>
      <w:r/>
    </w:p>
    <w:p>
      <w:pPr>
        <w:pStyle w:val="ListBullet"/>
        <w:spacing w:line="240" w:lineRule="auto"/>
        <w:ind w:left="720"/>
      </w:pPr>
      <w:r/>
      <w:r>
        <w:rPr>
          <w:b/>
        </w:rPr>
        <w:t>Bring a picnic blanket:</w:t>
      </w:r>
      <w:r>
        <w:t xml:space="preserve"> Expect outdoor, low‑key vibes , sunscreen, snacks and a relaxed playlist recommended.</w:t>
      </w:r>
      <w:r/>
      <w:r/>
    </w:p>
    <w:p>
      <w:pPr>
        <w:pStyle w:val="Heading2"/>
      </w:pPr>
      <w:r>
        <w:t>Why this picnic matters: small moments build big belonging</w:t>
      </w:r>
      <w:r/>
    </w:p>
    <w:p>
      <w:r/>
      <w:r>
        <w:t>The strongest thing about gatherings like this is their simplicity , a shelter, a table of squirt bottles and a line of people laughing with dye‑splashed fingers. Keweenaw Queers has become known locally for its June Pride Fest, which brings big crowds, but the group also stages quieter, year‑round events that actually knit the community together. According to local organisers, these low‑pressure meetups make it easier for new people to show up, meet neighbours and feel seen without the scale or cost of a bigger festival.</w:t>
      </w:r>
      <w:r/>
    </w:p>
    <w:p>
      <w:pPr>
        <w:pStyle w:val="Heading2"/>
      </w:pPr>
      <w:r>
        <w:t>What to expect at the Breakers Shelter: practical, playful and colourful</w:t>
      </w:r>
      <w:r/>
    </w:p>
    <w:p>
      <w:r/>
      <w:r>
        <w:t>Arrive ready to get messy in the best way. Organisers plan to provide more than 100 blank t‑shirts and a range of dye colours, so there’s plenty for everyone who wants to try tie‑dye. If you want a particular fit or fabric, bring your own tee , cotton takes dye best and an old shirt is ideal. Expect basic tools, volunteers showing simple techniques and space for people to chill on blankets. The vibe will be picnic‑friendly rather than performance‑driven, so it’s perfect if you’re after a relaxed afternoon outdoors.</w:t>
      </w:r>
      <w:r/>
    </w:p>
    <w:p>
      <w:pPr>
        <w:pStyle w:val="Heading2"/>
      </w:pPr>
      <w:r>
        <w:t>How Keweenaw Queers keeps community going beyond Pride Fest</w:t>
      </w:r>
      <w:r/>
    </w:p>
    <w:p>
      <w:r/>
      <w:r>
        <w:t>Pride Fest might draw the biggest crowds, but groups like Keweenaw Queers emphasise steady, accessible programming through the year. The picnic is a good example , it removes financial barriers by offering free shirts and activities, while the park’s day‑entry policy keeps logistics simple. Local coverage and community calendars show similar pop‑ups and markets across the summer, signalling a trend: smaller, craft‑oriented events help sustain relationships built at larger celebrations and welcome people who prefer quieter ways to connect.</w:t>
      </w:r>
      <w:r/>
    </w:p>
    <w:p>
      <w:pPr>
        <w:pStyle w:val="Heading2"/>
      </w:pPr>
      <w:r>
        <w:t>Tips for attending: make the most of a sunny, creative day</w:t>
      </w:r>
      <w:r/>
    </w:p>
    <w:p>
      <w:r/>
      <w:r>
        <w:t>Bring a towel or picnic blanket, a change of clothes and a small dry bag for your phone , dye spots can surprise you. A park pass saves time at the gate; check McLain State Park rules about pets or grills if you plan to bring extras. If you're coming with kids, pack a spare shirt and wet wipes. And if you’d rather watch than squirt, bring a camera , colour bursts make for joyful, low‑stakes photos and good memories.</w:t>
      </w:r>
      <w:r/>
    </w:p>
    <w:p>
      <w:pPr>
        <w:pStyle w:val="Heading2"/>
      </w:pPr>
      <w:r>
        <w:t>Looking ahead: community in colour</w:t>
      </w:r>
      <w:r/>
    </w:p>
    <w:p>
      <w:r/>
      <w:r>
        <w:t>Events like this feel tiny beside the idea of sweeping social change, but they’re where friendships begin and visibility becomes ordinary. Keweenaw Queers is inviting new members and allies to show up, make something colourful and stay for conversation. It’s an easy, sunny way to close the summer and keep momentum going into autumn.</w:t>
      </w:r>
      <w:r/>
    </w:p>
    <w:p>
      <w:r/>
      <w:r>
        <w:t>It's a small change that can brighten a weekend and make every connection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4">
        <w:r>
          <w:rPr>
            <w:color w:val="0000EE"/>
            <w:u w:val="single"/>
          </w:rPr>
          <w:t>[3]</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https://keweenawreport.com/2026/08/27/tie-dying-a-picnic-and-community-with-keweenaw-queers/</w:t>
        </w:r>
      </w:hyperlink>
      <w:r>
        <w:t xml:space="preserve"> - Please view link - unable to able to access data</w:t>
      </w:r>
      <w:r/>
    </w:p>
    <w:p>
      <w:pPr>
        <w:pStyle w:val="ListNumber"/>
        <w:spacing w:line="240" w:lineRule="auto"/>
        <w:ind w:left="720"/>
      </w:pPr>
      <w:r/>
      <w:hyperlink r:id="rId10">
        <w:r>
          <w:rPr>
            <w:color w:val="0000EE"/>
            <w:u w:val="single"/>
          </w:rPr>
          <w:t>https://www.miningjournal.net/news/local/2026/05/fourth-annual-lgbtqia-celebration-keweenaw-pridefest-set/</w:t>
        </w:r>
      </w:hyperlink>
      <w:r>
        <w:t xml:space="preserve"> - The Mining Journal reports that Keweenaw Pridefest, an annual LGBTQIA+ celebration, is returning for its fourth year on Saturday, June 6, 2026, at the Calumet Colosseum. The free, all-ages event will be held from 1 to 5 p.m. and is open to the public, rain or shine. The theme for 2026 is 'Rainbow Connections,' representing the connections LGBTQIA+ people have to their communities and queer history. The event will feature live music, tabling from local organizations, a photo booth, food trucks, a clothing swap, and free face painting and balloon art. A free transportation shuttle will be available from 12 to 5 p.m. with stops in Houghton, Hancock, and Calumet. Additional information can be found at keweenawpridefest.org.</w:t>
      </w:r>
      <w:r/>
    </w:p>
    <w:p>
      <w:pPr>
        <w:pStyle w:val="ListNumber"/>
        <w:spacing w:line="240" w:lineRule="auto"/>
        <w:ind w:left="720"/>
      </w:pPr>
      <w:r/>
      <w:hyperlink r:id="rId14">
        <w:r>
          <w:rPr>
            <w:color w:val="0000EE"/>
            <w:u w:val="single"/>
          </w:rPr>
          <w:t>https://keweenawpridefest.org/about/</w:t>
        </w:r>
      </w:hyperlink>
      <w:r>
        <w:t xml:space="preserve"> - Keweenaw Pridefest's official website provides information about the organization Keweenaw Queers, which became a collective in 2023 with the aim of creating more queer-friendly spaces and events in the Keweenaw area. Keweenaw Pridefest is their first and annual June event. The group began informally meeting in March 2023 with interest in a Houghton area pride event open to the general public. Since then, they have added more events and gatherings throughout the year leading up to Keweenaw Pridefest, including Open Mic Nights, Trivia Nights, Local Hikes, and more. The organization is a 501c3 entity, and disclosures can be found on their website.</w:t>
      </w:r>
      <w:r/>
    </w:p>
    <w:p>
      <w:pPr>
        <w:pStyle w:val="ListNumber"/>
        <w:spacing w:line="240" w:lineRule="auto"/>
        <w:ind w:left="720"/>
      </w:pPr>
      <w:r/>
      <w:hyperlink r:id="rId11">
        <w:r>
          <w:rPr>
            <w:color w:val="0000EE"/>
            <w:u w:val="single"/>
          </w:rPr>
          <w:t>https://www.michiganpublic.org/community-calendar/event/pride-market-2026-18-06-2026-08-36-02</w:t>
        </w:r>
      </w:hyperlink>
      <w:r>
        <w:t xml:space="preserve"> - Michigan Public's community calendar lists the second annual Pride Market, which took place on Sunday, June 28, 2026, from 1 to 6 p.m. at the Orpheum Theater in Hancock, Michigan. The event brought together over twenty queer artists, growers, and producers, offering a variety of items including produce, baked goods, books, art, soap, jewelry, plushies, tarot, plant starts, garments, and more. The market emphasized a safe and inclusive space for all ages, identities, and backgrounds, highlighting the queer creatives and producers who contribute to the Keweenaw's vibrant and welcoming community.</w:t>
      </w:r>
      <w:r/>
    </w:p>
    <w:p>
      <w:pPr>
        <w:pStyle w:val="ListNumber"/>
        <w:spacing w:line="240" w:lineRule="auto"/>
        <w:ind w:left="720"/>
      </w:pPr>
      <w:r/>
      <w:hyperlink r:id="rId13">
        <w:r>
          <w:rPr>
            <w:color w:val="0000EE"/>
            <w:u w:val="single"/>
          </w:rPr>
          <w:t>https://keweenawpridefest.org/</w:t>
        </w:r>
      </w:hyperlink>
      <w:r>
        <w:t xml:space="preserve"> - Keweenaw Pridefest's official website provides details about the event, including its new location at the Calumet Colosseum, 110 Red Jacket Rd, Calumet, MI 49913. The event is scheduled for June 6, 2026, from 1 to 5 p.m. The website outlines the event's focus on celebrating being queer and overcoming adversity, with live music, lawn games, and community tables from local organizations. The organization, Keweenaw Queers, is a 501c3 entity, and disclosures can be found on their website.</w:t>
      </w:r>
      <w:r/>
    </w:p>
    <w:p>
      <w:pPr>
        <w:pStyle w:val="ListNumber"/>
        <w:spacing w:line="240" w:lineRule="auto"/>
        <w:ind w:left="720"/>
      </w:pPr>
      <w:r/>
      <w:hyperlink r:id="rId12">
        <w:r>
          <w:rPr>
            <w:color w:val="0000EE"/>
            <w:u w:val="single"/>
          </w:rPr>
          <w:t>https://happeningnext.com/event/big-gay-picnic-and-tie-dye-eid3a0dxae5gd</w:t>
        </w:r>
      </w:hyperlink>
      <w:r>
        <w:t xml:space="preserve"> - HappeningNext lists the Big Gay Picnic and Tie-Dye event hosted by Keweenaw Queers at McLain State Park in Hancock, Michigan, on Saturday, August 29, 2026, from 12:00 p.m. to 3:00 p.m. The event is free and open to all ages. Attendees are encouraged to bring something to eat and something to dye. A limited number of white T-shirts are available for free. The event will take place rain or shine at the Breakies shelter in McLain State Park, which offers picnic tables, a volleyball net, and a horseshoe setup. A recreation passport is required for cars to enter McLain State Park, but bikes and pedestrians can enter for free. Financial assistance for the recreation pass is available through a form provided by Keweenaw Queers.</w:t>
      </w:r>
      <w:r/>
    </w:p>
    <w:p>
      <w:pPr>
        <w:pStyle w:val="ListNumber"/>
        <w:spacing w:line="240" w:lineRule="auto"/>
        <w:ind w:left="720"/>
      </w:pPr>
      <w:r/>
      <w:hyperlink r:id="rId15">
        <w:r>
          <w:rPr>
            <w:color w:val="0000EE"/>
            <w:u w:val="single"/>
          </w:rPr>
          <w:t>https://keweenawreport.com/2026/05/28/159436/</w:t>
        </w:r>
      </w:hyperlink>
      <w:r>
        <w:t xml:space="preserve"> - The Keweenaw Report details a fundraiser event hosted by Keweenaw Queers at BigGoat Farm on May 30, 2026, to support the organization's plans for Pridefest at the Calumet Colosseum on June 6. The fundraiser included activities such as baby goats, music, yoga, and community connection. Fresh Coast Yoga led a session at 1:30 p.m., with a second opportunity at 2:30 p.m. Danielle Perkowitz led a guided ravine hike after tarot card readings. Jo Poeschl provided ethereal music throughout the event. Attendees were asked to donate $10 toward Pridefest at the gate. The event took place at BigGoat Farm, located at 21327 Lahti Rd, Houghton, MI 49931.</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eweenawreport.com/2026/08/27/tie-dying-a-picnic-and-community-with-keweenaw-queers/" TargetMode="External"/><Relationship Id="rId10" Type="http://schemas.openxmlformats.org/officeDocument/2006/relationships/hyperlink" Target="https://www.miningjournal.net/news/local/2026/05/fourth-annual-lgbtqia-celebration-keweenaw-pridefest-set/" TargetMode="External"/><Relationship Id="rId11" Type="http://schemas.openxmlformats.org/officeDocument/2006/relationships/hyperlink" Target="https://www.michiganpublic.org/community-calendar/event/pride-market-2026-18-06-2026-08-36-02" TargetMode="External"/><Relationship Id="rId12" Type="http://schemas.openxmlformats.org/officeDocument/2006/relationships/hyperlink" Target="https://happeningnext.com/event/big-gay-picnic-and-tie-dye-eid3a0dxae5gd" TargetMode="External"/><Relationship Id="rId13" Type="http://schemas.openxmlformats.org/officeDocument/2006/relationships/hyperlink" Target="https://keweenawpridefest.org/" TargetMode="External"/><Relationship Id="rId14" Type="http://schemas.openxmlformats.org/officeDocument/2006/relationships/hyperlink" Target="https://keweenawpridefest.org/about/" TargetMode="External"/><Relationship Id="rId15" Type="http://schemas.openxmlformats.org/officeDocument/2006/relationships/hyperlink" Target="https://keweenawreport.com/2026/05/28/1594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