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Picks for a Gay Love Island Season — a Queer Villa Fantasy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already craving a queer twist on reality TV: we’ve imagined the Villa packed with hot, messy, charismatic queer men and named the celebrity cast who’d make a gay Love Island unmissable. Who’s in, who’d stir the pot, and why this matters for representation and sheer entertainment.</w:t>
      </w:r>
      <w:r/>
    </w:p>
    <w:p>
      <w:r/>
      <w:r>
        <w:t>Essential Takeaways</w:t>
      </w:r>
      <w:r/>
      <w:r/>
    </w:p>
    <w:p>
      <w:pPr>
        <w:pStyle w:val="ListBullet"/>
        <w:spacing w:line="240" w:lineRule="auto"/>
        <w:ind w:left="720"/>
      </w:pPr>
      <w:r/>
      <w:r>
        <w:rPr>
          <w:b/>
        </w:rPr>
        <w:t>Star power:</w:t>
      </w:r>
      <w:r>
        <w:t xml:space="preserve"> Tom Daley, Lukas Gage and Jeremy Pope would bring instant recognition and chemistry.</w:t>
      </w:r>
      <w:r/>
    </w:p>
    <w:p>
      <w:pPr>
        <w:pStyle w:val="ListBullet"/>
        <w:spacing w:line="240" w:lineRule="auto"/>
        <w:ind w:left="720"/>
      </w:pPr>
      <w:r/>
      <w:r>
        <w:rPr>
          <w:b/>
        </w:rPr>
        <w:t>Diverse energy:</w:t>
      </w:r>
      <w:r>
        <w:t xml:space="preserve"> From pop star swagger to influencer boldness, the cast mixes different queer presentations and moods.</w:t>
      </w:r>
      <w:r/>
    </w:p>
    <w:p>
      <w:pPr>
        <w:pStyle w:val="ListBullet"/>
        <w:spacing w:line="240" w:lineRule="auto"/>
        <w:ind w:left="720"/>
      </w:pPr>
      <w:r/>
      <w:r>
        <w:rPr>
          <w:b/>
        </w:rPr>
        <w:t>Drama potential:</w:t>
      </w:r>
      <w:r>
        <w:t xml:space="preserve"> Fast-fall romancers and bombshell arrivals mean plenty of declarations, breakups and late-night confessions.</w:t>
      </w:r>
      <w:r/>
    </w:p>
    <w:p>
      <w:pPr>
        <w:pStyle w:val="ListBullet"/>
        <w:spacing w:line="240" w:lineRule="auto"/>
        <w:ind w:left="720"/>
      </w:pPr>
      <w:r/>
      <w:r>
        <w:rPr>
          <w:b/>
        </w:rPr>
        <w:t>Why it matters:</w:t>
      </w:r>
      <w:r>
        <w:t xml:space="preserve"> A gay season would expand representation and show messy, erotic male relationships on a mainstream stage.</w:t>
      </w:r>
      <w:r/>
    </w:p>
    <w:p>
      <w:pPr>
        <w:pStyle w:val="ListBullet"/>
        <w:spacing w:line="240" w:lineRule="auto"/>
        <w:ind w:left="720"/>
      </w:pPr>
      <w:r/>
      <w:r>
        <w:rPr>
          <w:b/>
        </w:rPr>
        <w:t>Viewing vibe:</w:t>
      </w:r>
      <w:r>
        <w:t xml:space="preserve"> Expect poolside flirtation, sleek swimwear, and emotional honesty , with plenty of spectacle.</w:t>
      </w:r>
      <w:r/>
      <w:r/>
    </w:p>
    <w:p>
      <w:pPr>
        <w:pStyle w:val="Heading2"/>
      </w:pPr>
      <w:r>
        <w:t>Why a queer Love Island makes such delicious sense</w:t>
      </w:r>
      <w:r/>
    </w:p>
    <w:p>
      <w:r/>
      <w:r>
        <w:t>Love Island’s formula , semi-naked people, heightened emotion, and contrived temptation , already thrives on atmosphere and physical chemistry; add openly queer men and the tension changes in delicious ways. According to Out’s coverage, the bromance moments that went viral show there’s a real appetite for more than straight coupling. Picture the Villa as a place where flirtation isn’t shoehorned into heteronormative pairings but is fluid, loud and often messy. That’s TV gold, and it’d look and sound different in a very good way.</w:t>
      </w:r>
      <w:r/>
    </w:p>
    <w:p>
      <w:pPr>
        <w:pStyle w:val="Heading2"/>
      </w:pPr>
      <w:r>
        <w:t>Who would anchor the season: recognisable names who’d draw viewers</w:t>
      </w:r>
      <w:r/>
    </w:p>
    <w:p>
      <w:r/>
      <w:r>
        <w:t>Big names shift the needle. Tom Daley brings Olympic fame and an effortless beach-ready aesthetic, while Lukas Gage is both a romancer and a tabloid-friendly drama magnet. Jeremy Pope offers theatrical charisma and a voice that could turn a late-night makeout scene into a full-on moment. Casting celebrities like these achieves two things: it guarantees headlines, and it gives viewers emotional entry points , you care because you already know someone on screen.</w:t>
      </w:r>
      <w:r/>
    </w:p>
    <w:p>
      <w:pPr>
        <w:pStyle w:val="Heading2"/>
      </w:pPr>
      <w:r>
        <w:t>Bombshells and wildcards: the cast who’d keep things spicy</w:t>
      </w:r>
      <w:r/>
    </w:p>
    <w:p>
      <w:r/>
      <w:r>
        <w:t>Bombshells aren’t just attractive arrivals , they disrupt established connections. Enterers like Sam Cushing, Reece King and Noa Taieb would bring sculpted physiques and modern gender play that challenges the Villa’s look. Omar Rudberg and Omar Apollo add pop-star seduction and musical texture, while Kit Connor and Miles Heizer give younger, tender-centred energy. These choices mix performance, fame and vulnerability; they’re the sort of people who’d turn Casa Amor into a cultural event.</w:t>
      </w:r>
      <w:r/>
    </w:p>
    <w:p>
      <w:pPr>
        <w:pStyle w:val="Heading2"/>
      </w:pPr>
      <w:r>
        <w:t>Casting for variety: why different queer presentations matter</w:t>
      </w:r>
      <w:r/>
    </w:p>
    <w:p>
      <w:r/>
      <w:r>
        <w:t>A queer season shouldn’t be a monolith. Including gay men who present in different ways , femme, masc, and everything between , makes the show richer and more authentic. Representation matters not only on principle but because it creates new storylines: attraction that crosses gender presentation, jealousies rooted in visibility, and friendships that form outside romantic pairing. Plus, it’s more fun to watch when people surprise you with how they love and who they become close to.</w:t>
      </w:r>
      <w:r/>
    </w:p>
    <w:p>
      <w:pPr>
        <w:pStyle w:val="Heading2"/>
      </w:pPr>
      <w:r>
        <w:t>How producers could make it feel fresh, not performative</w:t>
      </w:r>
      <w:r/>
    </w:p>
    <w:p>
      <w:r/>
      <w:r>
        <w:t>To avoid tokenism, producers must allow real connections room to breathe. That means fewer forced recouplings and more unstructured moments: late-night chats, creative challenges that reveal personality, and genuine consequences for actions. Bring in queer hosts or advisers who understand nuance; Ariana Madix has been floated as an ideal presenter because she’s fluent in both camp and emotional truth. If the show handles emotion honestly, viewers get the highs of drama and the reward of seeing real queer intimacy on a mainstream stage.</w:t>
      </w:r>
      <w:r/>
    </w:p>
    <w:p>
      <w:pPr>
        <w:pStyle w:val="Heading2"/>
      </w:pPr>
      <w:r>
        <w:t>Practical notes for fans imagining their perfect season</w:t>
      </w:r>
      <w:r/>
    </w:p>
    <w:p>
      <w:r/>
      <w:r>
        <w:t>If you’re constructing your dream lineup, think about balance: two celebrities for headline pull, a handful of influencers for social-traffic moments, and tastefully cast rising stars to keep things unpredictable. Size swimwear for each contestant thoughtfully, because physical comfort affects mood. And if you’re casting for TV longevity, include at least one person who’s openly poly-curious or non-monogamous to introduce different coupling dynamics. Small production choices make big differences in how the season reads.</w:t>
      </w:r>
      <w:r/>
    </w:p>
    <w:p>
      <w:r/>
      <w:r>
        <w:t>It’s a small change that could make every flirtation and fallout more interesting , and a mainstream show that finally lets queer men kiss without apology would be worth tuning in for.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https://www.out.com/gay-tv-shows/love-island-gay-season</w:t>
        </w:r>
      </w:hyperlink>
      <w:r>
        <w:t xml:space="preserve"> - Please view link - unable to able to access data</w:t>
      </w:r>
      <w:r/>
    </w:p>
    <w:p>
      <w:pPr>
        <w:pStyle w:val="ListNumber"/>
        <w:spacing w:line="240" w:lineRule="auto"/>
        <w:ind w:left="720"/>
      </w:pPr>
      <w:r/>
      <w:hyperlink r:id="rId9">
        <w:r>
          <w:rPr>
            <w:color w:val="0000EE"/>
            <w:u w:val="single"/>
          </w:rPr>
          <w:t>https://www.out.com/gay-tv-shows/love-island-gay-season</w:t>
        </w:r>
      </w:hyperlink>
      <w:r>
        <w:t xml:space="preserve"> - An article from Out.com discussing the potential for a queer version of 'Love Island USA', highlighting the popularity of the 'Zryce' bromance between Zach and Bryce in Season 8. The piece suggests that a season featuring young queer male celebrities could enhance the show's appeal, listing potential cast members such as Tom Daley, Lukas Gage, Jeremy Pope, Sam Cushing, Omar Rudberg, Kit Connor, Omar Apollo, Reece King, Miles Heizer, and Noa Taieb.</w:t>
      </w:r>
      <w:r/>
    </w:p>
    <w:p>
      <w:pPr>
        <w:pStyle w:val="ListNumber"/>
        <w:spacing w:line="240" w:lineRule="auto"/>
        <w:ind w:left="720"/>
      </w:pPr>
      <w:r/>
      <w:hyperlink r:id="rId10">
        <w:r>
          <w:rPr>
            <w:color w:val="0000EE"/>
            <w:u w:val="single"/>
          </w:rPr>
          <w:t>https://www.out.com/gay-tv-shows/love-island-s8-queer-chaos-explained</w:t>
        </w:r>
      </w:hyperlink>
      <w:r>
        <w:t xml:space="preserve"> - An article from Out.com analyzing the unexpected queer dynamics in 'Love Island USA' Season 8. It discusses the intense fandom's focus on contestants' sexual orientations and the impact of the 'Zryce' bromance between Zach and Bryce, highlighting the show's evolving representation of LGBTQ+ relationships.</w:t>
      </w:r>
      <w:r/>
    </w:p>
    <w:p>
      <w:pPr>
        <w:pStyle w:val="ListNumber"/>
        <w:spacing w:line="240" w:lineRule="auto"/>
        <w:ind w:left="720"/>
      </w:pPr>
      <w:r/>
      <w:hyperlink r:id="rId13">
        <w:r>
          <w:rPr>
            <w:color w:val="0000EE"/>
            <w:u w:val="single"/>
          </w:rPr>
          <w:t>https://www.out.com/gay-tv-shows/love-island-queer-contestants</w:t>
        </w:r>
      </w:hyperlink>
      <w:r>
        <w:t xml:space="preserve"> - An article from Out.com featuring hosts Ciara Miller and Tefi Pessoa expressing their desire for more queer contestants on 'Love Island'. They discuss the show's potential for LGBTQ+ representation and the impact of bisexual host Ariana Madix's support for queer contestants.</w:t>
      </w:r>
      <w:r/>
    </w:p>
    <w:p>
      <w:pPr>
        <w:pStyle w:val="ListNumber"/>
        <w:spacing w:line="240" w:lineRule="auto"/>
        <w:ind w:left="720"/>
      </w:pPr>
      <w:r/>
      <w:hyperlink r:id="rId11">
        <w:r>
          <w:rPr>
            <w:color w:val="0000EE"/>
            <w:u w:val="single"/>
          </w:rPr>
          <w:t>https://www.marieclaire.com/culture/tv-shows/love-island-usa-season-8-cast/</w:t>
        </w:r>
      </w:hyperlink>
      <w:r>
        <w:t xml:space="preserve"> - An article from Marie Claire providing a comprehensive overview of the cast of 'Love Island USA' Season 8, which aired on Peacock beginning June 2, 2026. The season featured a diverse group of contestants who faced challenges, public votes, and dramatic twists like Casa Amor and Movie Night.</w:t>
      </w:r>
      <w:r/>
    </w:p>
    <w:p>
      <w:pPr>
        <w:pStyle w:val="ListNumber"/>
        <w:spacing w:line="240" w:lineRule="auto"/>
        <w:ind w:left="720"/>
      </w:pPr>
      <w:r/>
      <w:hyperlink r:id="rId12">
        <w:r>
          <w:rPr>
            <w:color w:val="0000EE"/>
            <w:u w:val="single"/>
          </w:rPr>
          <w:t>https://www.tvguide.com/tvshows/love-island/cast/1000607463/</w:t>
        </w:r>
      </w:hyperlink>
      <w:r>
        <w:t xml:space="preserve"> - A page from TV Guide listing the cast and crew of 'Love Island', including hosts, narrators, and contestants from various seasons. The page provides brief descriptions of the show's format and its focus on contestants competing for love and public adoration.</w:t>
      </w:r>
      <w:r/>
    </w:p>
    <w:p>
      <w:pPr>
        <w:pStyle w:val="ListNumber"/>
        <w:spacing w:line="240" w:lineRule="auto"/>
        <w:ind w:left="720"/>
      </w:pPr>
      <w:r/>
      <w:hyperlink r:id="rId14">
        <w:r>
          <w:rPr>
            <w:color w:val="0000EE"/>
            <w:u w:val="single"/>
          </w:rPr>
          <w:t>https://www.upi.com/Entertainment_News/TV/2025/05/29/love-island-season-7-cast/4121748543709/</w:t>
        </w:r>
      </w:hyperlink>
      <w:r>
        <w:t xml:space="preserve"> - An article from UPI announcing the cast of 'Love Island USA' Season 7, which premiered on June 3, 2025. The piece introduces the 10 new singles participating in the season, highlighting their backgrounds and aspirations for joining the show.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love-island-gay-season" TargetMode="External"/><Relationship Id="rId10" Type="http://schemas.openxmlformats.org/officeDocument/2006/relationships/hyperlink" Target="https://www.out.com/gay-tv-shows/love-island-s8-queer-chaos-explained" TargetMode="External"/><Relationship Id="rId11" Type="http://schemas.openxmlformats.org/officeDocument/2006/relationships/hyperlink" Target="https://www.marieclaire.com/culture/tv-shows/love-island-usa-season-8-cast/" TargetMode="External"/><Relationship Id="rId12" Type="http://schemas.openxmlformats.org/officeDocument/2006/relationships/hyperlink" Target="https://www.tvguide.com/tvshows/love-island/cast/1000607463/" TargetMode="External"/><Relationship Id="rId13" Type="http://schemas.openxmlformats.org/officeDocument/2006/relationships/hyperlink" Target="https://www.out.com/gay-tv-shows/love-island-queer-contestants" TargetMode="External"/><Relationship Id="rId14" Type="http://schemas.openxmlformats.org/officeDocument/2006/relationships/hyperlink" Target="https://www.upi.com/Entertainment_News/TV/2025/05/29/love-island-season-7-cast/4121748543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