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Bingham Cup Photos and Moments from Brisbane’s 2026 Tournament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Shutter-happy fans and muddy jerseys: the Bingham Cup returned to Brisbane for four days of inclusive rugby, celebration and fierce competition, drawing teams, volunteers and supporters from around the world , and producing a gallery of moments that shows why International Gay Rugby remains a global community force.</w:t>
      </w:r>
      <w:r/>
    </w:p>
    <w:p>
      <w:r/>
      <w:r>
        <w:t>Essential Takeaways</w:t>
      </w:r>
      <w:r/>
      <w:r/>
    </w:p>
    <w:p>
      <w:pPr>
        <w:pStyle w:val="ListBullet"/>
        <w:spacing w:line="240" w:lineRule="auto"/>
        <w:ind w:left="720"/>
      </w:pPr>
      <w:r/>
      <w:r>
        <w:rPr>
          <w:b/>
        </w:rPr>
        <w:t>Global turnout:</w:t>
      </w:r>
      <w:r>
        <w:t xml:space="preserve"> More than 30 inclusive clubs competed, with teams travelling from Europe, North America, Asia and Australia. </w:t>
      </w:r>
      <w:r/>
    </w:p>
    <w:p>
      <w:pPr>
        <w:pStyle w:val="ListBullet"/>
        <w:spacing w:line="240" w:lineRule="auto"/>
        <w:ind w:left="720"/>
      </w:pPr>
      <w:r/>
      <w:r>
        <w:rPr>
          <w:b/>
        </w:rPr>
        <w:t>Top honours:</w:t>
      </w:r>
      <w:r>
        <w:t xml:space="preserve"> London’s Kings Cross Steelers won the Bingham Cup; Ottawa Wolves reclaimed the Amanda Mark Cup in the women and nonbinary competition. </w:t>
      </w:r>
      <w:r/>
    </w:p>
    <w:p>
      <w:pPr>
        <w:pStyle w:val="ListBullet"/>
        <w:spacing w:line="240" w:lineRule="auto"/>
        <w:ind w:left="720"/>
      </w:pPr>
      <w:r/>
      <w:r>
        <w:rPr>
          <w:b/>
        </w:rPr>
        <w:t>Festival atmosphere:</w:t>
      </w:r>
      <w:r>
        <w:t xml:space="preserve"> Events ranged from the Wickham Hotel draw to the Opening Ceremony at UQ Centre, with colourful crowds, rainbow kit and joyful rituals. </w:t>
      </w:r>
      <w:r/>
    </w:p>
    <w:p>
      <w:pPr>
        <w:pStyle w:val="ListBullet"/>
        <w:spacing w:line="240" w:lineRule="auto"/>
        <w:ind w:left="720"/>
      </w:pPr>
      <w:r/>
      <w:r>
        <w:rPr>
          <w:b/>
        </w:rPr>
        <w:t>Community beats scoreboard:</w:t>
      </w:r>
      <w:r>
        <w:t xml:space="preserve"> Organisers and IGR leaders emphasised belonging, volunteer effort and the tournament’s tribute to Mark Bingham. </w:t>
      </w:r>
      <w:r/>
    </w:p>
    <w:p>
      <w:pPr>
        <w:pStyle w:val="ListBullet"/>
        <w:spacing w:line="240" w:lineRule="auto"/>
        <w:ind w:left="720"/>
      </w:pPr>
      <w:r/>
      <w:r>
        <w:rPr>
          <w:b/>
        </w:rPr>
        <w:t>Photographic highlights:</w:t>
      </w:r>
      <w:r>
        <w:t xml:space="preserve"> Images captured raw emotion , trophy lifts, post‑match exhaustion, playful “budgy smugglers” and tender off‑pitch moments.</w:t>
      </w:r>
      <w:r/>
      <w:r/>
    </w:p>
    <w:p>
      <w:pPr>
        <w:pStyle w:val="Heading2"/>
      </w:pPr>
      <w:r>
        <w:t>A visual triumph: why the pictures mattered as much as the scores</w:t>
      </w:r>
      <w:r/>
    </w:p>
    <w:p>
      <w:r/>
      <w:r>
        <w:t>The strongest image of the weekend was more than a trophy lift; it was a grin, a hug, a wave of rainbow headgear against a blue Brisbane sky, and it told you everything about the mood. Photographs from the Bingham Cup give the tournament a human heartbeat , sweaty celebrations, scraped knees, and quiet moments between mates.</w:t>
      </w:r>
      <w:r/>
    </w:p>
    <w:p>
      <w:r/>
      <w:r>
        <w:t>Organisers and International Gay Rugby (IGR) commissioned a team of photographers to cover everything from the pre‑tournament draw at the Wickham Hotel through to finals day. According to local press, that coverage helped bring the event to a global audience and preserved memories for players and clubs who rarely get such large stages. If you’re picking images to share, choose the ones that show emotion , they travel better on social feeds.</w:t>
      </w:r>
      <w:r/>
    </w:p>
    <w:p>
      <w:pPr>
        <w:pStyle w:val="Heading2"/>
      </w:pPr>
      <w:r>
        <w:t>Champions, upsets and the scoreboard narrative</w:t>
      </w:r>
      <w:r/>
    </w:p>
    <w:p>
      <w:r/>
      <w:r>
        <w:t>The rugby itself didn’t disappoint: Kings Cross Steelers took home the Bingham Cup, while the Ottawa Wolves beat Emerald Warriors to reclaim the Amanda Mark Cup. These results underline how the tournament remains fiercely competitive, even as it foregrounds inclusion.</w:t>
      </w:r>
      <w:r/>
    </w:p>
    <w:p>
      <w:r/>
      <w:r>
        <w:t>ITV and other outlets highlighted the Steelers’ win, and Outsports reported on the full list of division winners across Bingham, Amanda Mark, Hoagland and Challenger categories. For clubs plotting their path to future tournaments, the takeaway is clear: bring depth, rotate your squad, and expect spirited contests at every level.</w:t>
      </w:r>
      <w:r/>
    </w:p>
    <w:p>
      <w:pPr>
        <w:pStyle w:val="Heading2"/>
      </w:pPr>
      <w:r>
        <w:t>Community, legacy and why Mark Bingham’s story still matters</w:t>
      </w:r>
      <w:r/>
    </w:p>
    <w:p>
      <w:r/>
      <w:r>
        <w:t>Beyond tries and tackles, the Bingham Cup is a living tribute to Mark Bingham , a motif organisers returned to throughout the week. IGR’s leadership spoke about how the tournament keeps his values alive by building belonging and friendship through rugby.</w:t>
      </w:r>
      <w:r/>
    </w:p>
    <w:p>
      <w:r/>
      <w:r>
        <w:t>Jason Garrick, the organising committee president, praised volunteers and partners for creating an “electric and joyful” atmosphere, while Quinton Leduc of IGR reflected on the tournament’s purpose. If you’ve never been, attend for the rugby but stay for the people; that’s what past participants and press coverage consistently report.</w:t>
      </w:r>
      <w:r/>
    </w:p>
    <w:p>
      <w:pPr>
        <w:pStyle w:val="Heading2"/>
      </w:pPr>
      <w:r>
        <w:t>Local flavour: Brisbane’s venues and volunteer energy</w:t>
      </w:r>
      <w:r/>
    </w:p>
    <w:p>
      <w:r/>
      <w:r>
        <w:t>Brisbane put on a show. Ballymore Stadium, Norths Rugby Club and UQ Centre hosted matches and ceremonies, and the Wickham Hotel hosted the draw , complete with playful bits like Bingham Bingo. Visit Brisbane and tourism pages noted the tournament’s boost to northern suburbs hospitality and sport calendars.</w:t>
      </w:r>
      <w:r/>
    </w:p>
    <w:p>
      <w:r/>
      <w:r>
        <w:t>Volunteers, local clubs and government partners helped smooth logistics, and photos of packed clubhouses and cheering crowds show the community answered the call. If you’re organising a tourney, take note: welcoming local partners and vibrant social programming turn a competition into an event.</w:t>
      </w:r>
      <w:r/>
    </w:p>
    <w:p>
      <w:pPr>
        <w:pStyle w:val="Heading2"/>
      </w:pPr>
      <w:r>
        <w:t>Moments you won’t forget , and how to relive them</w:t>
      </w:r>
      <w:r/>
    </w:p>
    <w:p>
      <w:r/>
      <w:r>
        <w:t>The gallery keeps surfacing the same types of shots: exhausted players napping on the sideline, supporters in novelty swimwear, the First Nations Lorikeets making their debut, and mixed‑club combinations like the Adelaide‑Tokyo Brats‑Sharks lifting the Challenger Cup. Those images tell more than a scoreline; they tell stories.</w:t>
      </w:r>
      <w:r/>
    </w:p>
    <w:p>
      <w:r/>
      <w:r>
        <w:t>For fans wanting to relive the week, follow IGR and club channels for official galleries, save your favourites, and use them to connect with players and clubs. If you’re planning to participate in 2028 in Leeds, study the photos to see kit choices, pitch conditions and the social vibe , it’s a useful scouting tool.</w:t>
      </w:r>
      <w:r/>
    </w:p>
    <w:p>
      <w:r/>
      <w:r>
        <w:t>It's a small change that can make every match and memory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https://www.outsports.com/2026/8/27/24142364/bingham-cup-2026-lgbtq-gay-rugby-igr-shirtless-athlete-photos/</w:t>
        </w:r>
      </w:hyperlink>
      <w:r>
        <w:t xml:space="preserve"> - Please view link - unable to able to access data</w:t>
      </w:r>
      <w:r/>
    </w:p>
    <w:p>
      <w:pPr>
        <w:pStyle w:val="ListNumber"/>
        <w:spacing w:line="240" w:lineRule="auto"/>
        <w:ind w:left="720"/>
      </w:pPr>
      <w:r/>
      <w:hyperlink r:id="rId10">
        <w:r>
          <w:rPr>
            <w:color w:val="0000EE"/>
            <w:u w:val="single"/>
          </w:rPr>
          <w:t>https://www.itv.com/news/london/2026-08-24/kings-cross-steelers-win-international-gay-rugby-tournament-the-bingham-cup</w:t>
        </w:r>
      </w:hyperlink>
      <w:r>
        <w:t xml:space="preserve"> - The Kings Cross Steelers, London's first gay and inclusive rugby club, secured their second Bingham Cup title in Brisbane, Australia. They triumphed over the Sydney Convicts with a 12-5 victory in the final. The tournament, held every two years, saw around 50 teams competing. The Steelers' journey included a semi-final win against the Brisbane Hustlers, the host team. This victory follows their gold medal performance at the 2026 Gay Games in Valencia. The Bingham Cup honours Mark Bingham, a gay rugby player who heroically fought back against hijackers on United Flight 93 during the 9/11 attacks. The 2028 tournament is set to return to the UK, hosted by the Leeds Hunters Rugby Club.</w:t>
      </w:r>
      <w:r/>
    </w:p>
    <w:p>
      <w:pPr>
        <w:pStyle w:val="ListNumber"/>
        <w:spacing w:line="240" w:lineRule="auto"/>
        <w:ind w:left="720"/>
      </w:pPr>
      <w:r/>
      <w:hyperlink r:id="rId12">
        <w:r>
          <w:rPr>
            <w:color w:val="0000EE"/>
            <w:u w:val="single"/>
          </w:rPr>
          <w:t>https://www.outsports.com/2026/8/24/24142162/kings-cross-steelers-bingham-cup-gay-inclusive-rugby-lgbtq-brisbane/</w:t>
        </w:r>
      </w:hyperlink>
      <w:r>
        <w:t xml:space="preserve"> - The Kings Cross Steelers clinched the 2026 Bingham Cup in Brisbane, Australia, marking their second title in the tournament's history. They achieved a 12-5 victory over the Sydney Convicts in the final at Norths Brisbane Rugby Club. The Steelers topped the pool stages without conceding a single try and progressed through the knockout rounds, including a semi-final win against the Brisbane Hustlers. This victory adds to their 30th anniversary celebrations and follows their gold medal at the 2026 Gay Games in Valencia. The Bingham Cup honours Mark Bingham, a gay rugby player who fought back against hijackers on United Flight 93 during the 9/11 attacks. The 2028 tournament is scheduled to return to Europe, hosted by the Leeds Hunters Rugby Club.</w:t>
      </w:r>
      <w:r/>
    </w:p>
    <w:p>
      <w:pPr>
        <w:pStyle w:val="ListNumber"/>
        <w:spacing w:line="240" w:lineRule="auto"/>
        <w:ind w:left="720"/>
      </w:pPr>
      <w:r/>
      <w:hyperlink r:id="rId11">
        <w:r>
          <w:rPr>
            <w:color w:val="0000EE"/>
            <w:u w:val="single"/>
          </w:rPr>
          <w:t>https://visit.brisbane.qld.au/whats-on/northern-suburbs/sporting-events/bingham-cup-brisbane-e76a</w:t>
        </w:r>
      </w:hyperlink>
      <w:r>
        <w:t xml:space="preserve"> - The Bingham Cup and Amanda Mark Cup brought the global gay and inclusive rugby community together in Brisbane, Australia. The event featured three days of international rugby, inclusive competition, and a welcoming atmosphere. Teams from around the world competed, connected, and celebrated the sport they love. The Bingham Cup honoured Mark Bingham, a gay American rugby player who helped confront hijackers aboard United Airlines Flight 93 on September 11, 2001. The Amanda Mark Cup honoured his best friend and long-time inclusive rugby supporter, Amanda Mark. The tournament offered a memorable Brisbane experience filled with sport, community, and pride, providing spectators the chance to see world-class rugby while being part of a celebration where everyone belongs.</w:t>
      </w:r>
      <w:r/>
    </w:p>
    <w:p>
      <w:pPr>
        <w:pStyle w:val="ListNumber"/>
        <w:spacing w:line="240" w:lineRule="auto"/>
        <w:ind w:left="720"/>
      </w:pPr>
      <w:r/>
      <w:hyperlink r:id="rId14">
        <w:r>
          <w:rPr>
            <w:color w:val="0000EE"/>
            <w:u w:val="single"/>
          </w:rPr>
          <w:t>https://australia.rugby/diversity/lgbtq-inclusion/tournaments</w:t>
        </w:r>
      </w:hyperlink>
      <w:r>
        <w:t xml:space="preserve"> - The Bingham Cup is the biennial world championships of gay and inclusive rugby, created to celebrate the memory of Mark Bingham, a gay rugby player who fought back against hijackers during the 9/11 attacks. The tournament is administered by International Gay Rugby (IGR), with hosting duties awarded through a bidding process among IGR members. Australia last hosted the Bingham Cup in Sydney in 2014. Brisbane hosted the 2026 tournament, marking a significant milestone for inclusive rugby in the Asia-Pacific region. The Amanda Mark Cup, held alongside the Bingham Cup, honours Amanda Mark, Mark Bingham's best friend and a long-time supporter of IGR.</w:t>
      </w:r>
      <w:r/>
    </w:p>
    <w:p>
      <w:pPr>
        <w:pStyle w:val="ListNumber"/>
        <w:spacing w:line="240" w:lineRule="auto"/>
        <w:ind w:left="720"/>
      </w:pPr>
      <w:r/>
      <w:hyperlink r:id="rId13">
        <w:r>
          <w:rPr>
            <w:color w:val="0000EE"/>
            <w:u w:val="single"/>
          </w:rPr>
          <w:t>https://www.thicknjuicy.com.au/binghamcup/</w:t>
        </w:r>
      </w:hyperlink>
      <w:r>
        <w:t xml:space="preserve"> - THICK ‘N’ JUICY collaborated with International Gay Rugby and Brisbane Hustlers for the 2026 Bingham Cup and Amanda Mark Cup in Brisbane. They hosted the Official Welcome Party and Official Tournament Party, welcoming thousands of LGBTQ+ rugby players and fans from around the world. The events featured incredible production, legendary DJs, amazing performers, and a massive friendly crowd coming together to celebrate pride, sport, and community. The parties were open to everyone, fostering a big family of beautiful friendly men and their LGBTQIA+ friends. The events acknowledged that they took place on First Nations land and paid respects to Indigenous Elders past, present, and emerging.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8/27/24142364/bingham-cup-2026-lgbtq-gay-rugby-igr-shirtless-athlete-photos/" TargetMode="External"/><Relationship Id="rId10" Type="http://schemas.openxmlformats.org/officeDocument/2006/relationships/hyperlink" Target="https://www.itv.com/news/london/2026-08-24/kings-cross-steelers-win-international-gay-rugby-tournament-the-bingham-cup" TargetMode="External"/><Relationship Id="rId11" Type="http://schemas.openxmlformats.org/officeDocument/2006/relationships/hyperlink" Target="https://visit.brisbane.qld.au/whats-on/northern-suburbs/sporting-events/bingham-cup-brisbane-e76a" TargetMode="External"/><Relationship Id="rId12" Type="http://schemas.openxmlformats.org/officeDocument/2006/relationships/hyperlink" Target="https://www.outsports.com/2026/8/24/24142162/kings-cross-steelers-bingham-cup-gay-inclusive-rugby-lgbtq-brisbane/" TargetMode="External"/><Relationship Id="rId13" Type="http://schemas.openxmlformats.org/officeDocument/2006/relationships/hyperlink" Target="https://www.thicknjuicy.com.au/binghamcup/" TargetMode="External"/><Relationship Id="rId14" Type="http://schemas.openxmlformats.org/officeDocument/2006/relationships/hyperlink" Target="https://australia.rugby/diversity/lgbtq-inclusion/tourna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