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Bearmuda Events in Sydney 2026 — Your Two‑Week Harbour City Bears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Get ready , shoppers of good times and lovers of fluffy camaraderie are marking calendars for Bearmuda this September. Harbour City Bears has stretched Bear Pride into two weeks (5–20 September 2026), packing the city with socials, pub hangs, outdoor meetups and a gala , here’s what to book and why it’s worth the trek.</w:t>
      </w:r>
      <w:r/>
    </w:p>
    <w:p>
      <w:r/>
      <w:r>
        <w:t>Essential Takeaways</w:t>
      </w:r>
      <w:r/>
      <w:r/>
    </w:p>
    <w:p>
      <w:pPr>
        <w:pStyle w:val="ListBullet"/>
        <w:spacing w:line="240" w:lineRule="auto"/>
        <w:ind w:left="720"/>
      </w:pPr>
      <w:r/>
      <w:r>
        <w:rPr>
          <w:b/>
        </w:rPr>
        <w:t>Dates and scope:</w:t>
      </w:r>
      <w:r>
        <w:t xml:space="preserve"> Harbour City Bears’ Bearmuda runs 5–20 September 2026, expanding Pride into a two‑week festival with varied events.</w:t>
      </w:r>
      <w:r/>
    </w:p>
    <w:p>
      <w:pPr>
        <w:pStyle w:val="ListBullet"/>
        <w:spacing w:line="240" w:lineRule="auto"/>
        <w:ind w:left="720"/>
      </w:pPr>
      <w:r/>
      <w:r>
        <w:rPr>
          <w:b/>
        </w:rPr>
        <w:t>Big ticket nights:</w:t>
      </w:r>
      <w:r>
        <w:t xml:space="preserve"> Polly’s Merbears, the Furball gala and the Mr Harbour City competition have advance tickets and tiered pricing.</w:t>
      </w:r>
      <w:r/>
    </w:p>
    <w:p>
      <w:pPr>
        <w:pStyle w:val="ListBullet"/>
        <w:spacing w:line="240" w:lineRule="auto"/>
        <w:ind w:left="720"/>
      </w:pPr>
      <w:r/>
      <w:r>
        <w:rPr>
          <w:b/>
        </w:rPr>
        <w:t>Free and low‑cost options:</w:t>
      </w:r>
      <w:r>
        <w:t xml:space="preserve"> Several pub sessions and gaming nights are free, making it easy to join without splashing out.</w:t>
      </w:r>
      <w:r/>
    </w:p>
    <w:p>
      <w:pPr>
        <w:pStyle w:val="ListBullet"/>
        <w:spacing w:line="240" w:lineRule="auto"/>
        <w:ind w:left="720"/>
      </w:pPr>
      <w:r/>
      <w:r>
        <w:rPr>
          <w:b/>
        </w:rPr>
        <w:t>Outdoor and quirky picks:</w:t>
      </w:r>
      <w:r>
        <w:t xml:space="preserve"> Taronga Zoo meet, a ghost tour of The Rocks and a sauna night offer very different vibes , from bright and breezy to steamy and intimate.</w:t>
      </w:r>
      <w:r/>
    </w:p>
    <w:p>
      <w:pPr>
        <w:pStyle w:val="ListBullet"/>
        <w:spacing w:line="240" w:lineRule="auto"/>
        <w:ind w:left="720"/>
      </w:pPr>
      <w:r/>
      <w:r>
        <w:rPr>
          <w:b/>
        </w:rPr>
        <w:t>Practical note:</w:t>
      </w:r>
      <w:r>
        <w:t xml:space="preserve"> Some events require member pricing or online codes via HCB; check the HCB site or Facebook pages for earlybird codes and RSVP links.</w:t>
      </w:r>
      <w:r/>
      <w:r/>
    </w:p>
    <w:p>
      <w:pPr>
        <w:pStyle w:val="Heading2"/>
      </w:pPr>
      <w:r>
        <w:t>Why two weeks makes a difference , more time, less FOMO</w:t>
      </w:r>
      <w:r/>
    </w:p>
    <w:p>
      <w:r/>
      <w:r>
        <w:t>Stretching Bear Pride across 16 days feels like a smart move for a community that loves a proper social calendar. The extra time means you can pace yourself , hit a family‑friendly zoo morning one day, a cosy pub Sunday the next, and still save energy for the gala. According to the organisers, the longer format also lets smaller sub‑groups run niche events without clashing with flagship nights. If you hate missing out, this is the antidote: plan a few highlights and slot in low‑key meetups to round out each weekend.</w:t>
      </w:r>
      <w:r/>
    </w:p>
    <w:p>
      <w:pPr>
        <w:pStyle w:val="Heading2"/>
      </w:pPr>
      <w:r>
        <w:t>Headliners to prioritise , what not to miss</w:t>
      </w:r>
      <w:r/>
    </w:p>
    <w:p>
      <w:r/>
      <w:r>
        <w:t>There are clear musts on the schedule. Polly’s Merbears on Saturday 5 September is a ticketed social session with tiered pricing and an HCB bear‑benefit code for special table access, so book early if you want the best spot. The Furball Gala on 19 September is the season’s big dress‑up dinner, priced at a premium but designed as the payoff for two weeks of fun. And the King of the Triangle Mr HCB competition is a great night if you enjoy a lively, competitive atmosphere. These events sell fast, so set reminders and check the club’s tickets pages before they go.</w:t>
      </w:r>
      <w:r/>
    </w:p>
    <w:p>
      <w:pPr>
        <w:pStyle w:val="Heading2"/>
      </w:pPr>
      <w:r>
        <w:t>Budget‑friendly choices , free and casual hangouts</w:t>
      </w:r>
      <w:r/>
    </w:p>
    <w:p>
      <w:r/>
      <w:r>
        <w:t>Not every night costs a fortune. Several pub sessions, like the Townie Sunday Bears and the Bear with me for a Beer gatherings, are free and perfect for dropping in. Gaming and arcade nights are listed as no‑cost, offering a fun, low‑pressure way to meet people. For newcomers or budget‑minded bears, mix a paid gala or ticketed social with free pub sessions , you’ll get the vibe without emptying your wallet.</w:t>
      </w:r>
      <w:r/>
    </w:p>
    <w:p>
      <w:pPr>
        <w:pStyle w:val="Heading2"/>
      </w:pPr>
      <w:r>
        <w:t>Quirky outdoor and themed options , from zoo walks to ghost tours</w:t>
      </w:r>
      <w:r/>
    </w:p>
    <w:p>
      <w:r/>
      <w:r>
        <w:t>If you like variety, the line‑up delivers. A meet‑up at Taronga Zoo blends fresh air with animal antics, while the Ghosts of Bearmuda Triangle tour through The Rocks promises atmosphere and a few chills. The Bearwitched theme also means some events will lean into playful, magical styling , a nice counterpoint to the usual club nights. These outings are good picks if you want memorable photos and stories rather than just another bar chat.</w:t>
      </w:r>
      <w:r/>
    </w:p>
    <w:p>
      <w:pPr>
        <w:pStyle w:val="Heading2"/>
      </w:pPr>
      <w:r>
        <w:t>Practical tips for tickets, travel and etiquette</w:t>
      </w:r>
      <w:r/>
    </w:p>
    <w:p>
      <w:r/>
      <w:r>
        <w:t>Plan travel between Newtown, Darlinghurst, Paddington and Darling Harbour , most events sit inside an easy Sydney arc, but evenings can mean different transport times. Check member pricing: HCB offers discounted tickets and special codes for members and kindred groups, so log in before buying. For outdoor meet‑ups and tours, bring layers and a water bottle; for sauna night, pack a towel and book early because spaces are limited. Above all, be courteous: these events are social spaces where everyone’s there to have a good time.</w:t>
      </w:r>
      <w:r/>
    </w:p>
    <w:p>
      <w:r/>
      <w:r>
        <w:t>It's a small change that can make every meetup more fun , pick a few can’t‑miss nights and let the rest be spontaneous.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https://bearworldmag.com/harbour-city-bears-2026-bear-pride-nsw-bearmuda-triangle/?utm_source=rss&amp;utm_medium=rss&amp;utm_campaign=harbour-city-bears-2026-bear-pride-nsw-bearmuda-triangle</w:t>
        </w:r>
      </w:hyperlink>
      <w:r>
        <w:t xml:space="preserve"> - Please view link - unable to able to access data</w:t>
      </w:r>
      <w:r/>
    </w:p>
    <w:p>
      <w:pPr>
        <w:pStyle w:val="ListNumber"/>
        <w:spacing w:line="240" w:lineRule="auto"/>
        <w:ind w:left="720"/>
      </w:pPr>
      <w:r/>
      <w:hyperlink r:id="rId9">
        <w:r>
          <w:rPr>
            <w:color w:val="0000EE"/>
            <w:u w:val="single"/>
          </w:rPr>
          <w:t>https://bearworldmag.com/harbour-city-bears-2026-bear-pride-nsw-bearmuda-triangle/?utm_source=rss&amp;utm_medium=rss&amp;utm_campaign=harbour-city-bears-2026-bear-pride-nsw-bearmuda-triangle</w:t>
        </w:r>
      </w:hyperlink>
      <w:r>
        <w:t xml:space="preserve"> - The Harbour City Bears (HCB) are hosting their Bear Pride Week in September 2026, extending it to two weeks to accommodate numerous social events. The theme for Bear Pride is 'Bermuda Triangle', and the theme for Bear Essentials 31 is 'Bearwitched', announced on 1st March 2026. The 'Bearwitched' theme aligns with the Sydney Gay and Lesbian Mardi Gras Parade's theme of 'HyperBloom', aiming to bring a magical, bewitching atmosphere to the events. The article provides detailed information on various events scheduled throughout September 2026, including dates, locations, times, costs, and links to event pages and ticketing.</w:t>
      </w:r>
      <w:r/>
    </w:p>
    <w:p>
      <w:pPr>
        <w:pStyle w:val="ListNumber"/>
        <w:spacing w:line="240" w:lineRule="auto"/>
        <w:ind w:left="720"/>
      </w:pPr>
      <w:r/>
      <w:hyperlink r:id="rId10">
        <w:r>
          <w:rPr>
            <w:color w:val="0000EE"/>
            <w:u w:val="single"/>
          </w:rPr>
          <w:t>https://www.hcbears.com.au/event-6776923</w:t>
        </w:r>
      </w:hyperlink>
      <w:r>
        <w:t xml:space="preserve"> - The Harbour City Bears are hosting 'Polly’s – The Merbears of Marrickville', a social session on Saturday, 5th September 2026, at Marrickville Town Hall, Marrickville NSW. The event runs from 7:00 pm to 11:55 pm, with online tickets priced at $25 (full) and $20 (concession), and at the door tickets at $30 (full) and $25 (concession). A special Bear Table code is available for members through the HCB Bear Benefit. The event page provides further details and ticketing information.</w:t>
      </w:r>
      <w:r/>
    </w:p>
    <w:p>
      <w:pPr>
        <w:pStyle w:val="ListNumber"/>
        <w:spacing w:line="240" w:lineRule="auto"/>
        <w:ind w:left="720"/>
      </w:pPr>
      <w:r/>
      <w:hyperlink r:id="rId11">
        <w:r>
          <w:rPr>
            <w:color w:val="0000EE"/>
            <w:u w:val="single"/>
          </w:rPr>
          <w:t>https://www.facebook.com/events/1753591342314231</w:t>
        </w:r>
      </w:hyperlink>
      <w:r>
        <w:t xml:space="preserve"> - The Harbour City Bears are hosting 'Cruising to Bermuda – Bears, Beers and Banter', a pub session on Sunday, 6th September 2026, at The Townie (Town Hall Hotel). The event runs from 4:00 pm to 8:00 pm and is free to attend. The Facebook event page provides more details and updates.</w:t>
      </w:r>
      <w:r/>
    </w:p>
    <w:p>
      <w:pPr>
        <w:pStyle w:val="ListNumber"/>
        <w:spacing w:line="240" w:lineRule="auto"/>
        <w:ind w:left="720"/>
      </w:pPr>
      <w:r/>
      <w:hyperlink r:id="rId12">
        <w:r>
          <w:rPr>
            <w:color w:val="0000EE"/>
            <w:u w:val="single"/>
          </w:rPr>
          <w:t>https://www.facebook.com/events/900001586495522</w:t>
        </w:r>
      </w:hyperlink>
      <w:r>
        <w:t xml:space="preserve"> - The Harbour City Bears are hosting 'The Great Bearcade – Press Paws', a gaming session on Tuesday, 8th September 2026, at Astro’s Arcade Bar, Newtown. The event runs from 7:00 pm to 11:00 pm and is free to attend. The Facebook event page provides more details and updates.</w:t>
      </w:r>
      <w:r/>
    </w:p>
    <w:p>
      <w:pPr>
        <w:pStyle w:val="ListNumber"/>
        <w:spacing w:line="240" w:lineRule="auto"/>
        <w:ind w:left="720"/>
      </w:pPr>
      <w:r/>
      <w:hyperlink r:id="rId13">
        <w:r>
          <w:rPr>
            <w:color w:val="0000EE"/>
            <w:u w:val="single"/>
          </w:rPr>
          <w:t>https://www.facebook.com/events/1620146146352091</w:t>
        </w:r>
      </w:hyperlink>
      <w:r>
        <w:t xml:space="preserve"> - The Harbour City Bears are hosting 'Paws at the Zoo – Taronga Zoo', an outdoor session on Wednesday, 9th September 2026. Participants can meet at Circular Quay – Wharf 4 at 10:00 am sharp or at the Taronga Zoo entrance at 10:30 am. The event starts at 10:30 am at the zoo. Ticket prices vary based on membership and concession status. The Facebook event page provides more details and updates.</w:t>
      </w:r>
      <w:r/>
    </w:p>
    <w:p>
      <w:pPr>
        <w:pStyle w:val="ListNumber"/>
        <w:spacing w:line="240" w:lineRule="auto"/>
        <w:ind w:left="720"/>
      </w:pPr>
      <w:r/>
      <w:hyperlink r:id="rId14">
        <w:r>
          <w:rPr>
            <w:color w:val="0000EE"/>
            <w:u w:val="single"/>
          </w:rPr>
          <w:t>https://www.facebook.com/events/1672309927190779</w:t>
        </w:r>
      </w:hyperlink>
      <w:r>
        <w:t xml:space="preserve"> - The Harbour City Bears are hosting 'Bearmuda Mingles – Meet &amp; Greet/Singles Meet', a networking session on Thursday, 10th September 2026, at Stonewall Newtown. The event starts at 7:00 pm and continues until late (11:59 pm). The event is free to attend. The Facebook event page provides more details and updates.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arworldmag.com/harbour-city-bears-2026-bear-pride-nsw-bearmuda-triangle/?utm_source=rss&amp;utm_medium=rss&amp;utm_campaign=harbour-city-bears-2026-bear-pride-nsw-bearmuda-triangle" TargetMode="External"/><Relationship Id="rId10" Type="http://schemas.openxmlformats.org/officeDocument/2006/relationships/hyperlink" Target="https://www.hcbears.com.au/event-6776923" TargetMode="External"/><Relationship Id="rId11" Type="http://schemas.openxmlformats.org/officeDocument/2006/relationships/hyperlink" Target="https://www.facebook.com/events/1753591342314231" TargetMode="External"/><Relationship Id="rId12" Type="http://schemas.openxmlformats.org/officeDocument/2006/relationships/hyperlink" Target="https://www.facebook.com/events/900001586495522" TargetMode="External"/><Relationship Id="rId13" Type="http://schemas.openxmlformats.org/officeDocument/2006/relationships/hyperlink" Target="https://www.facebook.com/events/1620146146352091" TargetMode="External"/><Relationship Id="rId14" Type="http://schemas.openxmlformats.org/officeDocument/2006/relationships/hyperlink" Target="https://www.facebook.com/events/16723099271907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