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Walla Walla Wine Weekend Ideas for LGBTQ+ Travellers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Walla Walla’s small‑town charm, booming wine scene and open‑hearted community make it a trending getaway for LGBTQ+ travellers seeking great food, handcrafted experiences and relaxed hospitality just a few hours from the Pacific Northwest’s busier wine hubs.</w:t>
      </w:r>
      <w:r/>
    </w:p>
    <w:p>
      <w:r/>
      <w:r>
        <w:t>Essential Takeaways</w:t>
      </w:r>
      <w:r/>
      <w:r/>
    </w:p>
    <w:p>
      <w:pPr>
        <w:pStyle w:val="ListBullet"/>
        <w:spacing w:line="240" w:lineRule="auto"/>
        <w:ind w:left="720"/>
      </w:pPr>
      <w:r/>
      <w:r>
        <w:rPr>
          <w:b/>
        </w:rPr>
        <w:t>Inclusive vibe:</w:t>
      </w:r>
      <w:r>
        <w:t xml:space="preserve"> Local businesses and wineries create a warm, everyday welcome rather than a single gay district. </w:t>
      </w:r>
      <w:r/>
    </w:p>
    <w:p>
      <w:pPr>
        <w:pStyle w:val="ListBullet"/>
        <w:spacing w:line="240" w:lineRule="auto"/>
        <w:ind w:left="720"/>
      </w:pPr>
      <w:r/>
      <w:r>
        <w:rPr>
          <w:b/>
        </w:rPr>
        <w:t>Standout stays:</w:t>
      </w:r>
      <w:r>
        <w:t xml:space="preserve"> Boutique options like GG Mansion &amp; Inn feel like staying with friends , cosy rooms, luxe bedding and personalised breakfasts. </w:t>
      </w:r>
      <w:r/>
    </w:p>
    <w:p>
      <w:pPr>
        <w:pStyle w:val="ListBullet"/>
        <w:spacing w:line="240" w:lineRule="auto"/>
        <w:ind w:left="720"/>
      </w:pPr>
      <w:r/>
      <w:r>
        <w:rPr>
          <w:b/>
        </w:rPr>
        <w:t>Hands‑on experiences:</w:t>
      </w:r>
      <w:r>
        <w:t xml:space="preserve"> From guitar workshops to cooking classes, there are creative activities that pair well with wine tasting. </w:t>
      </w:r>
      <w:r/>
    </w:p>
    <w:p>
      <w:pPr>
        <w:pStyle w:val="ListBullet"/>
        <w:spacing w:line="240" w:lineRule="auto"/>
        <w:ind w:left="720"/>
      </w:pPr>
      <w:r/>
      <w:r>
        <w:rPr>
          <w:b/>
        </w:rPr>
        <w:t>Unique producers:</w:t>
      </w:r>
      <w:r>
        <w:t xml:space="preserve"> Visit queer‑owned labels and small estates for thoughtful, terroir‑driven wines and personal stories behind each bottle. </w:t>
      </w:r>
      <w:r/>
    </w:p>
    <w:p>
      <w:pPr>
        <w:pStyle w:val="ListBullet"/>
        <w:spacing w:line="240" w:lineRule="auto"/>
        <w:ind w:left="720"/>
      </w:pPr>
      <w:r/>
      <w:r>
        <w:rPr>
          <w:b/>
        </w:rPr>
        <w:t>Slow‑town contrast:</w:t>
      </w:r>
      <w:r>
        <w:t xml:space="preserve"> Alpaca farms, historic Waitsburg and intimate restaurants offer restful variety between tastings.</w:t>
      </w:r>
      <w:r/>
      <w:r/>
    </w:p>
    <w:p>
      <w:pPr>
        <w:pStyle w:val="Heading2"/>
      </w:pPr>
      <w:r>
        <w:t>Why Walla Walla feels like a warm hug, not a tourist trap</w:t>
      </w:r>
      <w:r/>
    </w:p>
    <w:p>
      <w:r/>
      <w:r>
        <w:t>Walla Walla greets you with the low hum of vineyards and the smell of wood smoke from small kitchens, not the frenetic pace of larger wine regions. According to Travel and local community pages, the town’s inclusivity is woven into everyday life, which makes LGBTQ+ visitors feel accepted without a performative spotlight. That relaxed, unhurried energy makes wine tasting between art galleries and cafes feel like catching up with an old friend rather than ticking boxes. If you want fewer queues and more conversation, this is your kind of trip.</w:t>
      </w:r>
      <w:r/>
    </w:p>
    <w:p>
      <w:pPr>
        <w:pStyle w:val="Heading2"/>
      </w:pPr>
      <w:r>
        <w:t>Where to sleep: boutique charm beats cookie‑cutter chains</w:t>
      </w:r>
      <w:r/>
    </w:p>
    <w:p>
      <w:r/>
      <w:r>
        <w:t>Choosing the right base changes everything. Properties that look like restored homes , with thoughtful decor and breakfasts that actually taste of the valley , set the tone for a weekend of slow pleasures. Book a room with personality, ideally a short stroll from downtown, so you can pop back for a nap between tastings. Expect cosy common rooms, luxe bedding and hosts who know the best table for dinner that night; that local intel often beats a glossy brochure.</w:t>
      </w:r>
      <w:r/>
    </w:p>
    <w:p>
      <w:pPr>
        <w:pStyle w:val="Heading2"/>
      </w:pPr>
      <w:r>
        <w:t>Tastings that come with stories: queer‑owned and tiny labels</w:t>
      </w:r>
      <w:r/>
    </w:p>
    <w:p>
      <w:r/>
      <w:r>
        <w:t>Walla Walla’s wine scene is intimate by design, and that means conversations with winemakers are part of the pleasure. Seeking out LGBTQ+‑owned labels or micro‑producers rewards you with wines that reflect real people and small‑lot attention. Visiting a family‑run cellar or tasting room often includes a tour and a story , the kind of detail you can’t taste on a supermarket shelf. Bring a notebook, or at least save labels on your phone; these are bottles you’ll want to look up later.</w:t>
      </w:r>
      <w:r/>
    </w:p>
    <w:p>
      <w:pPr>
        <w:pStyle w:val="Heading2"/>
      </w:pPr>
      <w:r>
        <w:t>More than wine: hands‑on classes and craft visits</w:t>
      </w:r>
      <w:r/>
    </w:p>
    <w:p>
      <w:r/>
      <w:r>
        <w:t>The valley’s appeal isn’t just in the glass. You can learn to cook seasonal dishes alongside local chefs, turn raw wood into a guitar story at a luthier’s workshop, or slow down feeding curious alpacas on a working farm. These tactile, communal experiences make trips memorable and give you a break from back‑to‑back tastings. Practically, book classes and farm visits in advance, and plan them for afternoons when tasting rooms are quieter.</w:t>
      </w:r>
      <w:r/>
    </w:p>
    <w:p>
      <w:pPr>
        <w:pStyle w:val="Heading2"/>
      </w:pPr>
      <w:r>
        <w:t>Where to eat and drink when you want something special</w:t>
      </w:r>
      <w:r/>
    </w:p>
    <w:p>
      <w:r/>
      <w:r>
        <w:t>Dining in the area leans into seasonal, ingredient‑driven food that pairs beautifully with local wines. Intimate restaurants focus on sharing plates and thoughtful pairings, which is perfect for groups who like to taste across a menu. After dinner, seek out a stylish bar with a good art collection or a cocktail list that respects local spirits , it’s a sophisticated yet comfortable way to extend the evening without feeling pretentious.</w:t>
      </w:r>
      <w:r/>
    </w:p>
    <w:p>
      <w:pPr>
        <w:pStyle w:val="Heading2"/>
      </w:pPr>
      <w:r>
        <w:t>Day trips and slow moments you’ll actually remember</w:t>
      </w:r>
      <w:r/>
    </w:p>
    <w:p>
      <w:r/>
      <w:r>
        <w:t>Take twenty minutes out of your wine itinerary to visit a nearby historic town with brick storefronts and a properly sleepy main street. Strolling through converted grain elevators and small galleries gives context to the valley and a gentler pace for digestion, literally and figuratively. These tiny detours are where you find handcrafted scarves, local ceramics and the kind of conversations that turn a weekend into a proper escape.</w:t>
      </w:r>
      <w:r/>
    </w:p>
    <w:p>
      <w:r/>
      <w:r>
        <w:t>It's a small change in destination choice that can make a weekend feel both indulgent and authentic.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[7]</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https://www.davidatlanta.com/pride-journey-walla-walla-washington/</w:t>
        </w:r>
      </w:hyperlink>
      <w:r>
        <w:t xml:space="preserve"> - Please view link - unable to able to access data</w:t>
      </w:r>
      <w:r/>
    </w:p>
    <w:p>
      <w:pPr>
        <w:pStyle w:val="ListNumber"/>
        <w:spacing w:line="240" w:lineRule="auto"/>
        <w:ind w:left="720"/>
      </w:pPr>
      <w:r/>
      <w:hyperlink r:id="rId10">
        <w:r>
          <w:rPr>
            <w:color w:val="0000EE"/>
            <w:u w:val="single"/>
          </w:rPr>
          <w:t>https://so.gay/travel/lgbtq-travel-guide-walla-walla-wa/</w:t>
        </w:r>
      </w:hyperlink>
      <w:r>
        <w:t xml:space="preserve"> - This LGBTQ+ travel guide to Walla Walla, Washington, highlights the town's welcoming community, rich history, and vibrant wine and culinary scene. It features recommendations for accommodations, dining, and wineries, including LGBTQ-owned establishments, providing a comprehensive overview for LGBTQ+ travellers seeking an inclusive and enjoyable experience in the region.</w:t>
      </w:r>
      <w:r/>
    </w:p>
    <w:p>
      <w:pPr>
        <w:pStyle w:val="ListNumber"/>
        <w:spacing w:line="240" w:lineRule="auto"/>
        <w:ind w:left="720"/>
      </w:pPr>
      <w:r/>
      <w:hyperlink r:id="rId14">
        <w:r>
          <w:rPr>
            <w:color w:val="0000EE"/>
            <w:u w:val="single"/>
          </w:rPr>
          <w:t>https://www.sgn.org/story/153747</w:t>
        </w:r>
      </w:hyperlink>
      <w:r>
        <w:t xml:space="preserve"> - An article detailing Walla Walla, Washington, as a hidden gem for LGBTQ+ food, wine, and adventure seekers. It discusses the town's rich history, award-winning wines, and emerging culinary scene, offering insights into must-visit spots and experiences for LGBTQ+ travellers.</w:t>
      </w:r>
      <w:r/>
    </w:p>
    <w:p>
      <w:pPr>
        <w:pStyle w:val="ListNumber"/>
        <w:spacing w:line="240" w:lineRule="auto"/>
        <w:ind w:left="720"/>
      </w:pPr>
      <w:r/>
      <w:hyperlink r:id="rId11">
        <w:r>
          <w:rPr>
            <w:color w:val="0000EE"/>
            <w:u w:val="single"/>
          </w:rPr>
          <w:t>https://www.outtraveler.com/washington/walla-walla</w:t>
        </w:r>
      </w:hyperlink>
      <w:r>
        <w:t xml:space="preserve"> - A travel piece exploring Walla Walla, Washington, as an LGBTQ+ wine, food, and adventure getaway. It covers the town's rich history, award-winning wines, and emerging culinary scene, providing recommendations for accommodations, dining, and wineries, including LGBTQ-owned establishments.</w:t>
      </w:r>
      <w:r/>
    </w:p>
    <w:p>
      <w:pPr>
        <w:pStyle w:val="ListNumber"/>
        <w:spacing w:line="240" w:lineRule="auto"/>
        <w:ind w:left="720"/>
      </w:pPr>
      <w:r/>
      <w:hyperlink r:id="rId15">
        <w:r>
          <w:rPr>
            <w:color w:val="0000EE"/>
            <w:u w:val="single"/>
          </w:rPr>
          <w:t>https://wallawallapride.com/</w:t>
        </w:r>
      </w:hyperlink>
      <w:r>
        <w:t xml:space="preserve"> - The official website of Walla Walla Pride, a community organisation dedicated to cultivating a safe, inclusive, and empowering environment for LGBTQ+ individuals in the Walla Walla Valley. It provides information on events, supportive partners, and ways to get involved in the local LGBTQ+ community.</w:t>
      </w:r>
      <w:r/>
    </w:p>
    <w:p>
      <w:pPr>
        <w:pStyle w:val="ListNumber"/>
        <w:spacing w:line="240" w:lineRule="auto"/>
        <w:ind w:left="720"/>
      </w:pPr>
      <w:r/>
      <w:hyperlink r:id="rId12">
        <w:r>
          <w:rPr>
            <w:color w:val="0000EE"/>
            <w:u w:val="single"/>
          </w:rPr>
          <w:t>https://www.wallawallawine.com/visiting-info/wander/</w:t>
        </w:r>
      </w:hyperlink>
      <w:r>
        <w:t xml:space="preserve"> - An itinerary curated by Rob Wohr of TruthTeller Winery, offering a day in Walla Walla Valley with a focus on LGBTQ+ friendly experiences. It includes recommendations for coffee, bike tours, shopping, and wine tasting at LGBTQ-owned wineries, providing a comprehensive guide for LGBTQ+ travellers.</w:t>
      </w:r>
      <w:r/>
    </w:p>
    <w:p>
      <w:pPr>
        <w:pStyle w:val="ListNumber"/>
        <w:spacing w:line="240" w:lineRule="auto"/>
        <w:ind w:left="720"/>
      </w:pPr>
      <w:r/>
      <w:hyperlink r:id="rId13">
        <w:r>
          <w:rPr>
            <w:color w:val="0000EE"/>
            <w:u w:val="single"/>
          </w:rPr>
          <w:t>https://intentionalist.com/b/sulei-cellars-walla-walla/</w:t>
        </w:r>
      </w:hyperlink>
      <w:r>
        <w:t xml:space="preserve"> - A profile of SuLei Cellars, an LGBTQ-owned and woman-owned boutique winery in Walla Walla, Washington. The winery focuses on quality wines of distinction, sourcing fruit from Walla Walla to Yakima Valleys, and combines Old and New World winemaking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pride-journey-walla-walla-washington/" TargetMode="External"/><Relationship Id="rId10" Type="http://schemas.openxmlformats.org/officeDocument/2006/relationships/hyperlink" Target="https://so.gay/travel/lgbtq-travel-guide-walla-walla-wa/" TargetMode="External"/><Relationship Id="rId11" Type="http://schemas.openxmlformats.org/officeDocument/2006/relationships/hyperlink" Target="https://www.outtraveler.com/washington/walla-walla" TargetMode="External"/><Relationship Id="rId12" Type="http://schemas.openxmlformats.org/officeDocument/2006/relationships/hyperlink" Target="https://www.wallawallawine.com/visiting-info/wander/" TargetMode="External"/><Relationship Id="rId13" Type="http://schemas.openxmlformats.org/officeDocument/2006/relationships/hyperlink" Target="https://intentionalist.com/b/sulei-cellars-walla-walla/" TargetMode="External"/><Relationship Id="rId14" Type="http://schemas.openxmlformats.org/officeDocument/2006/relationships/hyperlink" Target="https://www.sgn.org/story/153747" TargetMode="External"/><Relationship Id="rId15" Type="http://schemas.openxmlformats.org/officeDocument/2006/relationships/hyperlink" Target="https://wallawalla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