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Silicon Valley Pride 2026 Guide: Tickets, Lineup and What’s Changed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checking calendars and planning outfits as Silicon Valley Pride returns to downtown San Jose this weekend; organisers say the festival is cheaper than last year, leans into DJs and local talent, and carries a theme , “Flourish and Bloom” , that matters to a community still adapting to tighter sponsorships.</w:t>
      </w:r>
      <w:r/>
    </w:p>
    <w:p>
      <w:r/>
      <w:r>
        <w:t>Essential Takeaways</w:t>
      </w:r>
      <w:r/>
      <w:r/>
    </w:p>
    <w:p>
      <w:pPr>
        <w:pStyle w:val="ListBullet"/>
        <w:spacing w:line="240" w:lineRule="auto"/>
        <w:ind w:left="720"/>
      </w:pPr>
      <w:r/>
      <w:r>
        <w:rPr>
          <w:b/>
        </w:rPr>
        <w:t>Lower ticket prices:</w:t>
      </w:r>
      <w:r>
        <w:t xml:space="preserve"> Weekend passes are $33, Saturday only $27.87 and Sunday only $17.25 , noticeably cheaper than the 2025 50th-anniversary pricing.</w:t>
      </w:r>
      <w:r/>
    </w:p>
    <w:p>
      <w:pPr>
        <w:pStyle w:val="ListBullet"/>
        <w:spacing w:line="240" w:lineRule="auto"/>
        <w:ind w:left="720"/>
      </w:pPr>
      <w:r/>
      <w:r>
        <w:rPr>
          <w:b/>
        </w:rPr>
        <w:t>New theme:</w:t>
      </w:r>
      <w:r>
        <w:t xml:space="preserve"> The 2026 festival theme is “Flourish and Bloom,” a hopeful, community-forward message for the weekend.</w:t>
      </w:r>
      <w:r/>
    </w:p>
    <w:p>
      <w:pPr>
        <w:pStyle w:val="ListBullet"/>
        <w:spacing w:line="240" w:lineRule="auto"/>
        <w:ind w:left="720"/>
      </w:pPr>
      <w:r/>
      <w:r>
        <w:rPr>
          <w:b/>
        </w:rPr>
        <w:t>Program shift:</w:t>
      </w:r>
      <w:r>
        <w:t xml:space="preserve"> Organisers moved from a headline-costly model to more DJs, dance sets and local performers to manage budgets.</w:t>
      </w:r>
      <w:r/>
    </w:p>
    <w:p>
      <w:pPr>
        <w:pStyle w:val="ListBullet"/>
        <w:spacing w:line="240" w:lineRule="auto"/>
        <w:ind w:left="720"/>
      </w:pPr>
      <w:r/>
      <w:r>
        <w:rPr>
          <w:b/>
        </w:rPr>
        <w:t>Headliners to note:</w:t>
      </w:r>
      <w:r>
        <w:t xml:space="preserve"> RuPaul’s Drag Race alum Kerri Colby performs Sunday; DJ duo ALTÉGO headlines Saturday night.</w:t>
      </w:r>
      <w:r/>
    </w:p>
    <w:p>
      <w:pPr>
        <w:pStyle w:val="ListBullet"/>
        <w:spacing w:line="240" w:lineRule="auto"/>
        <w:ind w:left="720"/>
      </w:pPr>
      <w:r/>
      <w:r>
        <w:rPr>
          <w:b/>
        </w:rPr>
        <w:t>Practical ease:</w:t>
      </w:r>
      <w:r>
        <w:t xml:space="preserve"> Events run Saturday evening and Sunday daytime in downtown San Jose , plan for crowds, transport and a mix of high-energy night and family-friendly day vibes.</w:t>
      </w:r>
      <w:r/>
      <w:r/>
    </w:p>
    <w:p>
      <w:pPr>
        <w:pStyle w:val="Heading2"/>
      </w:pPr>
      <w:r>
        <w:t>What’s different this year , cheaper tickets, a smaller price tag you’ll notice</w:t>
      </w:r>
      <w:r/>
    </w:p>
    <w:p>
      <w:r/>
      <w:r>
        <w:t>Silicon Valley Pride has trimmed festival prices for 2026, and you’ll feel it in your wallet before you even arrive. Weekend passes now cost $33, with single-day options available for less, a contrast to last year’s pricier 50th-anniversary event that featured a big-name act. Organisers told local outlets the change follows a dip in sponsorship and a deliberate programming pivot.</w:t>
      </w:r>
      <w:r/>
    </w:p>
    <w:p>
      <w:r/>
      <w:r>
        <w:t>That matters because ticketing often shapes who can join in. With lower prices and online sales, the festival looks more accessible, even if some headline glitz has been traded for a clubbier, community-focused lineup. If you want to go both nights, the weekend pass is the best value.</w:t>
      </w:r>
      <w:r/>
    </w:p>
    <w:p>
      <w:pPr>
        <w:pStyle w:val="Heading2"/>
      </w:pPr>
      <w:r>
        <w:t>Why organisers shifted to DJs and local acts , budget, vibe, and resilience</w:t>
      </w:r>
      <w:r/>
    </w:p>
    <w:p>
      <w:r/>
      <w:r>
        <w:t>The chief entertainment officer explained the move away from expensive touring artists to DJs, dance sets and regional performers as a practical response to funding shifts. With corporate backing thinner this year, organisers leaned into acts that bring energy without the huge price tags.</w:t>
      </w:r>
      <w:r/>
    </w:p>
    <w:p>
      <w:r/>
      <w:r>
        <w:t>You’ll still get a lively soundtrack , think high-energy dance floors and interactive DJ sets , and performers who speak directly to Bay Area tastes. For festival planners and punters alike, it’s a reminder that Pride can be powered by local talent and still feel celebratory.</w:t>
      </w:r>
      <w:r/>
    </w:p>
    <w:p>
      <w:pPr>
        <w:pStyle w:val="Heading2"/>
      </w:pPr>
      <w:r>
        <w:t>Who to watch on the bill , Kerri Colby, ALTÉGO and the local scene</w:t>
      </w:r>
      <w:r/>
    </w:p>
    <w:p>
      <w:r/>
      <w:r>
        <w:t>Kerri Colby, a trans performer known from RuPaul’s Drag Race, is one of the marquee names on Sunday, chosen partly to highlight transgender representation at the festival. ALTÉGO, a DJ duo known for crowd engagement, headlines Saturday night, alongside numerous Bay Area DJs.</w:t>
      </w:r>
      <w:r/>
    </w:p>
    <w:p>
      <w:r/>
      <w:r>
        <w:t>If you’re deciding when to go, pick Saturday for nightclub electricity and Sunday for a more open-day experience with family-friendly elements. Many of the other acts are local or California-based, which gives attendees a chance to discover fresh voices and support regional performers.</w:t>
      </w:r>
      <w:r/>
    </w:p>
    <w:p>
      <w:pPr>
        <w:pStyle w:val="Heading2"/>
      </w:pPr>
      <w:r>
        <w:t>Sponsorship slump , the bigger picture and what it means for Pride events</w:t>
      </w:r>
      <w:r/>
    </w:p>
    <w:p>
      <w:r/>
      <w:r>
        <w:t>Organisers noted a decline in sponsorships between last year and this one, a trend that mirrors reporting on Pride celebrations nationally. According to broader coverage, some companies have pulled back from diversity, equity and inclusion spending, and events are feeling the impact.</w:t>
      </w:r>
      <w:r/>
    </w:p>
    <w:p>
      <w:r/>
      <w:r>
        <w:t>That shift forces creative choices: fewer expensive headliners, more grassroots bookings, and careful budgeting. For attendees, the effect can be subtle , a less star-studded bill but a festival that’s still rich in community meaning and local flair.</w:t>
      </w:r>
      <w:r/>
    </w:p>
    <w:p>
      <w:pPr>
        <w:pStyle w:val="Heading2"/>
      </w:pPr>
      <w:r>
        <w:t>Practical tips: getting there, tickets, safety and the vibe</w:t>
      </w:r>
      <w:r/>
    </w:p>
    <w:p>
      <w:r/>
      <w:r>
        <w:t>Buy tickets online in advance to lock in the lower prices and avoid queues. Expect downtown San Jose crowds; consider public transport or rideshares, and leave a bit of time for security checks. Bring layers , nights can be cooler , and a small portable charger if you plan to film sets or meet friends.</w:t>
      </w:r>
      <w:r/>
    </w:p>
    <w:p>
      <w:r/>
      <w:r>
        <w:t>If you want quieter spaces, head to family-friendly zones on Sunday afternoon, or arrive early to stake out a good spot. And if supporting local performers matters to you, consider volunteering or donating to community programmes tied to the festival.</w:t>
      </w:r>
      <w:r/>
    </w:p>
    <w:p>
      <w:r/>
      <w:r>
        <w:t>It's a small change in approach that keeps the party going while adapting to a new funding reality.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[7]</w:t>
        </w:r>
      </w:hyperlink>
      <w:r>
        <w:t xml:space="preserve">- Paragraph 6: </w:t>
      </w:r>
      <w:hyperlink r:id="rId14">
        <w:r>
          <w:rPr>
            <w:color w:val="0000EE"/>
            <w:u w:val="single"/>
          </w:rPr>
          <w:t>[5]</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https://www.ebar.com/story/169641/</w:t>
        </w:r>
      </w:hyperlink>
      <w:r>
        <w:t xml:space="preserve"> - Please view link - unable to able to access data</w:t>
      </w:r>
      <w:r/>
    </w:p>
    <w:p>
      <w:pPr>
        <w:pStyle w:val="ListNumber"/>
        <w:spacing w:line="240" w:lineRule="auto"/>
        <w:ind w:left="720"/>
      </w:pPr>
      <w:r/>
      <w:hyperlink r:id="rId10">
        <w:r>
          <w:rPr>
            <w:color w:val="0000EE"/>
            <w:u w:val="single"/>
          </w:rPr>
          <w:t>https://www.svpride.com/news/2026-theme</w:t>
        </w:r>
      </w:hyperlink>
      <w:r>
        <w:t xml:space="preserve"> - Silicon Valley PRIDE has announced 'Flourish &amp; Bloom' as the official theme for its 2026 Pride celebration. This theme reflects the organisation's mission to create safer spaces and advocate for the 2SLGBTQIA+ community to thrive. The 2026 celebration is scheduled for August 29–30, 2026, in Downtown San Jose, featuring a vibrant festival and parade. The theme serves as both an invitation and a promise, encouraging community members to celebrate their authentic selves and reinforcing the organisation's commitment to fostering inclusive spaces.</w:t>
      </w:r>
      <w:r/>
    </w:p>
    <w:p>
      <w:pPr>
        <w:pStyle w:val="ListNumber"/>
        <w:spacing w:line="240" w:lineRule="auto"/>
        <w:ind w:left="720"/>
      </w:pPr>
      <w:r/>
      <w:hyperlink r:id="rId12">
        <w:r>
          <w:rPr>
            <w:color w:val="0000EE"/>
            <w:u w:val="single"/>
          </w:rPr>
          <w:t>https://www.svpride.com/news/202-lineup</w:t>
        </w:r>
      </w:hyperlink>
      <w:r>
        <w:t xml:space="preserve"> - Silicon Valley PRIDE has announced the artist lineup for its 2026 festival, taking place August 29–30 at Plaza Park in Downtown San Jose. The two-day celebration will be headlined by ALTÉGO and Kerri Colby, featuring performances by NOODLES, Fijiana, and a full roster of local artists, DJs, and performers. This year's lineup reflects the diversity, creativity, and resilience of the community, aiming to create a celebration where everyone can see themselves, feel welcomed, and experience the joy of Pride together.</w:t>
      </w:r>
      <w:r/>
    </w:p>
    <w:p>
      <w:pPr>
        <w:pStyle w:val="ListNumber"/>
        <w:spacing w:line="240" w:lineRule="auto"/>
        <w:ind w:left="720"/>
      </w:pPr>
      <w:r/>
      <w:hyperlink r:id="rId11">
        <w:r>
          <w:rPr>
            <w:color w:val="0000EE"/>
            <w:u w:val="single"/>
          </w:rPr>
          <w:t>https://www.svpride.com/festival</w:t>
        </w:r>
      </w:hyperlink>
      <w:r>
        <w:t xml:space="preserve"> - Silicon Valley PRIDE is set to return to Downtown San Jose with its 2026 festival, celebrating 51 years of love and community. The event will feature vibrant floats, community resources, LGBTQ-owned businesses, and dynamic entertainment for all ages. The festival is scheduled for August 29–30, 2026, at Plaza Park, with the parade on Sunday, August 30, 2026, from 11:00 AM to 1:00 PM, followed by the day festival from 12 PM to 6 PM. Tickets are sold per person, per day, granting access to the festival.</w:t>
      </w:r>
      <w:r/>
    </w:p>
    <w:p>
      <w:pPr>
        <w:pStyle w:val="ListNumber"/>
        <w:spacing w:line="240" w:lineRule="auto"/>
        <w:ind w:left="720"/>
      </w:pPr>
      <w:r/>
      <w:hyperlink r:id="rId14">
        <w:r>
          <w:rPr>
            <w:color w:val="0000EE"/>
            <w:u w:val="single"/>
          </w:rPr>
          <w:t>https://www.svpride.com/know-before-you-go</w:t>
        </w:r>
      </w:hyperlink>
      <w:r>
        <w:t xml:space="preserve"> - Silicon Valley PRIDE is committed to creating a festival experience that is joyful, inclusive, welcoming, safe, and accessible for everyone in the community. The organisation has implemented various accessibility efforts, including designated accessible pathways and restrooms, to better serve attendees with disabilities and other accessibility needs. Attendees who require reasonable accommodations are encouraged to speak with a Silicon Valley PRIDE staff member or volunteer for assistance. The organisation also welcomes and encourages attendees to express themselves through banners, flags, and signs, provided they do not interfere with festival operations or the experience of other attendees.</w:t>
      </w:r>
      <w:r/>
    </w:p>
    <w:p>
      <w:pPr>
        <w:pStyle w:val="ListNumber"/>
        <w:spacing w:line="240" w:lineRule="auto"/>
        <w:ind w:left="720"/>
      </w:pPr>
      <w:r/>
      <w:hyperlink r:id="rId15">
        <w:r>
          <w:rPr>
            <w:color w:val="0000EE"/>
            <w:u w:val="single"/>
          </w:rPr>
          <w:t>https://www.sanjose.org/events/2026-silicon-valley-pride</w:t>
        </w:r>
      </w:hyperlink>
      <w:r>
        <w:t xml:space="preserve"> - Silicon Valley PRIDE 2026, themed 'Flourish &amp; Bloom,' is set to take place in the heart of Downtown San Jose at Plaza Park on August 29–30, 2026. The event will feature an exciting lineup headlined by ALTÉGO and Kerri Colby, with performances by NOODLES, Fijiana, and a vibrant roster of Bay Area artists, DJs, drag performers, and local talent. Festivities will kick off on Saturday at 6 PM, followed by Sunday’s iconic Pride Parade and festival beginning at 12 PM.</w:t>
      </w:r>
      <w:r/>
    </w:p>
    <w:p>
      <w:pPr>
        <w:pStyle w:val="ListNumber"/>
        <w:spacing w:line="240" w:lineRule="auto"/>
        <w:ind w:left="720"/>
      </w:pPr>
      <w:r/>
      <w:hyperlink r:id="rId13">
        <w:r>
          <w:rPr>
            <w:color w:val="0000EE"/>
            <w:u w:val="single"/>
          </w:rPr>
          <w:t>https://www.kpbs.org/news/national/2026/05/30/pride-celebrations-struggle-as-corporate-sponsorships-dry-up</w:t>
        </w:r>
      </w:hyperlink>
      <w:r>
        <w:t xml:space="preserve"> - Pride celebrations across the United States are facing challenges as corporate sponsorships decline. Organisers in cities like New York, Salt Lake City, Louisville, St. Louis, Orlando, and Pittsburgh have reported reduced sponsorships compared to previous years. This trend is attributed to the Trump administration's dismantling of Diversity, Equity, and Inclusion (DEI) initiatives, which has led corporations to distance themselves from diversity causes and LGBTQ+ events to avoid government scrutiny. The decline in sponsorships has significantly impacted the funding of Pride events, making it challenging for organisers to cover expenses such as permits, security, and performer fees.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641/" TargetMode="External"/><Relationship Id="rId10" Type="http://schemas.openxmlformats.org/officeDocument/2006/relationships/hyperlink" Target="https://www.svpride.com/news/2026-theme" TargetMode="External"/><Relationship Id="rId11" Type="http://schemas.openxmlformats.org/officeDocument/2006/relationships/hyperlink" Target="https://www.svpride.com/festival" TargetMode="External"/><Relationship Id="rId12" Type="http://schemas.openxmlformats.org/officeDocument/2006/relationships/hyperlink" Target="https://www.svpride.com/news/202-lineup" TargetMode="External"/><Relationship Id="rId13" Type="http://schemas.openxmlformats.org/officeDocument/2006/relationships/hyperlink" Target="https://www.kpbs.org/news/national/2026/05/30/pride-celebrations-struggle-as-corporate-sponsorships-dry-up" TargetMode="External"/><Relationship Id="rId14" Type="http://schemas.openxmlformats.org/officeDocument/2006/relationships/hyperlink" Target="https://www.svpride.com/know-before-you-go" TargetMode="External"/><Relationship Id="rId15" Type="http://schemas.openxmlformats.org/officeDocument/2006/relationships/hyperlink" Target="https://www.sanjose.org/events/2026-silicon-valley-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