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Fantasy Books to Add to Your TBR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diving into sapphic fantasy as readers seek queer joy beyond the mundane; here’s a lively guide to ten richly imagined books where sapphic characters take centre stage, from lesbian necromancers in space to slow-burn hearth-witch romances , perfect for expanding your TBR with queer fantasy flair.</w:t>
      </w:r>
      <w:r/>
    </w:p>
    <w:p>
      <w:r/>
      <w:r>
        <w:t>Essential Takeaways</w:t>
      </w:r>
      <w:r/>
      <w:r/>
    </w:p>
    <w:p>
      <w:pPr>
        <w:pStyle w:val="ListBullet"/>
        <w:spacing w:line="240" w:lineRule="auto"/>
        <w:ind w:left="720"/>
      </w:pPr>
      <w:r/>
      <w:r>
        <w:rPr>
          <w:b/>
        </w:rPr>
        <w:t>Strong queer centrepieces:</w:t>
      </w:r>
      <w:r>
        <w:t xml:space="preserve"> Each pick features sapphic characters as leads or primary love interests, not background notes.</w:t>
      </w:r>
      <w:r/>
    </w:p>
    <w:p>
      <w:pPr>
        <w:pStyle w:val="ListBullet"/>
        <w:spacing w:line="240" w:lineRule="auto"/>
        <w:ind w:left="720"/>
      </w:pPr>
      <w:r/>
      <w:r>
        <w:rPr>
          <w:b/>
        </w:rPr>
        <w:t>Range of tones:</w:t>
      </w:r>
      <w:r>
        <w:t xml:space="preserve"> Expect everything from cosybookshop vibes to gothic horror, so there’s something for mellow nights and binge reads.</w:t>
      </w:r>
      <w:r/>
    </w:p>
    <w:p>
      <w:pPr>
        <w:pStyle w:val="ListBullet"/>
        <w:spacing w:line="240" w:lineRule="auto"/>
        <w:ind w:left="720"/>
      </w:pPr>
      <w:r/>
      <w:r>
        <w:rPr>
          <w:b/>
        </w:rPr>
        <w:t>Sensory hooks:</w:t>
      </w:r>
      <w:r>
        <w:t xml:space="preserve"> Many titles pair lush worldbuilding with tactile details , spices, incense, damp stone, or crackling hearths.</w:t>
      </w:r>
      <w:r/>
    </w:p>
    <w:p>
      <w:pPr>
        <w:pStyle w:val="ListBullet"/>
        <w:spacing w:line="240" w:lineRule="auto"/>
        <w:ind w:left="720"/>
      </w:pPr>
      <w:r/>
      <w:r>
        <w:rPr>
          <w:b/>
        </w:rPr>
        <w:t>Accessible entry points:</w:t>
      </w:r>
      <w:r>
        <w:t xml:space="preserve"> Several books work as first-forays into fantasy romance or darker speculative fiction.</w:t>
      </w:r>
      <w:r/>
    </w:p>
    <w:p>
      <w:pPr>
        <w:pStyle w:val="ListBullet"/>
        <w:spacing w:line="240" w:lineRule="auto"/>
        <w:ind w:left="720"/>
      </w:pPr>
      <w:r/>
      <w:r>
        <w:rPr>
          <w:b/>
        </w:rPr>
        <w:t>Reader-friendly lengths:</w:t>
      </w:r>
      <w:r>
        <w:t xml:space="preserve"> Series starters and standalone novels mix short, punchy reads with immersive epics.</w:t>
      </w:r>
      <w:r/>
      <w:r/>
    </w:p>
    <w:p>
      <w:pPr>
        <w:pStyle w:val="Heading2"/>
      </w:pPr>
      <w:r>
        <w:t>Why sapphic fantasy feels like a necessary escape</w:t>
      </w:r>
      <w:r/>
    </w:p>
    <w:p>
      <w:r/>
      <w:r>
        <w:t>There’s something quietly radical about finding sapphic love stories in realms with dragons and political coups; they let readers be both seen and thrilled. According to the Qburgh round-up that inspired this list, many readers first found sapphic characters in realistic fiction , but fantasy opens wider doors, offering worlds where queer love isn’t exceptional, it’s woven into the plot. If you grew up wanting to disappear into a book where your identity didn’t need explaining, these titles deliver that comfort alongside adventure. Tip: pick a mood first , cosy or epic , and choose a book that matches your energy so you’re not burned out by worldbuilding on a low-energy evening.</w:t>
      </w:r>
      <w:r/>
    </w:p>
    <w:p>
      <w:pPr>
        <w:pStyle w:val="Heading2"/>
      </w:pPr>
      <w:r>
        <w:t>The Locked Tomb: lesbian necromancers, swords and space drama</w:t>
      </w:r>
      <w:r/>
    </w:p>
    <w:p>
      <w:r/>
      <w:r>
        <w:t>Tamsyn Muir’s Locked Tomb trilogy is the pick for anyone who loves sardonic narrators and a brilliant, barbed sense of humour. It reads like science fantasy , there’s interplanetary travel and necromancy , but the emotional core is sapphic, messy and compulsively re-readable. Readers praise Gideon’s snark and the series’ inventive body-and-identity play; it’s both brainy and viscerally textured, with a metallic, leather-and-gunpowder feel. Practical tip: start with Gideon the Ninth and be prepared to binge; the books reward attention and re-reads where new layers reveal themselves.</w:t>
      </w:r>
      <w:r/>
    </w:p>
    <w:p>
      <w:pPr>
        <w:pStyle w:val="Heading2"/>
      </w:pPr>
      <w:r>
        <w:t>The Jasmine Throne: slow-burn power and palace intrigue</w:t>
      </w:r>
      <w:r/>
    </w:p>
    <w:p>
      <w:r/>
      <w:r>
        <w:t>Tasha Suri’s Jasmine Throne offers lush, India-inspired court drama where an exiled princess and a powerful priestess find their fates entangled. Expect fragrance-rich scenes, layered political scheming, and a slow-burn that builds into something devastatingly satisfying. This trilogy is for readers who want romance braided through rebellion and caste politics, with sapphic desire driving seismic change. If you’re new to epic non-Western fantasy, this is a warm invitation , savour it, and let the atmosphere carry you.</w:t>
      </w:r>
      <w:r/>
    </w:p>
    <w:p>
      <w:pPr>
        <w:pStyle w:val="Heading2"/>
      </w:pPr>
      <w:r>
        <w:t>Cozy fantasy that soothes: tea shops, hearth magic and reparative romance</w:t>
      </w:r>
      <w:r/>
    </w:p>
    <w:p>
      <w:r/>
      <w:r>
        <w:t>You Can’t Spell Treason Without Tea and The Hearth Witch’s Guide to Magic and Murder represent lighter, sweeter corners of sapphic fantasy. Rebecca Thorne’s tea-and-bookshop premise leans into comfort: dragons and spies exist, but the joy comes from building a small business and a new life. Kiri Callaghan’s hearth-witch cosy mystery blends pastries, slow-burn romance and folklore annotations, making it ideal for readers who like food-and-magic textures. Reader tip: these are excellent palette-cleansers between heftier epics, and they’re great for gifting to friends who prefer gentler stakes.</w:t>
      </w:r>
      <w:r/>
    </w:p>
    <w:p>
      <w:pPr>
        <w:pStyle w:val="Heading2"/>
      </w:pPr>
      <w:r>
        <w:t>Girls of Paper and Fire and The Unbroken: anti-colonial themes and fierce love</w:t>
      </w:r>
      <w:r/>
    </w:p>
    <w:p>
      <w:r/>
      <w:r>
        <w:t>Natasha Ngan and C.L. Clark bring sapphic romance into stories with hard edges , caste systems, imperial violence and divided loyalties. Girls of Paper and Fire foregrounds trauma and tenderness as Lei learns to love and fight for herself in a brutal court. The Unbroken interrogates empire and duty through the fraught bond between soldier and princess, giving romance high political stakes. If you want your sapphic story to be about survival and resistance as much as desire, these books are hammered into that groove.</w:t>
      </w:r>
      <w:r/>
    </w:p>
    <w:p>
      <w:pPr>
        <w:pStyle w:val="Heading2"/>
      </w:pPr>
      <w:r>
        <w:t>World-building in familiar universes and thrilling alt-histories</w:t>
      </w:r>
      <w:r/>
    </w:p>
    <w:p>
      <w:r/>
      <w:r>
        <w:t>For a different flavour, The Rise of Kyoshi revisits the Avatar universe with Kyoshi’s origin story and her bond with Rangi. It’s an accessible bridge for fans of the show who want sapphic representation in a beloved fantasy world. Meanwhile, Crier’s War and The Starving Saints push harder into sci-fi and horror: political intrigue, synthetic beings, and eerie miracles that unsettle as much as they enchant. Choose these if you like your sapphic romance threaded through speculative ideas rather than cosy domestic scenes.</w:t>
      </w:r>
      <w:r/>
    </w:p>
    <w:p>
      <w:pPr>
        <w:pStyle w:val="Heading2"/>
      </w:pPr>
      <w:r>
        <w:t>Darker, faith-and-guilt explorations: Holy Wrath and the religion question</w:t>
      </w:r>
      <w:r/>
    </w:p>
    <w:p>
      <w:r/>
      <w:r>
        <w:t>Victoria Mier’s Holy Wrath places sapphic yearning against religious structures, ideal for readers with an appetite for theological critique and emotional repair. The protagonist’s closeness to an enemy forces a reckoning with faith and power, so it’s not light , but it’s cathartic and sharp. Consider this if you’re drawn to books that interrogate belief and want a romance that shakes foundational ideas.</w:t>
      </w:r>
      <w:r/>
    </w:p>
    <w:p>
      <w:pPr>
        <w:pStyle w:val="Heading2"/>
      </w:pPr>
      <w:r>
        <w:t>How to build your sapphic fantasy TBR</w:t>
      </w:r>
      <w:r/>
    </w:p>
    <w:p>
      <w:r/>
      <w:r>
        <w:t>Start by listing your mood: cosy, epic, dark, or speculative. Mix one heavy read with a lighter one , a brisk cosy or character-led standalone refreshes you for denser trilogies. Look at author backlists for more queer titles; many writers explore sapphic relationships across different subgenres. And chat with fellow readers: social platforms and bookish accounts can point you toward under-the-radar sapphic gems.</w:t>
      </w:r>
      <w:r/>
    </w:p>
    <w:p>
      <w:r/>
      <w:r>
        <w:t>It's a small change that can make your TBR feel like a true refuge , full of queer love, dangerous politics, and worlds you’ll want to live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2">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[7]</w:t>
        </w:r>
      </w:hyperlink>
      <w:r>
        <w:t xml:space="preserve">- Paragraph 7: </w:t>
      </w:r>
      <w:hyperlink r:id="rId9">
        <w:r>
          <w:rPr>
            <w:color w:val="0000EE"/>
            <w:u w:val="single"/>
          </w:rPr>
          <w:t>[1]</w:t>
        </w:r>
      </w:hyperlink>
      <w:r>
        <w:t xml:space="preserve">, </w:t>
      </w:r>
      <w:hyperlink r:id="rId11">
        <w:r>
          <w:rPr>
            <w:color w:val="0000EE"/>
            <w:u w:val="single"/>
          </w:rPr>
          <w:t>[3]</w:t>
        </w:r>
      </w:hyperlink>
      <w:r>
        <w:t xml:space="preserve">- Paragraph 8: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https://qburgh.com/10-fantasy-books-with-sapphic-characters-to-add-to-your-tbr/</w:t>
        </w:r>
      </w:hyperlink>
      <w:r>
        <w:t xml:space="preserve"> - Please view link - unable to able to access data</w:t>
      </w:r>
      <w:r/>
    </w:p>
    <w:p>
      <w:pPr>
        <w:pStyle w:val="ListNumber"/>
        <w:spacing w:line="240" w:lineRule="auto"/>
        <w:ind w:left="720"/>
      </w:pPr>
      <w:r/>
      <w:hyperlink r:id="rId10">
        <w:r>
          <w:rPr>
            <w:color w:val="0000EE"/>
            <w:u w:val="single"/>
          </w:rPr>
          <w:t>https://tamsynmuir.com/the-locked-tomb</w:t>
        </w:r>
      </w:hyperlink>
      <w:r>
        <w:t xml:space="preserve"> - Tamsyn Muir's 'The Locked Tomb' series is a science fantasy saga featuring lesbian necromancers in space. The first book, 'Gideon the Ninth', follows Gideon Nav, a swordswoman, and Harrowhark Nonagesimus, a necromancer, as they navigate a deadly trial to serve the Emperor. The series has been praised for its unique blend of genres and compelling characters. 'Gideon the Ninth' won the 2020 Crawford Award and was shortlisted for several other prestigious awards. The series includes 'Harrow the Ninth', 'Nona the Ninth', and an upcoming fourth book, 'Alecto the Ninth'.</w:t>
      </w:r>
      <w:r/>
    </w:p>
    <w:p>
      <w:pPr>
        <w:pStyle w:val="ListNumber"/>
        <w:spacing w:line="240" w:lineRule="auto"/>
        <w:ind w:left="720"/>
      </w:pPr>
      <w:r/>
      <w:hyperlink r:id="rId11">
        <w:r>
          <w:rPr>
            <w:color w:val="0000EE"/>
            <w:u w:val="single"/>
          </w:rPr>
          <w:t>https://en.wikipedia.org/wiki/The_Jasmine_Throne</w:t>
        </w:r>
      </w:hyperlink>
      <w:r>
        <w:t xml:space="preserve"> - Tasha Suri's 'The Jasmine Throne' is the first book in the 'Burning Kingdoms' trilogy, set in a world inspired by ancient India. The novel follows exiled princess Malini and priestess Priya as they form a powerful bond that challenges the empire. The book has been praised for its morally grey characters and intense atmosphere. It won the World Fantasy Award for Best Novel in 2022. The relationship between Malini and Priya has been highlighted as a significant aspect of the story, contributing to its acclaim.</w:t>
      </w:r>
      <w:r/>
    </w:p>
    <w:p>
      <w:pPr>
        <w:pStyle w:val="ListNumber"/>
        <w:spacing w:line="240" w:lineRule="auto"/>
        <w:ind w:left="720"/>
      </w:pPr>
      <w:r/>
      <w:hyperlink r:id="rId14">
        <w:r>
          <w:rPr>
            <w:color w:val="0000EE"/>
            <w:u w:val="single"/>
          </w:rPr>
          <w:t>https://www.goodreads.com/book/show/57251133-the-jasmine-throne</w:t>
        </w:r>
      </w:hyperlink>
      <w:r>
        <w:t xml:space="preserve"> - On Goodreads, 'The Jasmine Throne' by Tasha Suri has a rating of 4.08 out of 5, based on 41,788 ratings and 7,611 reviews. The novel is described as a fiercely and unapologetically feminist tale of endurance and revolution set against a unique magical world. It follows exiled princess Malini and priestess Priya as they form a powerful bond that challenges the empire. The book has been praised for its richly characterised and emotionally dense narrative, with themes of power and its cost.</w:t>
      </w:r>
      <w:r/>
    </w:p>
    <w:p>
      <w:pPr>
        <w:pStyle w:val="ListNumber"/>
        <w:spacing w:line="240" w:lineRule="auto"/>
        <w:ind w:left="720"/>
      </w:pPr>
      <w:r/>
      <w:hyperlink r:id="rId13">
        <w:r>
          <w:rPr>
            <w:color w:val="0000EE"/>
            <w:u w:val="single"/>
          </w:rPr>
          <w:t>https://www.romance.io/series/60b1e8c34af4700e32f675b2/the-locked-tomb</w:t>
        </w:r>
      </w:hyperlink>
      <w:r>
        <w:t xml:space="preserve"> - The 'Locked Tomb' series by Tamsyn Muir is a science fantasy saga featuring lesbian necromancers in space. The first book, 'Gideon the Ninth', follows Gideon Nav, a swordswoman, and Harrowhark Nonagesimus, a necromancer, as they navigate a deadly trial to serve the Emperor. The series has been praised for its unique blend of genres and compelling characters. 'Gideon the Ninth' won the 2020 Crawford Award and was shortlisted for several other prestigious awards. The series includes 'Harrow the Ninth', 'Nona the Ninth', and an upcoming fourth book, 'Alecto the Ninth'.</w:t>
      </w:r>
      <w:r/>
    </w:p>
    <w:p>
      <w:pPr>
        <w:pStyle w:val="ListNumber"/>
        <w:spacing w:line="240" w:lineRule="auto"/>
        <w:ind w:left="720"/>
      </w:pPr>
      <w:r/>
      <w:hyperlink r:id="rId12">
        <w:r>
          <w:rPr>
            <w:color w:val="0000EE"/>
            <w:u w:val="single"/>
          </w:rPr>
          <w:t>https://www.tashasuri.com/the-jasmine-throne/</w:t>
        </w:r>
      </w:hyperlink>
      <w:r>
        <w:t xml:space="preserve"> - Tasha Suri's 'The Jasmine Throne' is the first book in the 'Burning Kingdoms' trilogy, set in a world inspired by ancient India. The novel follows exiled princess Malini and priestess Priya as they form a powerful bond that challenges the empire. The book has been praised for its morally grey characters and intense atmosphere. It won the World Fantasy Award for Best Novel in 2022. The relationship between Malini and Priya has been highlighted as a significant aspect of the story, contributing to its acclaim.</w:t>
      </w:r>
      <w:r/>
    </w:p>
    <w:p>
      <w:pPr>
        <w:pStyle w:val="ListNumber"/>
        <w:spacing w:line="240" w:lineRule="auto"/>
        <w:ind w:left="720"/>
      </w:pPr>
      <w:r/>
      <w:hyperlink r:id="rId14">
        <w:r>
          <w:rPr>
            <w:color w:val="0000EE"/>
            <w:u w:val="single"/>
          </w:rPr>
          <w:t>https://www.goodreads.com/book/show/57251133-the-jasmine-throne</w:t>
        </w:r>
      </w:hyperlink>
      <w:r>
        <w:t xml:space="preserve"> - On Goodreads, 'The Jasmine Throne' by Tasha Suri has a rating of 4.08 out of 5, based on 41,788 ratings and 7,611 reviews. The novel is described as a fiercely and unapologetically feminist tale of endurance and revolution set against a unique magical world. It follows exiled princess Malini and priestess Priya as they form a powerful bond that challenges the empire. The book has been praised for its richly characterised and emotionally dense narrative, with themes of power and its cost.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10-fantasy-books-with-sapphic-characters-to-add-to-your-tbr/" TargetMode="External"/><Relationship Id="rId10" Type="http://schemas.openxmlformats.org/officeDocument/2006/relationships/hyperlink" Target="https://tamsynmuir.com/the-locked-tomb" TargetMode="External"/><Relationship Id="rId11" Type="http://schemas.openxmlformats.org/officeDocument/2006/relationships/hyperlink" Target="https://en.wikipedia.org/wiki/The_Jasmine_Throne" TargetMode="External"/><Relationship Id="rId12" Type="http://schemas.openxmlformats.org/officeDocument/2006/relationships/hyperlink" Target="https://www.tashasuri.com/the-jasmine-throne/" TargetMode="External"/><Relationship Id="rId13" Type="http://schemas.openxmlformats.org/officeDocument/2006/relationships/hyperlink" Target="https://www.romance.io/series/60b1e8c34af4700e32f675b2/the-locked-tomb" TargetMode="External"/><Relationship Id="rId14" Type="http://schemas.openxmlformats.org/officeDocument/2006/relationships/hyperlink" Target="https://www.goodreads.com/book/show/57251133-the-jasmine-thr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