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Rocky Horror Legacy Pieces for Understanding Queer Impact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cinephiles alike keep returning to Rocky Horror as a cultural touchstone; the cult musical helped shape queer visibility, provoked debate, and still teaches us why midnight screenings, campy songs and terrifyingly good outfits matter. Here’s why the film’s legacy persists and how to watch it with your eyes open.</w:t>
      </w:r>
      <w:r/>
    </w:p>
    <w:p>
      <w:r/>
      <w:r>
        <w:t>Essential Takeaways</w:t>
      </w:r>
      <w:r/>
      <w:r/>
    </w:p>
    <w:p>
      <w:pPr>
        <w:pStyle w:val="ListBullet"/>
        <w:spacing w:line="240" w:lineRule="auto"/>
        <w:ind w:left="720"/>
      </w:pPr>
      <w:r/>
      <w:r>
        <w:rPr>
          <w:b/>
        </w:rPr>
        <w:t>Cultural catalyst:</w:t>
      </w:r>
      <w:r>
        <w:t xml:space="preserve"> Rocky Horror helped create safe spaces for queer people to gather and express themselves, especially after Stonewall.</w:t>
      </w:r>
      <w:r/>
    </w:p>
    <w:p>
      <w:pPr>
        <w:pStyle w:val="ListBullet"/>
        <w:spacing w:line="240" w:lineRule="auto"/>
        <w:ind w:left="720"/>
      </w:pPr>
      <w:r/>
      <w:r>
        <w:rPr>
          <w:b/>
        </w:rPr>
        <w:t>Personal impact:</w:t>
      </w:r>
      <w:r>
        <w:t xml:space="preserve"> Many LGBTQ viewers say the film was pivotal to coming out or feeling less alone; it can feel liberating and affirming.</w:t>
      </w:r>
      <w:r/>
    </w:p>
    <w:p>
      <w:pPr>
        <w:pStyle w:val="ListBullet"/>
        <w:spacing w:line="240" w:lineRule="auto"/>
        <w:ind w:left="720"/>
      </w:pPr>
      <w:r/>
      <w:r>
        <w:rPr>
          <w:b/>
        </w:rPr>
        <w:t>Mixed legacy:</w:t>
      </w:r>
      <w:r>
        <w:t xml:space="preserve"> Critics and activists point to transphobic elements; the movie is both celebratory and problematic.</w:t>
      </w:r>
      <w:r/>
    </w:p>
    <w:p>
      <w:pPr>
        <w:pStyle w:val="ListBullet"/>
        <w:spacing w:line="240" w:lineRule="auto"/>
        <w:ind w:left="720"/>
      </w:pPr>
      <w:r/>
      <w:r>
        <w:rPr>
          <w:b/>
        </w:rPr>
        <w:t>Enduring ritual:</w:t>
      </w:r>
      <w:r>
        <w:t xml:space="preserve"> Midnight screenings, audience participation and costume culture keep the film alive, lively and communal.</w:t>
      </w:r>
      <w:r/>
    </w:p>
    <w:p>
      <w:pPr>
        <w:pStyle w:val="ListBullet"/>
        <w:spacing w:line="240" w:lineRule="auto"/>
        <w:ind w:left="720"/>
      </w:pPr>
      <w:r/>
      <w:r>
        <w:rPr>
          <w:b/>
        </w:rPr>
        <w:t>How to engage:</w:t>
      </w:r>
      <w:r>
        <w:t xml:space="preserve"> Watch with context, seek informed companions, read contemporary criticism, and separate the camp joy from harmful portrayals.</w:t>
      </w:r>
      <w:r/>
      <w:r/>
    </w:p>
    <w:p>
      <w:pPr>
        <w:pStyle w:val="Heading2"/>
      </w:pPr>
      <w:r>
        <w:t>Why Rocky Horror became a queer touchstone</w:t>
      </w:r>
      <w:r/>
    </w:p>
    <w:p>
      <w:r/>
      <w:r>
        <w:t>The film’s late-night screenings turned it from a Hollywood flop into a ritual, full of shouts, props and shoulders pressed together in dark cinemas. According to cultural critics, LGBTQ audiences recognised a message of sexual freedom and flamboyant self-expression they weren’t seeing elsewhere. That sense of discovery, of finally finding a cinematic voice that seemed to wink directly at you, made the movie feel like a hand-reaching-out moment for many young viewers.</w:t>
      </w:r>
      <w:r/>
    </w:p>
    <w:p>
      <w:r/>
      <w:r>
        <w:t>Backstory matters: Rocky Horror arrived six years after Stonewall, when being visibly queer was still dangerous in many places. In that climate, a campy, transgressive musical that objectified men for the camera and celebrated gender play read as radical, even therapeutic. If you’ve seen testimonials from viewers who say the film helped them come out, it’s not exaggeration; films rarely offer an emotional shortcut to identity the way this one did.</w:t>
      </w:r>
      <w:r/>
    </w:p>
    <w:p>
      <w:pPr>
        <w:pStyle w:val="Heading2"/>
      </w:pPr>
      <w:r>
        <w:t>The personal stories that keep screenings packed</w:t>
      </w:r>
      <w:r/>
    </w:p>
    <w:p>
      <w:r/>
      <w:r>
        <w:t>Countless queer people trace small turning points in their lives back to a midnight showing or a friend’s party where Rocky Horror played. Those personal accounts, people recognising their desires, finally naming themselves, are as important as any critical essay. The film can still feel electric: the music hits, the costumes scream, and for a couple of hours you’re in a crowd that gets it.</w:t>
      </w:r>
      <w:r/>
    </w:p>
    <w:p>
      <w:r/>
      <w:r>
        <w:t>That emotional resonance explains why the ritual endures. Even when you’re not a fan, there’s a warmth in watching strangers cheer for audacity. If you’re going to a screening, expect noise, props and a communal adrenaline that’s part spectacle and part shared relief.</w:t>
      </w:r>
      <w:r/>
    </w:p>
    <w:p>
      <w:pPr>
        <w:pStyle w:val="Heading2"/>
      </w:pPr>
      <w:r>
        <w:t>The legacy isn’t unproblematic , consider the criticism</w:t>
      </w:r>
      <w:r/>
    </w:p>
    <w:p>
      <w:r/>
      <w:r>
        <w:t>It’s also true that Rocky Horror contains imagery and jokes that don’t sit well with modern audiences. Some commentators argue the film flirts with transphobic ideas or reduces trans and gender-nonconforming people to punchlines. These critiques are important; they reroute the conversation from uncritical nostalgia to honest appraisal.</w:t>
      </w:r>
      <w:r/>
    </w:p>
    <w:p>
      <w:r/>
      <w:r>
        <w:t>When you watch today, you don’t have to give up the fun to acknowledge the flaws. Bring context: read critical essays, listen to trans voices, and understand which elements were progressive for 1975 and which are damaging now. That way you can love the parts that liberate while being clear-eyed about the parts that hurt.</w:t>
      </w:r>
      <w:r/>
    </w:p>
    <w:p>
      <w:pPr>
        <w:pStyle w:val="Heading2"/>
      </w:pPr>
      <w:r>
        <w:t>How midnight movie culture influenced queer space-making</w:t>
      </w:r>
      <w:r/>
    </w:p>
    <w:p>
      <w:r/>
      <w:r>
        <w:t>The rituals around Rocky Horror, costumes, call-backs, prop bags, created a template for queer social life in public spaces. Audience participation turned a passive viewing into active performance, which helped build networks of people who liked to challenge norms together. Over the years, those rituals migrated into other queer-friendly events and influenced how communities celebrate difference.</w:t>
      </w:r>
      <w:r/>
    </w:p>
    <w:p>
      <w:r/>
      <w:r>
        <w:t>If you want to experience that history, try a local midnight showing or a university screening. Watch how people improvise and connect. If you’re nervous about participation, observe first; the invitation to join is usually warm and low-pressure.</w:t>
      </w:r>
      <w:r/>
    </w:p>
    <w:p>
      <w:pPr>
        <w:pStyle w:val="Heading2"/>
      </w:pPr>
      <w:r>
        <w:t>Watching Rocky Horror now: a practical guide</w:t>
      </w:r>
      <w:r/>
    </w:p>
    <w:p>
      <w:r/>
      <w:r>
        <w:t>If you’re curious, watch with friends who’ll talk afterwards. Pair a screening with a quick primer, an article or two that covers both the film’s outsized queer legacy and the criticisms. That balance lets you enjoy the glitter and big tunes while speaking openly about problematic bits.</w:t>
      </w:r>
      <w:r/>
    </w:p>
    <w:p>
      <w:r/>
      <w:r>
        <w:t>For parents or teachers introducing younger viewers, frame it historically: explain the state of LGBTQ rights in the 1970s, and encourage questions. For fans, consider moderating how the film is presented if you organise a screening, trigger warnings and post-show discussions can keep the joy while respecting attendees.</w:t>
      </w:r>
      <w:r/>
    </w:p>
    <w:p>
      <w:r/>
      <w:r>
        <w:t>It's a small change that can make every screening more thoughtful and a lot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5">
        <w:r>
          <w:rPr>
            <w:color w:val="0000EE"/>
            <w:u w:val="single"/>
          </w:rPr>
          <w:t>[4]</w:t>
        </w:r>
      </w:hyperlink>
      <w:r>
        <w:t xml:space="preserve">- Paragraph 5: </w:t>
      </w:r>
      <w:hyperlink r:id="rId11">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https://www.huffingtonpost.co.uk/entry/rocky-horror-picture-show-queer-legacy_uk_6a8f0c20e4b0a9d5e57c3c94</w:t>
        </w:r>
      </w:hyperlink>
      <w:r>
        <w:t xml:space="preserve"> - Please view link - unable to able to access data</w:t>
      </w:r>
      <w:r/>
    </w:p>
    <w:p>
      <w:pPr>
        <w:pStyle w:val="ListNumber"/>
        <w:spacing w:line="240" w:lineRule="auto"/>
        <w:ind w:left="720"/>
      </w:pPr>
      <w:r/>
      <w:hyperlink r:id="rId10">
        <w:r>
          <w:rPr>
            <w:color w:val="0000EE"/>
            <w:u w:val="single"/>
          </w:rPr>
          <w:t>https://www.pride.com/culture/perspectives/rocky-horror-picture-show</w:t>
        </w:r>
      </w:hyperlink>
      <w:r>
        <w:t xml:space="preserve"> - An opinion piece reflecting on the 50th anniversary of 'The Rocky Horror Picture Show', discussing its subversive nature and the challenges of creating such bold art in contemporary times. The author argues that the film's wild, queer rebellion remains significant, especially when art this daring feels nearly impossible to produce today.</w:t>
      </w:r>
      <w:r/>
    </w:p>
    <w:p>
      <w:pPr>
        <w:pStyle w:val="ListNumber"/>
        <w:spacing w:line="240" w:lineRule="auto"/>
        <w:ind w:left="720"/>
      </w:pPr>
      <w:r/>
      <w:hyperlink r:id="rId12">
        <w:r>
          <w:rPr>
            <w:color w:val="0000EE"/>
            <w:u w:val="single"/>
          </w:rPr>
          <w:t>https://digitalcommons.wayne.edu/rushton/vol1/iss1/1/</w:t>
        </w:r>
      </w:hyperlink>
      <w:r>
        <w:t xml:space="preserve"> - An academic essay examining the cultural conditions surrounding 'The Rocky Horror Picture Show' and its ties to the LGBTQ+ community. The paper traces the post-war growth of queer communities, the impact of the Stonewall Riot, and how the film's queer themes and aesthetic motifs resonated with working-class queer audiences in the 1970s and 1980s.</w:t>
      </w:r>
      <w:r/>
    </w:p>
    <w:p>
      <w:pPr>
        <w:pStyle w:val="ListNumber"/>
        <w:spacing w:line="240" w:lineRule="auto"/>
        <w:ind w:left="720"/>
      </w:pPr>
      <w:r/>
      <w:hyperlink r:id="rId15">
        <w:r>
          <w:rPr>
            <w:color w:val="0000EE"/>
            <w:u w:val="single"/>
          </w:rPr>
          <w:t>https://www.tuftsdaily.com/article/2022/10/queeries-showcasing-queer-visibility-on-the-silver-screen-through-rocky-horror</w:t>
        </w:r>
      </w:hyperlink>
      <w:r>
        <w:t xml:space="preserve"> - An article discussing how 'The Rocky Horror Picture Show' taught generations to celebrate queer culture and drag history. It highlights the film's role in the gay liberation movement and its emergence as a cultural phenomenon during the 1970s, a period dominated by homophobia and violence.</w:t>
      </w:r>
      <w:r/>
    </w:p>
    <w:p>
      <w:pPr>
        <w:pStyle w:val="ListNumber"/>
        <w:spacing w:line="240" w:lineRule="auto"/>
        <w:ind w:left="720"/>
      </w:pPr>
      <w:r/>
      <w:hyperlink r:id="rId14">
        <w:r>
          <w:rPr>
            <w:color w:val="0000EE"/>
            <w:u w:val="single"/>
          </w:rPr>
          <w:t>https://www.them.us/story/yes-rocky-horror-picture-show-is-transphobic-transmisogynist</w:t>
        </w:r>
      </w:hyperlink>
      <w:r>
        <w:t xml:space="preserve"> - An article addressing the criticisms of 'The Rocky Horror Picture Show' for being transphobic and transmisogynist. It explores the discourse within the queer community regarding the film's representation and the ongoing debates about its place in queer culture.</w:t>
      </w:r>
      <w:r/>
    </w:p>
    <w:p>
      <w:pPr>
        <w:pStyle w:val="ListNumber"/>
        <w:spacing w:line="240" w:lineRule="auto"/>
        <w:ind w:left="720"/>
      </w:pPr>
      <w:r/>
      <w:hyperlink r:id="rId11">
        <w:r>
          <w:rPr>
            <w:color w:val="0000EE"/>
            <w:u w:val="single"/>
          </w:rPr>
          <w:t>https://www.grammy.com/news/rocky-horror-picture-show-made-camp-cult-cool-anniversary/</w:t>
        </w:r>
      </w:hyperlink>
      <w:r>
        <w:t xml:space="preserve"> - An article celebrating the 50th anniversary of 'The Rocky Horror Picture Show', discussing how the film taught a generation to embrace queerness. It highlights the film's impact on the LGBTQ+ community and its role in promoting sexual liberation and gender identity.</w:t>
      </w:r>
      <w:r/>
    </w:p>
    <w:p>
      <w:pPr>
        <w:pStyle w:val="ListNumber"/>
        <w:spacing w:line="240" w:lineRule="auto"/>
        <w:ind w:left="720"/>
      </w:pPr>
      <w:r/>
      <w:hyperlink r:id="rId13">
        <w:r>
          <w:rPr>
            <w:color w:val="0000EE"/>
            <w:u w:val="single"/>
          </w:rPr>
          <w:t>https://www.hercampus.com/school/mt-holyoke/how-the-rocky-horror-picture-show-helped-shape-lgbtq-history/</w:t>
        </w:r>
      </w:hyperlink>
      <w:r>
        <w:t xml:space="preserve"> - An article exploring how 'The Rocky Horror Picture Show' helped shape LGBTQ+ history. It discusses the film's release six years after the Stonewall uprising, its initial commercial failure, and how it developed a cult following among LGBTQ+ audiences through late-night screenings.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uffingtonpost.co.uk/entry/rocky-horror-picture-show-queer-legacy_uk_6a8f0c20e4b0a9d5e57c3c94" TargetMode="External"/><Relationship Id="rId10" Type="http://schemas.openxmlformats.org/officeDocument/2006/relationships/hyperlink" Target="https://www.pride.com/culture/perspectives/rocky-horror-picture-show" TargetMode="External"/><Relationship Id="rId11" Type="http://schemas.openxmlformats.org/officeDocument/2006/relationships/hyperlink" Target="https://www.grammy.com/news/rocky-horror-picture-show-made-camp-cult-cool-anniversary/" TargetMode="External"/><Relationship Id="rId12" Type="http://schemas.openxmlformats.org/officeDocument/2006/relationships/hyperlink" Target="https://digitalcommons.wayne.edu/rushton/vol1/iss1/1/" TargetMode="External"/><Relationship Id="rId13" Type="http://schemas.openxmlformats.org/officeDocument/2006/relationships/hyperlink" Target="https://www.hercampus.com/school/mt-holyoke/how-the-rocky-horror-picture-show-helped-shape-lgbtq-history/" TargetMode="External"/><Relationship Id="rId14" Type="http://schemas.openxmlformats.org/officeDocument/2006/relationships/hyperlink" Target="https://www.them.us/story/yes-rocky-horror-picture-show-is-transphobic-transmisogynist" TargetMode="External"/><Relationship Id="rId15" Type="http://schemas.openxmlformats.org/officeDocument/2006/relationships/hyperlink" Target="https://www.tuftsdaily.com/article/2022/10/queeries-showcasing-queer-visibility-on-the-silver-screen-through-rocky-horr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