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Rewatch: Why Speed (1994) Still Feels Deliciously Gay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rediscovering 1990s cinema , and viewers are noticing how even big-screen action movies carry flirtatious, queer energy. Fans are rewatching Speed (1994) with fresh eyes, spotting wink-heavy moments and sweaty, jaw‑clenching scenes that make this Keanu Reeves vehicle a surprising New Queer Cinema touchstone.</w:t>
      </w:r>
      <w:r/>
    </w:p>
    <w:p>
      <w:r/>
      <w:r>
        <w:t>Essential Takeaways</w:t>
      </w:r>
      <w:r/>
      <w:r/>
    </w:p>
    <w:p>
      <w:pPr>
        <w:pStyle w:val="ListBullet"/>
        <w:spacing w:line="240" w:lineRule="auto"/>
        <w:ind w:left="720"/>
      </w:pPr>
      <w:r/>
      <w:r>
        <w:rPr>
          <w:b/>
        </w:rPr>
        <w:t>Iconic imagery:</w:t>
      </w:r>
      <w:r>
        <w:t xml:space="preserve"> Keanu Reeves’ sweaty undershirt scenes and intense close-ups give the film a tactile, suggestive charge.</w:t>
      </w:r>
      <w:r/>
    </w:p>
    <w:p>
      <w:pPr>
        <w:pStyle w:val="ListBullet"/>
        <w:spacing w:line="240" w:lineRule="auto"/>
        <w:ind w:left="720"/>
      </w:pPr>
      <w:r/>
      <w:r>
        <w:rPr>
          <w:b/>
        </w:rPr>
        <w:t>Small gestures, big signals:</w:t>
      </w:r>
      <w:r>
        <w:t xml:space="preserve"> Repeated chewing, banter after a tense moment, and suggestive props all add subtext.</w:t>
      </w:r>
      <w:r/>
    </w:p>
    <w:p>
      <w:pPr>
        <w:pStyle w:val="ListBullet"/>
        <w:spacing w:line="240" w:lineRule="auto"/>
        <w:ind w:left="720"/>
      </w:pPr>
      <w:r/>
      <w:r>
        <w:rPr>
          <w:b/>
        </w:rPr>
        <w:t>Genre meets coding:</w:t>
      </w:r>
      <w:r>
        <w:t xml:space="preserve"> An emergency bus premise becomes a metaphor for forward motion and social progress , and yes, for desire.</w:t>
      </w:r>
      <w:r/>
    </w:p>
    <w:p>
      <w:pPr>
        <w:pStyle w:val="ListBullet"/>
        <w:spacing w:line="240" w:lineRule="auto"/>
        <w:ind w:left="720"/>
      </w:pPr>
      <w:r/>
      <w:r>
        <w:rPr>
          <w:b/>
        </w:rPr>
        <w:t>Emotional payoff:</w:t>
      </w:r>
      <w:r>
        <w:t xml:space="preserve"> The grieving and physical strain scenes read as both heroic and erotically charged, especially for younger viewers recognising attraction.</w:t>
      </w:r>
      <w:r/>
    </w:p>
    <w:p>
      <w:pPr>
        <w:pStyle w:val="ListBullet"/>
        <w:spacing w:line="240" w:lineRule="auto"/>
        <w:ind w:left="720"/>
      </w:pPr>
      <w:r/>
      <w:r>
        <w:rPr>
          <w:b/>
        </w:rPr>
        <w:t>Practical note:</w:t>
      </w:r>
      <w:r>
        <w:t xml:space="preserve"> Speed is widely available to stream, making it easy to rewatch with a friend and spot the details.</w:t>
      </w:r>
      <w:r/>
      <w:r/>
    </w:p>
    <w:p>
      <w:pPr>
        <w:pStyle w:val="Heading2"/>
      </w:pPr>
      <w:r>
        <w:t>Why an action blockbuster reads so queerly</w:t>
      </w:r>
      <w:r/>
    </w:p>
    <w:p>
      <w:r/>
      <w:r>
        <w:t>Start with a sweaty, earnest Keanu Reeves and a bus that cannot slow down , you’ve already got a mood. The film’s frequent close-ups, lingering shots of jaw muscles and repetitive chewing create an intimate, almost voyeuristic rhythm. According to widely available synopses and film guides, the plot’s high stakes only sharpen those sensory details, so every glance and grunt is amplified.</w:t>
      </w:r>
      <w:r/>
    </w:p>
    <w:p>
      <w:r/>
      <w:r>
        <w:t>Backstory matters here. Speed arrived in the mid‑90s when mainstream films were more cautious about overt queer narratives, so subtext and coded gestures did a lot of storytelling. Fans, critics and cultural commentators have long read those signals into otherwise heteronormative plots, and this film is a tidy example of how attraction can be signalled through physicality rather than lines.</w:t>
      </w:r>
      <w:r/>
    </w:p>
    <w:p>
      <w:pPr>
        <w:pStyle w:val="Heading2"/>
      </w:pPr>
      <w:r>
        <w:t>The little things that add up to a lot</w:t>
      </w:r>
      <w:r/>
    </w:p>
    <w:p>
      <w:r/>
      <w:r>
        <w:t>Chewing gum, banter after disarming a device, and a partner’s “was it good for you?” read differently when you’re looking for more than surface plot. Those repeated behaviours work like musical motifs in a score , they cue the viewer to feel rather than to be told. Rotten Tomatoes and film databases catalogue the film’s beats and performances, but rewatching lets you map the subtext yourself.</w:t>
      </w:r>
      <w:r/>
    </w:p>
    <w:p>
      <w:r/>
      <w:r>
        <w:t>If you’re curious, try watching just the first ten minutes and note the small, repeated details. You’ll see how mannerisms become meaning. That’s the fun part of reassessing mainstream movies through a queer lens.</w:t>
      </w:r>
      <w:r/>
    </w:p>
    <w:p>
      <w:pPr>
        <w:pStyle w:val="Heading2"/>
      </w:pPr>
      <w:r>
        <w:t>Costume and sweaty heroism: why undershirts matter</w:t>
      </w:r>
      <w:r/>
    </w:p>
    <w:p>
      <w:r/>
      <w:r>
        <w:t>There’s a sequence where Reeves ends up stripped to an undershirt, smeared with grease and sweat, and it’s one of the film’s most lingering images. Action movies often use such moments to humanise their leads, but here it also functions as eroticised vulnerability. The film keeps him in that look long enough for the audience to register it as significant.</w:t>
      </w:r>
      <w:r/>
    </w:p>
    <w:p>
      <w:r/>
      <w:r>
        <w:t>This kind of visual shorthand was common in 90s blockbusters , ruggedness equals attraction , but it’s the film’s willingness to dwell on those sensual details that gives it an edge. For anyone picking a scene to discuss over coffee or on a rewatch night, the undercarriage and repair sequence is a reliably talkative choice.</w:t>
      </w:r>
      <w:r/>
    </w:p>
    <w:p>
      <w:pPr>
        <w:pStyle w:val="Heading2"/>
      </w:pPr>
      <w:r>
        <w:t>Death, grief and unexpected desire</w:t>
      </w:r>
      <w:r/>
    </w:p>
    <w:p>
      <w:r/>
      <w:r>
        <w:t>When a partner dies in the film, the surviving hero’s reaction is visceral: gripping, straining, making noises that read as both anguish and release. That conflation of sorrow and physical expression is precisely the sort of moment that stays with viewers and can catalyse an emerging understanding of desire, especially for younger audiences.</w:t>
      </w:r>
      <w:r/>
    </w:p>
    <w:p>
      <w:r/>
      <w:r>
        <w:t>Film scholars and pop critics have pointed out that such scenes can be transformative for viewers learning about their sexuality; they offer an embodied example of intimacy and loss. Watching Speed with that in mind reframes it from a pure spectacle to a film that registers on a very human level.</w:t>
      </w:r>
      <w:r/>
    </w:p>
    <w:p>
      <w:pPr>
        <w:pStyle w:val="Heading2"/>
      </w:pPr>
      <w:r>
        <w:t>How to watch Speed if you want to spot queer coding</w:t>
      </w:r>
      <w:r/>
    </w:p>
    <w:p>
      <w:r/>
      <w:r>
        <w:t>Watch with fresh eyes, and pick a friend who likes to nitpick details. Pause on close-ups of faces, notice recurring props or gestures, and listen to the banter after high‑adrenaline scenes. If you want context, pair the film with 90s queer cinema essays or retrospectives to see how mainstream and queer filmmaking crossed paths.</w:t>
      </w:r>
      <w:r/>
    </w:p>
    <w:p>
      <w:r/>
      <w:r>
        <w:t>Speed is streaming on major services, so it’s easy to queue up. Treat it as a comfort rewatch or as a case study in how genre films can carry feelings beneath the action.</w:t>
      </w:r>
      <w:r/>
    </w:p>
    <w:p>
      <w:r/>
      <w:r>
        <w:t>It's a small reframe that makes the film feel like a different kind of classic.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[5]</w:t>
        </w:r>
      </w:hyperlink>
      <w:r>
        <w:t xml:space="preserve">, </w:t>
      </w:r>
      <w:hyperlink r:id="rId11">
        <w:r>
          <w:rPr>
            <w:color w:val="0000EE"/>
            <w:u w:val="single"/>
          </w:rPr>
          <w:t>[6]</w:t>
        </w:r>
      </w:hyperlink>
      <w:r>
        <w:t xml:space="preserve">- Paragraph 4: </w:t>
      </w:r>
      <w:hyperlink r:id="rId11">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https://jude-doyle.ghost.io/my/</w:t>
        </w:r>
      </w:hyperlink>
      <w:r>
        <w:t xml:space="preserve"> - Please view link - unable to able to access data</w:t>
      </w:r>
      <w:r/>
    </w:p>
    <w:p>
      <w:pPr>
        <w:pStyle w:val="ListNumber"/>
        <w:spacing w:line="240" w:lineRule="auto"/>
        <w:ind w:left="720"/>
      </w:pPr>
      <w:r/>
      <w:hyperlink r:id="rId10">
        <w:r>
          <w:rPr>
            <w:color w:val="0000EE"/>
            <w:u w:val="single"/>
          </w:rPr>
          <w:t>https://en.wikipedia.org/wiki/Speed_(1994_film)</w:t>
        </w:r>
      </w:hyperlink>
      <w:r>
        <w:t xml:space="preserve"> - 'Speed' is a 1994 American action thriller directed by Jan de Bont, featuring Keanu Reeves as LAPD officer Jack Traven, who must prevent a bomb from detonating on a city bus. The film also stars Dennis Hopper as the antagonist Howard Payne and Sandra Bullock as passenger Annie Porter. The plot revolves around Traven's efforts to keep the bus moving at over 50 mph to prevent the bomb from exploding. The film was well-received, holding a 95% approval rating on Rotten Tomatoes and a 78 score on Metacritic. (</w:t>
      </w:r>
      <w:hyperlink r:id="rId12">
        <w:r>
          <w:rPr>
            <w:color w:val="0000EE"/>
            <w:u w:val="single"/>
          </w:rPr>
          <w:t>en.wikipedia.org</w:t>
        </w:r>
      </w:hyperlink>
      <w:r>
        <w:t>)</w:t>
      </w:r>
      <w:r/>
    </w:p>
    <w:p>
      <w:pPr>
        <w:pStyle w:val="ListNumber"/>
        <w:spacing w:line="240" w:lineRule="auto"/>
        <w:ind w:left="720"/>
      </w:pPr>
      <w:r/>
      <w:hyperlink r:id="rId11">
        <w:r>
          <w:rPr>
            <w:color w:val="0000EE"/>
            <w:u w:val="single"/>
          </w:rPr>
          <w:t>https://www.rottentomatoes.com/m/speed_1994</w:t>
        </w:r>
      </w:hyperlink>
      <w:r>
        <w:t xml:space="preserve"> - 'Speed' holds a 95% approval rating on Rotten Tomatoes, based on 78 reviews, with an average rating of 8.10/10. The consensus reads, 'A terrific popcorn thriller, Speed is taut, tense, and energetic, with outstanding performances from Keanu Reeves, Dennis Hopper, and Sandra Bullock.' (</w:t>
      </w:r>
      <w:hyperlink r:id="rId13">
        <w:r>
          <w:rPr>
            <w:color w:val="0000EE"/>
            <w:u w:val="single"/>
          </w:rPr>
          <w:t>rottentomatoes.com</w:t>
        </w:r>
      </w:hyperlink>
      <w:r>
        <w:t>)</w:t>
      </w:r>
      <w:r/>
    </w:p>
    <w:p>
      <w:pPr>
        <w:pStyle w:val="ListNumber"/>
        <w:spacing w:line="240" w:lineRule="auto"/>
        <w:ind w:left="720"/>
      </w:pPr>
      <w:r/>
      <w:hyperlink r:id="rId11">
        <w:r>
          <w:rPr>
            <w:color w:val="0000EE"/>
            <w:u w:val="single"/>
          </w:rPr>
          <w:t>https://www.rottentomatoes.com/m/speed_1994</w:t>
        </w:r>
      </w:hyperlink>
      <w:r>
        <w:t xml:space="preserve"> - 'Speed' holds a 95% approval rating on Rotten Tomatoes, based on 78 reviews, with an average rating of 8.10/10. The consensus reads, 'A terrific popcorn thriller, Speed is taut, tense, and energetic, with outstanding performances from Keanu Reeves, Dennis Hopper, and Sandra Bullock.' (</w:t>
      </w:r>
      <w:hyperlink r:id="rId13">
        <w:r>
          <w:rPr>
            <w:color w:val="0000EE"/>
            <w:u w:val="single"/>
          </w:rPr>
          <w:t>rottentomatoes.com</w:t>
        </w:r>
      </w:hyperlink>
      <w:r>
        <w:t>)</w:t>
      </w:r>
      <w:r/>
    </w:p>
    <w:p>
      <w:pPr>
        <w:pStyle w:val="ListNumber"/>
        <w:spacing w:line="240" w:lineRule="auto"/>
        <w:ind w:left="720"/>
      </w:pPr>
      <w:r/>
      <w:hyperlink r:id="rId11">
        <w:r>
          <w:rPr>
            <w:color w:val="0000EE"/>
            <w:u w:val="single"/>
          </w:rPr>
          <w:t>https://www.rottentomatoes.com/m/speed_1994</w:t>
        </w:r>
      </w:hyperlink>
      <w:r>
        <w:t xml:space="preserve"> - 'Speed' holds a 95% approval rating on Rotten Tomatoes, based on 78 reviews, with an average rating of 8.10/10. The consensus reads, 'A terrific popcorn thriller, Speed is taut, tense, and energetic, with outstanding performances from Keanu Reeves, Dennis Hopper, and Sandra Bullock.' (</w:t>
      </w:r>
      <w:hyperlink r:id="rId13">
        <w:r>
          <w:rPr>
            <w:color w:val="0000EE"/>
            <w:u w:val="single"/>
          </w:rPr>
          <w:t>rottentomatoes.com</w:t>
        </w:r>
      </w:hyperlink>
      <w:r>
        <w:t>)</w:t>
      </w:r>
      <w:r/>
    </w:p>
    <w:p>
      <w:pPr>
        <w:pStyle w:val="ListNumber"/>
        <w:spacing w:line="240" w:lineRule="auto"/>
        <w:ind w:left="720"/>
      </w:pPr>
      <w:r/>
      <w:hyperlink r:id="rId11">
        <w:r>
          <w:rPr>
            <w:color w:val="0000EE"/>
            <w:u w:val="single"/>
          </w:rPr>
          <w:t>https://www.rottentomatoes.com/m/speed_1994</w:t>
        </w:r>
      </w:hyperlink>
      <w:r>
        <w:t xml:space="preserve"> - 'Speed' holds a 95% approval rating on Rotten Tomatoes, based on 78 reviews, with an average rating of 8.10/10. The consensus reads, 'A terrific popcorn thriller, Speed is taut, tense, and energetic, with outstanding performances from Keanu Reeves, Dennis Hopper, and Sandra Bullock.' (</w:t>
      </w:r>
      <w:hyperlink r:id="rId13">
        <w:r>
          <w:rPr>
            <w:color w:val="0000EE"/>
            <w:u w:val="single"/>
          </w:rPr>
          <w:t>rottentomatoes.com</w:t>
        </w:r>
      </w:hyperlink>
      <w:r>
        <w:t>)</w:t>
      </w:r>
      <w:r/>
    </w:p>
    <w:p>
      <w:pPr>
        <w:pStyle w:val="ListNumber"/>
        <w:spacing w:line="240" w:lineRule="auto"/>
        <w:ind w:left="720"/>
      </w:pPr>
      <w:r/>
      <w:hyperlink r:id="rId11">
        <w:r>
          <w:rPr>
            <w:color w:val="0000EE"/>
            <w:u w:val="single"/>
          </w:rPr>
          <w:t>https://www.rottentomatoes.com/m/speed_1994</w:t>
        </w:r>
      </w:hyperlink>
      <w:r>
        <w:t xml:space="preserve"> - 'Speed' holds a 95% approval rating on Rotten Tomatoes, based on 78 reviews, with an average rating of 8.10/10. The consensus reads, 'A terrific popcorn thriller, Speed is taut, tense, and energetic, with outstanding performances from Keanu Reeves, Dennis Hopper, and Sandra Bullock.' (</w:t>
      </w:r>
      <w:hyperlink r:id="rId13">
        <w:r>
          <w:rPr>
            <w:color w:val="0000EE"/>
            <w:u w:val="single"/>
          </w:rPr>
          <w:t>rottentomatoes.com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ude-doyle.ghost.io/my/" TargetMode="External"/><Relationship Id="rId10" Type="http://schemas.openxmlformats.org/officeDocument/2006/relationships/hyperlink" Target="https://en.wikipedia.org/wiki/Speed_(1994_film)" TargetMode="External"/><Relationship Id="rId11" Type="http://schemas.openxmlformats.org/officeDocument/2006/relationships/hyperlink" Target="https://www.rottentomatoes.com/m/speed_1994" TargetMode="External"/><Relationship Id="rId12" Type="http://schemas.openxmlformats.org/officeDocument/2006/relationships/hyperlink" Target="https://en.wikipedia.org/wiki/Speed_%281994_film%29?utm_source=openai" TargetMode="External"/><Relationship Id="rId13" Type="http://schemas.openxmlformats.org/officeDocument/2006/relationships/hyperlink" Target="https://www.rottentomatoes.com/m/speed_199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