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Film Festival in Cork: Priosma Expands to Four Days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cinema nights , and Cork’s queer community is too. Priosma Queer Film Festival returns 10–13 September 2026 with a bigger, bolder four-day programme of LGBTQ+ films, talks and parties across Arc Cinema, Triskel Arts Centre and The Everyman, bringing nine features and 30 shorts to the city.</w:t>
      </w:r>
      <w:r/>
    </w:p>
    <w:p>
      <w:r/>
      <w:r>
        <w:t>Essential Takeaways</w:t>
      </w:r>
      <w:r/>
      <w:r/>
    </w:p>
    <w:p>
      <w:pPr>
        <w:pStyle w:val="ListBullet"/>
        <w:spacing w:line="240" w:lineRule="auto"/>
        <w:ind w:left="720"/>
      </w:pPr>
      <w:r/>
      <w:r>
        <w:rPr>
          <w:b/>
        </w:rPr>
        <w:t>Dates and venues:</w:t>
      </w:r>
      <w:r>
        <w:t xml:space="preserve"> Priosma runs 10–13 September 2026 at Triskel Arts Centre, Arc Cinema and The Everyman, offering city-centre access and a lively atmosphere.</w:t>
      </w:r>
      <w:r/>
    </w:p>
    <w:p>
      <w:pPr>
        <w:pStyle w:val="ListBullet"/>
        <w:spacing w:line="240" w:lineRule="auto"/>
        <w:ind w:left="720"/>
      </w:pPr>
      <w:r/>
      <w:r>
        <w:rPr>
          <w:b/>
        </w:rPr>
        <w:t>Bigger programme:</w:t>
      </w:r>
      <w:r>
        <w:t xml:space="preserve"> The festival grew from three features in 2025 to nine features and 30 short films in 2026, showing international and Irish work.</w:t>
      </w:r>
      <w:r/>
    </w:p>
    <w:p>
      <w:pPr>
        <w:pStyle w:val="ListBullet"/>
        <w:spacing w:line="240" w:lineRule="auto"/>
        <w:ind w:left="720"/>
      </w:pPr>
      <w:r/>
      <w:r>
        <w:rPr>
          <w:b/>
        </w:rPr>
        <w:t>Highlights:</w:t>
      </w:r>
      <w:r>
        <w:t xml:space="preserve"> Irish premieres include Six Months in a Pink and Blue Building and Another Man, with local premieres such as Cara Holmes’ Lesbian Lines.</w:t>
      </w:r>
      <w:r/>
    </w:p>
    <w:p>
      <w:pPr>
        <w:pStyle w:val="ListBullet"/>
        <w:spacing w:line="240" w:lineRule="auto"/>
        <w:ind w:left="720"/>
      </w:pPr>
      <w:r/>
      <w:r>
        <w:rPr>
          <w:b/>
        </w:rPr>
        <w:t>Shorts and prizes:</w:t>
      </w:r>
      <w:r>
        <w:t xml:space="preserve"> Four short-film blocks compete for Best Irish Short, Best International Short, Best Cork Short and the Spirit of the Festival Award.</w:t>
      </w:r>
      <w:r/>
    </w:p>
    <w:p>
      <w:pPr>
        <w:pStyle w:val="ListBullet"/>
        <w:spacing w:line="240" w:lineRule="auto"/>
        <w:ind w:left="720"/>
      </w:pPr>
      <w:r/>
      <w:r>
        <w:rPr>
          <w:b/>
        </w:rPr>
        <w:t>Community events:</w:t>
      </w:r>
      <w:r>
        <w:t xml:space="preserve"> Screenings are paired with Q&amp;As, afterparties and live drag entertainment, so the mood is as social as it is cinematic.</w:t>
      </w:r>
      <w:r/>
      <w:r/>
    </w:p>
    <w:p>
      <w:pPr>
        <w:pStyle w:val="Heading2"/>
      </w:pPr>
      <w:r>
        <w:t>A bolder Priosma lands in Cork , and it feels celebratory</w:t>
      </w:r>
      <w:r/>
    </w:p>
    <w:p>
      <w:r/>
      <w:r>
        <w:t>Priosma’s leap in scale is the clearest signal: the festival now spans four packed days and three of Cork’s best-loved venues, which gives screenings a buzzy, festival-weekend feel. Festival director Benjamin Rupprecht told press he’s proud to be programming across Triskel, Arc and The Everyman, and that pride comes through in the line-up. Expect the kind of warm, communal atmosphere where you bump into friends at the bar and stay for the post-film chat.</w:t>
      </w:r>
      <w:r/>
    </w:p>
    <w:p>
      <w:pPr>
        <w:pStyle w:val="Heading2"/>
      </w:pPr>
      <w:r>
        <w:t>Openers and finales you’ll want to plan for</w:t>
      </w:r>
      <w:r/>
    </w:p>
    <w:p>
      <w:r/>
      <w:r>
        <w:t>The festival opens at Triskel on Thursday with the Irish premiere of Six Months in a Pink and Blue Building, a tender coming-of-age story set in 1990s Mexico City. It closes at The Everyman on Sunday with Another Man, an intimate Spanish-language drama that probes relationships and neighbourly tension. These bookends give the festival clear shape: hear a new voice on night one, then finish with a contemporary relationship drama that lingers.</w:t>
      </w:r>
      <w:r/>
    </w:p>
    <w:p>
      <w:pPr>
        <w:pStyle w:val="Heading2"/>
      </w:pPr>
      <w:r>
        <w:t>Local stories get centre stage , and lively conversation</w:t>
      </w:r>
      <w:r/>
    </w:p>
    <w:p>
      <w:r/>
      <w:r>
        <w:t>Priosma isn’t just about imported films. Cork filmmaker Cara Holmes’ documentary Lesbian Lines receives its Cork premiere and is followed by a Q&amp;A with Holmes and participants, turning history into living conversation. Similarly, Dragging Up the Past explores Cork’s drag scene and will be followed by a director-led discussion. If you like context with your cinema, the festival packs in post-screening talks that deepen the films’ resonance.</w:t>
      </w:r>
      <w:r/>
    </w:p>
    <w:p>
      <w:pPr>
        <w:pStyle w:val="Heading2"/>
      </w:pPr>
      <w:r>
        <w:t>Shorts, prizes and the festival’s taste for discovery</w:t>
      </w:r>
      <w:r/>
    </w:p>
    <w:p>
      <w:r/>
      <w:r>
        <w:t>Short films take up a big slice of the programme: four curated short blocks showcase Irish and international makers. Awards include Best Irish Short, Best International Short, Best Cork Short and the Spirit of the Festival Award, judged by a panel including filmmakers Cara Holmes, Si Edwards and Cuán Cusack. For viewers, shorts are the quickest way to sample fresh talent , and they often deliver the sharpest surprises.</w:t>
      </w:r>
      <w:r/>
    </w:p>
    <w:p>
      <w:pPr>
        <w:pStyle w:val="Heading2"/>
      </w:pPr>
      <w:r>
        <w:t>Parties, drag and late-night Cork energy</w:t>
      </w:r>
      <w:r/>
    </w:p>
    <w:p>
      <w:r/>
      <w:r>
        <w:t>Priosma keeps the social side lively. Friday night’s Lesbian Lines afterparty, HOTLINE, brings music from Cork bands and DJs, and the festival finale features Krystal &amp; The Queers presenting a new drag show, Krissy Down Under. In short, screenings bleed into performance and nightlife , perfect if you want to make a whole evening of it rather than a single film trip.</w:t>
      </w:r>
      <w:r/>
    </w:p>
    <w:p>
      <w:r/>
      <w:r>
        <w:t>Closing line It’s a small expansion with big heart , show up for the films, stay for the talks, and let Cork’s queer community lead the 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[6]</w:t>
        </w:r>
      </w:hyperlink>
      <w:r>
        <w:t xml:space="preserve">, </w:t>
      </w:r>
      <w:hyperlink r:id="rId10">
        <w:r>
          <w:rPr>
            <w:color w:val="0000EE"/>
            <w:u w:val="single"/>
          </w:rPr>
          <w:t>[4]</w:t>
        </w:r>
      </w:hyperlink>
      <w:r>
        <w:t xml:space="preserve">- Paragraph 4: </w:t>
      </w:r>
      <w:hyperlink r:id="rId10">
        <w:r>
          <w:rPr>
            <w:color w:val="0000EE"/>
            <w:u w:val="single"/>
          </w:rPr>
          <w:t>[4]</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https://gcn.ie/priosma-queer-film-festival/</w:t>
        </w:r>
      </w:hyperlink>
      <w:r>
        <w:t xml:space="preserve"> - Please view link - unable to able to access data</w:t>
      </w:r>
      <w:r/>
    </w:p>
    <w:p>
      <w:pPr>
        <w:pStyle w:val="ListNumber"/>
        <w:spacing w:line="240" w:lineRule="auto"/>
        <w:ind w:left="720"/>
      </w:pPr>
      <w:r/>
      <w:hyperlink r:id="rId9">
        <w:r>
          <w:rPr>
            <w:color w:val="0000EE"/>
            <w:u w:val="single"/>
          </w:rPr>
          <w:t>https://gcn.ie/priosma-queer-film-festival/</w:t>
        </w:r>
      </w:hyperlink>
      <w:r>
        <w:t xml:space="preserve"> - The Priosma Queer Film Festival is returning to Cork for its third edition from September 10 to 13, 2026. The festival has expanded to a four-day programme featuring LGBTQ+ cinema, talks, and community events across the city. Films will be screened at venues including Arc Cinema, Triskel Arts Centre, and The Everyman. The programme has grown from three feature films in 2025 to nine, along with 30 short films across four blocks. The festival opens on September 10 with the Irish premiere of 'Six Months in a Pink and Blue Building', a Mexican coming-of-age film directed by Bruno Santamaría Razo. On September 11, Cork filmmaker Cara Holmes' documentary 'Lesbian Lines' will have its Cork premiere at Triskel Arts Centre, exploring the underground network of lesbian telephone helplines that operated in Ireland. The festival also features Croatian drama 'Beautiful Evening, Beautiful Day' and the Irish documentary 'Dragging Up the Past', which explores Cork's drag history. The festival concludes on September 13 with the Irish premiere of David Moragas' 'Another Man' at The Everyman, followed by the final event, 'Krissy Down Under', a new show created by Krystal Queer. Tickets and the full programme are available through the Priosma Queer Film Festival website.</w:t>
      </w:r>
      <w:r/>
    </w:p>
    <w:p>
      <w:pPr>
        <w:pStyle w:val="ListNumber"/>
        <w:spacing w:line="240" w:lineRule="auto"/>
        <w:ind w:left="720"/>
      </w:pPr>
      <w:r/>
      <w:hyperlink r:id="rId12">
        <w:r>
          <w:rPr>
            <w:color w:val="0000EE"/>
            <w:u w:val="single"/>
          </w:rPr>
          <w:t>https://www.priosmafilmfest.com/</w:t>
        </w:r>
      </w:hyperlink>
      <w:r>
        <w:t xml:space="preserve"> - Priosma Queer Film Festival is Cork's dedicated LGBTQ+ film festival, returning for its third edition from September 10 to 13, 2026. The festival has expanded to a four-day event, collaborating with more artists, initiatives, and screening venues. Presented by Out of Frame Cork, Priosma hosts a selection of feature and short film screenings, talks, and industry events, as well as collaborations with local community projects, all focusing on LGBTQ+ representation and promoting inclusivity and diversity in the film community and industry.</w:t>
      </w:r>
      <w:r/>
    </w:p>
    <w:p>
      <w:pPr>
        <w:pStyle w:val="ListNumber"/>
        <w:spacing w:line="240" w:lineRule="auto"/>
        <w:ind w:left="720"/>
      </w:pPr>
      <w:r/>
      <w:hyperlink r:id="rId10">
        <w:r>
          <w:rPr>
            <w:color w:val="0000EE"/>
            <w:u w:val="single"/>
          </w:rPr>
          <w:t>https://www.priosmafilmfest.com/programme-2026</w:t>
        </w:r>
      </w:hyperlink>
      <w:r>
        <w:t xml:space="preserve"> - The Priosma Queer Film Festival 2026 programme includes a variety of films and events. On Sunday, September 13, the festival will screen 'I'm Going to Miss You', a Brazilian indie romantic drama featuring an all-trans cast, at Arc Cinema Cork. The closing gala at The Everyman will feature the Irish premiere of 'Another Man', a Spanish film directed by David Moragas, followed by the Priosma 2026 short film awards. The evening concludes with 'Krissy Down Under', a new show created by Krystal Queer, presented by Cork drag collective Krystal &amp; The Queers.</w:t>
      </w:r>
      <w:r/>
    </w:p>
    <w:p>
      <w:pPr>
        <w:pStyle w:val="ListNumber"/>
        <w:spacing w:line="240" w:lineRule="auto"/>
        <w:ind w:left="720"/>
      </w:pPr>
      <w:r/>
      <w:hyperlink r:id="rId13">
        <w:r>
          <w:rPr>
            <w:color w:val="0000EE"/>
            <w:u w:val="single"/>
          </w:rPr>
          <w:t>https://triskelartscentre.ie/special-events/priosma-queer-film-festival/</w:t>
        </w:r>
      </w:hyperlink>
      <w:r>
        <w:t xml:space="preserve"> - Triskel Arts Centre is hosting the Priosma Queer Film Festival, which returns for its third iteration and expands to a four-day festival running from September 10 to 13, 2026, in different venues across Cork City. The festival continues to establish itself as Cork's dedicated LGBTQ+ film festival, hosting a selection of local and international feature and short film screenings, talks, and industry events, all focusing on authentic queer representation and promoting inclusivity and diversity in front and behind the screen.</w:t>
      </w:r>
      <w:r/>
    </w:p>
    <w:p>
      <w:pPr>
        <w:pStyle w:val="ListNumber"/>
        <w:spacing w:line="240" w:lineRule="auto"/>
        <w:ind w:left="720"/>
      </w:pPr>
      <w:r/>
      <w:hyperlink r:id="rId11">
        <w:r>
          <w:rPr>
            <w:color w:val="0000EE"/>
            <w:u w:val="single"/>
          </w:rPr>
          <w:t>https://triskelartscentre.ie/events/lesbian-lines/</w:t>
        </w:r>
      </w:hyperlink>
      <w:r>
        <w:t xml:space="preserve"> - Triskel Arts Centre is hosting the screening of 'Lesbian Lines' as part of the Priosma Queer Film Festival. The documentary reveals a hidden history through an underground network of telephone helplines, with calls recorded in handwritten notes preserved during a time of profound constitutional change in Ireland. The screening will be followed by a Q&amp;A with director Cara Holmes and participants of the documentary.</w:t>
      </w:r>
      <w:r/>
    </w:p>
    <w:p>
      <w:pPr>
        <w:pStyle w:val="ListNumber"/>
        <w:spacing w:line="240" w:lineRule="auto"/>
        <w:ind w:left="720"/>
      </w:pPr>
      <w:r/>
      <w:hyperlink r:id="rId14">
        <w:r>
          <w:rPr>
            <w:color w:val="0000EE"/>
            <w:u w:val="single"/>
          </w:rPr>
          <w:t>https://www.purecork.ie/whats-on/11201389/lesbian-lines-priosma-queer-film-festival-12a-triskel-arts-centre-tobin-st-11-sep-2026-8pm</w:t>
        </w:r>
      </w:hyperlink>
      <w:r>
        <w:t xml:space="preserve"> - PureCork.ie is listing the screening of 'Lesbian Lines' as part of the Priosma Queer Film Festival at Triskel Arts Centre on September 11, 2026. The documentary explores the underground network of lesbian telephone helplines that operated in Ireland, with a Q&amp;A session following the screening. The festival runs from September 10 to 13, 2026, across various venues in Cork City, focusing on authentic queer representation and promoting inclusivity and diversity in the film community and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priosma-queer-film-festival/" TargetMode="External"/><Relationship Id="rId10" Type="http://schemas.openxmlformats.org/officeDocument/2006/relationships/hyperlink" Target="https://www.priosmafilmfest.com/programme-2026" TargetMode="External"/><Relationship Id="rId11" Type="http://schemas.openxmlformats.org/officeDocument/2006/relationships/hyperlink" Target="https://triskelartscentre.ie/events/lesbian-lines/" TargetMode="External"/><Relationship Id="rId12" Type="http://schemas.openxmlformats.org/officeDocument/2006/relationships/hyperlink" Target="https://www.priosmafilmfest.com/" TargetMode="External"/><Relationship Id="rId13" Type="http://schemas.openxmlformats.org/officeDocument/2006/relationships/hyperlink" Target="https://triskelartscentre.ie/special-events/priosma-queer-film-festival/" TargetMode="External"/><Relationship Id="rId14" Type="http://schemas.openxmlformats.org/officeDocument/2006/relationships/hyperlink" Target="https://www.purecork.ie/whats-on/11201389/lesbian-lines-priosma-queer-film-festival-12a-triskel-arts-centre-tobin-st-11-sep-2026-8p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