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Drama Tip Toe Explores Queer Lives and Rising Homohaat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tuning into Tip Toe, Russell T. Davies’s tense new miniseries set in Manchester, where two neighbours’ lives collide and the story asks why being queer in 2026 feels like a political act , a vivid, unsettling drama that matters because it’s as stylish as it is urgent.</w:t>
      </w:r>
      <w:r/>
    </w:p>
    <w:p>
      <w:r/>
      <w:r>
        <w:t>Essential Takeaways</w:t>
      </w:r>
      <w:r/>
      <w:r/>
    </w:p>
    <w:p>
      <w:pPr>
        <w:pStyle w:val="ListBullet"/>
        <w:spacing w:line="240" w:lineRule="auto"/>
        <w:ind w:left="720"/>
      </w:pPr>
      <w:r/>
      <w:r>
        <w:rPr>
          <w:b/>
        </w:rPr>
        <w:t>Gripping opening:</w:t>
      </w:r>
      <w:r>
        <w:t xml:space="preserve"> The series begins with a shocking, cinematic image that hooks you immediately and sets a bleak emotional tone. </w:t>
      </w:r>
      <w:r/>
    </w:p>
    <w:p>
      <w:pPr>
        <w:pStyle w:val="ListBullet"/>
        <w:spacing w:line="240" w:lineRule="auto"/>
        <w:ind w:left="720"/>
      </w:pPr>
      <w:r/>
      <w:r>
        <w:rPr>
          <w:b/>
        </w:rPr>
        <w:t>Character contrast:</w:t>
      </w:r>
      <w:r>
        <w:t xml:space="preserve"> Leo, an extravagant 60‑year‑old bar owner with HIV, and Clive, a conservative, struggling electrician, are drawn with unexpected layers. </w:t>
      </w:r>
      <w:r/>
    </w:p>
    <w:p>
      <w:pPr>
        <w:pStyle w:val="ListBullet"/>
        <w:spacing w:line="240" w:lineRule="auto"/>
        <w:ind w:left="720"/>
      </w:pPr>
      <w:r/>
      <w:r>
        <w:rPr>
          <w:b/>
        </w:rPr>
        <w:t>Top performances:</w:t>
      </w:r>
      <w:r>
        <w:t xml:space="preserve"> Alan Cumming and David Morrissey bring warmth and combustible chemistry; their off‑screen friendship bleeds into powerful scenes. </w:t>
      </w:r>
      <w:r/>
    </w:p>
    <w:p>
      <w:pPr>
        <w:pStyle w:val="ListBullet"/>
        <w:spacing w:line="240" w:lineRule="auto"/>
        <w:ind w:left="720"/>
      </w:pPr>
      <w:r/>
      <w:r>
        <w:rPr>
          <w:b/>
        </w:rPr>
        <w:t>Political edge:</w:t>
      </w:r>
      <w:r>
        <w:t xml:space="preserve"> Dialogue and monologues frame queerness as overtly political in 2026, blending personal drama with wider social alarm. </w:t>
      </w:r>
      <w:r/>
    </w:p>
    <w:p>
      <w:pPr>
        <w:pStyle w:val="ListBullet"/>
        <w:spacing w:line="240" w:lineRule="auto"/>
        <w:ind w:left="720"/>
      </w:pPr>
      <w:r/>
      <w:r>
        <w:rPr>
          <w:b/>
        </w:rPr>
        <w:t>Atmosphere and pacing:</w:t>
      </w:r>
      <w:r>
        <w:t xml:space="preserve"> Non‑linear storytelling and a colourful bar ensemble offset grim themes with moments of humour and tenderness.</w:t>
      </w:r>
      <w:r/>
      <w:r/>
    </w:p>
    <w:p>
      <w:pPr>
        <w:pStyle w:val="Heading2"/>
      </w:pPr>
      <w:r>
        <w:t>A shocking prologue that stays with you</w:t>
      </w:r>
      <w:r/>
    </w:p>
    <w:p>
      <w:r/>
      <w:r>
        <w:t>The show opens with a camera floating above a city , Manchester , before plunging into a scream, sirens and the ghastly sight of a man hanging from a lamppost. That image lodges in your chest and the series cleverly backtracks ten days to unravel how things fell apart. The technique keeps you off balance, and the grim sensory detail makes the stakes feel immediate. According to reviews in national outlets, that early sequence foreshadows a devastating end while letting Davies dripfeed revelations.</w:t>
      </w:r>
      <w:r/>
    </w:p>
    <w:p>
      <w:pPr>
        <w:pStyle w:val="Heading2"/>
      </w:pPr>
      <w:r>
        <w:t>Two neighbours, a social fault line</w:t>
      </w:r>
      <w:r/>
    </w:p>
    <w:p>
      <w:r/>
      <w:r>
        <w:t>At the centre are Leo and Clive: one flamboyant, HIV‑positive bar owner, the other a beleaguered father and Brexit supporter who’s lost his spark. On paper they’re clichés, but Russell T. Davies, who made his name with empathetic storytelling in It’s a Sin, pulls surprising shades from both men. The clash between them becomes a kind of neighbourhood allegory , of fear, resentment and the ways prejudice can spread through ordinary domestic walls. Critics note the writing gives even minor characters meat and humanity.</w:t>
      </w:r>
      <w:r/>
    </w:p>
    <w:p>
      <w:pPr>
        <w:pStyle w:val="Heading2"/>
      </w:pPr>
      <w:r>
        <w:t>Performances that balance heat and heart</w:t>
      </w:r>
      <w:r/>
    </w:p>
    <w:p>
      <w:r/>
      <w:r>
        <w:t>Alan Cumming’s Leo is exuberant and wounded in equal measure, while David Morrissey’s Clive feels brittle and threatening. Their chemistry, helped by their real‑life friendship, means the toughest scenes pack extra emotional punch; cast members reportedly had to embrace off‑camera to recover from intensity. Reviewers from The Guardian and other outlets highlight how those performances anchor the series, making strands of horror and satire land with the same force.</w:t>
      </w:r>
      <w:r/>
    </w:p>
    <w:p>
      <w:pPr>
        <w:pStyle w:val="Heading2"/>
      </w:pPr>
      <w:r>
        <w:t>Politics, history and a chilling thesis about 2026</w:t>
      </w:r>
      <w:r/>
    </w:p>
    <w:p>
      <w:r/>
      <w:r>
        <w:t>Tip Toe isn’t just a character drama; it’s explicitly political. A standout monologue from Melba, an older travesti figure, argues that queer visibility in 2026 is a political act and that gains of past decades could be a trap. That line of thought , that liberal acceptance can precede new waves of violence , feels designed to provoke and to connect the plot to real‑world anxieties. Commentators point out that Davies retools recent history (Thatcher and Reagan in It’s a Sin now replaced by Trump and newer threats) to make the present feel perilously porous.</w:t>
      </w:r>
      <w:r/>
    </w:p>
    <w:p>
      <w:pPr>
        <w:pStyle w:val="Heading2"/>
      </w:pPr>
      <w:r>
        <w:t>Where the show sits in a wider TV moment</w:t>
      </w:r>
      <w:r/>
    </w:p>
    <w:p>
      <w:r/>
      <w:r>
        <w:t>There’s a trend for prestige dramas that fuse social commentary with thriller mechanics, and Tip Toe fits neatly in that slot. It joins other recent queer‑led dramas that refuse to domesticate their politics; critics in Europe and the UK have praised its sharpness and timeliness. If you’re choosing what to watch, expect a mix of bleakness and warmth: the bar crew provides levity and texture, giving the series relational depth beyond the headline‑grabbing violence.</w:t>
      </w:r>
      <w:r/>
    </w:p>
    <w:p>
      <w:pPr>
        <w:pStyle w:val="Heading2"/>
      </w:pPr>
      <w:r>
        <w:t>Practical viewing notes and who it’s for</w:t>
      </w:r>
      <w:r/>
    </w:p>
    <w:p>
      <w:r/>
      <w:r>
        <w:t>If you prefer neat resolutions, beware , the series thrives on disorientation and moral ambiguity. It’s best watched with an evening free afterwards; the final scenes hit hard and stick with you. For viewers sensitive to depictions of hate crimes or suicide, trigger warnings are sensible. On the other hand, if you value performances, bold writing and dramas that make you think about how politics lives in private life, this is essential viewing.</w:t>
      </w:r>
      <w:r/>
    </w:p>
    <w:p>
      <w:r/>
      <w:r>
        <w:t>It’s a small change that can make every night’s viewing feel fiercer and more necessary.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4">
        <w:r>
          <w:rPr>
            <w:color w:val="0000EE"/>
            <w:u w:val="single"/>
          </w:rPr>
          <w:t>[7]</w:t>
        </w:r>
      </w:hyperlink>
      <w:r>
        <w:t xml:space="preserve">, </w:t>
      </w:r>
      <w:hyperlink r:id="rId12">
        <w:r>
          <w:rPr>
            <w:color w:val="0000EE"/>
            <w:u w:val="single"/>
          </w:rPr>
          <w:t>[3]</w:t>
        </w:r>
      </w:hyperlink>
      <w:r>
        <w:t xml:space="preserve">- Paragraph 6: </w:t>
      </w:r>
      <w:hyperlink r:id="rId13">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https://www.trouw.nl/cultuur-media/in-tip-toe-is-homohaat-het-grote-gevaar-queer-zijn-in-2026-is-een-politieke-daad~b91f6640/</w:t>
        </w:r>
      </w:hyperlink>
      <w:r>
        <w:t xml:space="preserve"> - Please view link - unable to able to access data</w:t>
      </w:r>
      <w:r/>
    </w:p>
    <w:p>
      <w:pPr>
        <w:pStyle w:val="ListNumber"/>
        <w:spacing w:line="240" w:lineRule="auto"/>
        <w:ind w:left="720"/>
      </w:pPr>
      <w:r/>
      <w:hyperlink r:id="rId10">
        <w:r>
          <w:rPr>
            <w:color w:val="0000EE"/>
            <w:u w:val="single"/>
          </w:rPr>
          <w:t>https://www.thewrap.com/creative-content/tv-shows/alan-cumming-tip-toe-starz-queer-drama/</w:t>
        </w:r>
      </w:hyperlink>
      <w:r>
        <w:t xml:space="preserve"> - Alan Cumming's queer drama series 'Tip Toe' has been acquired by Starz for distribution in the U.S. and English-speaking Canada. The five-part series, created by Russell T. Davies, features Cumming and David Morrissey as warring next-door neighbours. It premiered on Channel 4 in the UK during Pride Month, receiving critical acclaim for highlighting ongoing prejudices against the queer community. (</w:t>
      </w:r>
      <w:hyperlink r:id="rId15">
        <w:r>
          <w:rPr>
            <w:color w:val="0000EE"/>
            <w:u w:val="single"/>
          </w:rPr>
          <w:t>thewrap.com</w:t>
        </w:r>
      </w:hyperlink>
      <w:r>
        <w:t>)</w:t>
      </w:r>
      <w:r/>
    </w:p>
    <w:p>
      <w:pPr>
        <w:pStyle w:val="ListNumber"/>
        <w:spacing w:line="240" w:lineRule="auto"/>
        <w:ind w:left="720"/>
      </w:pPr>
      <w:r/>
      <w:hyperlink r:id="rId12">
        <w:r>
          <w:rPr>
            <w:color w:val="0000EE"/>
            <w:u w:val="single"/>
          </w:rPr>
          <w:t>https://www.cinema.nl/artikelen/tip-toe-vlijmscherpe-miniserie-over-toenemende-homohaat</w:t>
        </w:r>
      </w:hyperlink>
      <w:r>
        <w:t xml:space="preserve"> - 'Tip Toe' is a sharp miniseries by Russell T. Davies, focusing on the escalating homophobia in contemporary society. The narrative centres on Leo, a nearly sixty-year-old gay man and bar owner, and his neighbour Clive, a conservative father of two. The series delves into the increasingly hostile environment for LGBTQ+ groups, portraying the personal and societal challenges they face. (</w:t>
      </w:r>
      <w:hyperlink r:id="rId16">
        <w:r>
          <w:rPr>
            <w:color w:val="0000EE"/>
            <w:u w:val="single"/>
          </w:rPr>
          <w:t>cinema.nl</w:t>
        </w:r>
      </w:hyperlink>
      <w:r>
        <w:t>)</w:t>
      </w:r>
      <w:r/>
    </w:p>
    <w:p>
      <w:pPr>
        <w:pStyle w:val="ListNumber"/>
        <w:spacing w:line="240" w:lineRule="auto"/>
        <w:ind w:left="720"/>
      </w:pPr>
      <w:r/>
      <w:hyperlink r:id="rId11">
        <w:r>
          <w:rPr>
            <w:color w:val="0000EE"/>
            <w:u w:val="single"/>
          </w:rPr>
          <w:t>https://www.theguardian.com/tv-and-radio/2026/may/31/tip-toe-review-david-morrissey-russell-t-davies-drama-channel-4</w:t>
        </w:r>
      </w:hyperlink>
      <w:r>
        <w:t xml:space="preserve"> - In 'Tip Toe,' David Morrissey delivers a powerful performance in Russell T. Davies's intense new drama. The series addresses a range of politically charged issues, including transgender rights, refugees, and Brexit. While some critics note the first episode's heavy-handedness, the show's storytelling brilliance and emotional depth are widely praised. (</w:t>
      </w:r>
      <w:hyperlink r:id="rId17">
        <w:r>
          <w:rPr>
            <w:color w:val="0000EE"/>
            <w:u w:val="single"/>
          </w:rPr>
          <w:t>theguardian.com</w:t>
        </w:r>
      </w:hyperlink>
      <w:r>
        <w:t>)</w:t>
      </w:r>
      <w:r/>
    </w:p>
    <w:p>
      <w:pPr>
        <w:pStyle w:val="ListNumber"/>
        <w:spacing w:line="240" w:lineRule="auto"/>
        <w:ind w:left="720"/>
      </w:pPr>
      <w:r/>
      <w:hyperlink r:id="rId13">
        <w:r>
          <w:rPr>
            <w:color w:val="0000EE"/>
            <w:u w:val="single"/>
          </w:rPr>
          <w:t>https://elpais.com/television/series/tip-toe/</w:t>
        </w:r>
      </w:hyperlink>
      <w:r>
        <w:t xml:space="preserve"> - 'Tip Toe' is a five-episode British drama series created by Russell T. Davies, known for his work on 'Doctor Who,' 'Queer As Folk,' and 'It's A Sin.' The plot revolves around Leo and Clive, two neighbours in Manchester who have lived together for nearly 15 years. As their lives seem to stabilise, the social environment becomes increasingly tense, leading to a growing conflict between them. (</w:t>
      </w:r>
      <w:hyperlink r:id="rId18">
        <w:r>
          <w:rPr>
            <w:color w:val="0000EE"/>
            <w:u w:val="single"/>
          </w:rPr>
          <w:t>elpais.com</w:t>
        </w:r>
      </w:hyperlink>
      <w:r>
        <w:t>)</w:t>
      </w:r>
      <w:r/>
    </w:p>
    <w:p>
      <w:pPr>
        <w:pStyle w:val="ListNumber"/>
        <w:spacing w:line="240" w:lineRule="auto"/>
        <w:ind w:left="720"/>
      </w:pPr>
      <w:r/>
      <w:hyperlink r:id="rId11">
        <w:r>
          <w:rPr>
            <w:color w:val="0000EE"/>
            <w:u w:val="single"/>
          </w:rPr>
          <w:t>https://www.theguardian.com/tv-and-radio/2026/may/31/tip-toe-review-david-morrissey-russell-t-davies-drama-channel-4</w:t>
        </w:r>
      </w:hyperlink>
      <w:r>
        <w:t xml:space="preserve"> - In 'Tip Toe,' David Morrissey delivers a powerful performance in Russell T. Davies's intense new drama. The series addresses a range of politically charged issues, including transgender rights, refugees, and Brexit. While some critics note the first episode's heavy-handedness, the show's storytelling brilliance and emotional depth are widely praised. (</w:t>
      </w:r>
      <w:hyperlink r:id="rId17">
        <w:r>
          <w:rPr>
            <w:color w:val="0000EE"/>
            <w:u w:val="single"/>
          </w:rPr>
          <w:t>theguardian.com</w:t>
        </w:r>
      </w:hyperlink>
      <w:r>
        <w:t>)</w:t>
      </w:r>
      <w:r/>
    </w:p>
    <w:p>
      <w:pPr>
        <w:pStyle w:val="ListNumber"/>
        <w:spacing w:line="240" w:lineRule="auto"/>
        <w:ind w:left="720"/>
      </w:pPr>
      <w:r/>
      <w:hyperlink r:id="rId14">
        <w:r>
          <w:rPr>
            <w:color w:val="0000EE"/>
            <w:u w:val="single"/>
          </w:rPr>
          <w:t>https://www.whattowatch.com/watching-guides/tip-toe-everything-we-know-about-the-russell-t-davies-drama</w:t>
        </w:r>
      </w:hyperlink>
      <w:r>
        <w:t xml:space="preserve"> - 'Tip Toe' is an upcoming thriller series by Russell T. Davies, known for his emotionally charged works like 'It's A Sin' and 'Queer as Folk.' Scheduled to air on Channel 4 in the UK, the series explores contemporary threats and prejudices faced by the LGBTQ+ community. Set around Manchester’s Canal Street, the series centres on two next-door neighbours, Leo, a bar owner, and Clive, an electrician with teenage sons. As societal tensions escalate, their relationship deteriorates into hostility, symbolising the re-emergence of discrimination in a changing world. (</w:t>
      </w:r>
      <w:hyperlink r:id="rId19">
        <w:r>
          <w:rPr>
            <w:color w:val="0000EE"/>
            <w:u w:val="single"/>
          </w:rPr>
          <w:t>whattowatch.com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cultuur-media/in-tip-toe-is-homohaat-het-grote-gevaar-queer-zijn-in-2026-is-een-politieke-daad~b91f6640/" TargetMode="External"/><Relationship Id="rId10" Type="http://schemas.openxmlformats.org/officeDocument/2006/relationships/hyperlink" Target="https://www.thewrap.com/creative-content/tv-shows/alan-cumming-tip-toe-starz-queer-drama/" TargetMode="External"/><Relationship Id="rId11" Type="http://schemas.openxmlformats.org/officeDocument/2006/relationships/hyperlink" Target="https://www.theguardian.com/tv-and-radio/2026/may/31/tip-toe-review-david-morrissey-russell-t-davies-drama-channel-4" TargetMode="External"/><Relationship Id="rId12" Type="http://schemas.openxmlformats.org/officeDocument/2006/relationships/hyperlink" Target="https://www.cinema.nl/artikelen/tip-toe-vlijmscherpe-miniserie-over-toenemende-homohaat" TargetMode="External"/><Relationship Id="rId13" Type="http://schemas.openxmlformats.org/officeDocument/2006/relationships/hyperlink" Target="https://elpais.com/television/series/tip-toe/" TargetMode="External"/><Relationship Id="rId14" Type="http://schemas.openxmlformats.org/officeDocument/2006/relationships/hyperlink" Target="https://www.whattowatch.com/watching-guides/tip-toe-everything-we-know-about-the-russell-t-davies-drama" TargetMode="External"/><Relationship Id="rId15" Type="http://schemas.openxmlformats.org/officeDocument/2006/relationships/hyperlink" Target="https://www.thewrap.com/creative-content/tv-shows/alan-cumming-tip-toe-starz-queer-drama/?utm_source=openai" TargetMode="External"/><Relationship Id="rId16" Type="http://schemas.openxmlformats.org/officeDocument/2006/relationships/hyperlink" Target="https://www.cinema.nl/artikelen/tip-toe-vlijmscherpe-miniserie-over-toenemende-homohaat?utm_source=openai" TargetMode="External"/><Relationship Id="rId17" Type="http://schemas.openxmlformats.org/officeDocument/2006/relationships/hyperlink" Target="https://www.theguardian.com/tv-and-radio/2026/may/31/tip-toe-review-david-morrissey-russell-t-davies-drama-channel-4?utm_source=openai" TargetMode="External"/><Relationship Id="rId18" Type="http://schemas.openxmlformats.org/officeDocument/2006/relationships/hyperlink" Target="https://elpais.com/television/series/tip-toe/?utm_source=openai" TargetMode="External"/><Relationship Id="rId19" Type="http://schemas.openxmlformats.org/officeDocument/2006/relationships/hyperlink" Target="https://www.whattowatch.com/watching-guides/tip-toe-everything-we-know-about-the-russell-t-davies-dram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