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Milton Keynes Pride 2026 Sponsorship: Volkswagen Returns as Official Automotive Partner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spotting a familiar logo , Volkswagen Group UK and VW Financial Services are back as headline automotive sponsors of Milton Keynes Pride 2026, bringing colourful cars, careers chat and community support to Campbell Park on Saturday 12 September. It matters because the partnership blends local roots, inclusivity and a family-friendly festival vibe.</w:t>
      </w:r>
      <w:r/>
    </w:p>
    <w:p>
      <w:r/>
      <w:r>
        <w:t>Essential Takeaways</w:t>
      </w:r>
      <w:r/>
      <w:r/>
    </w:p>
    <w:p>
      <w:pPr>
        <w:pStyle w:val="ListBullet"/>
        <w:spacing w:line="240" w:lineRule="auto"/>
        <w:ind w:left="720"/>
      </w:pPr>
      <w:r/>
      <w:r>
        <w:rPr>
          <w:b/>
        </w:rPr>
        <w:t>Official partners:</w:t>
      </w:r>
      <w:r>
        <w:t xml:space="preserve"> Volkswagen Group UK and VW Financial Services are sponsoring Milton Keynes Pride 2026 as the festival’s official automotive partners.</w:t>
      </w:r>
      <w:r/>
    </w:p>
    <w:p>
      <w:pPr>
        <w:pStyle w:val="ListBullet"/>
        <w:spacing w:line="240" w:lineRule="auto"/>
        <w:ind w:left="720"/>
      </w:pPr>
      <w:r/>
      <w:r>
        <w:rPr>
          <w:b/>
        </w:rPr>
        <w:t>Free entry and location:</w:t>
      </w:r>
      <w:r>
        <w:t xml:space="preserve"> The event is free to attend and runs from midday at Campbell Park in Milton Keynes on Saturday 12 September.</w:t>
      </w:r>
      <w:r/>
    </w:p>
    <w:p>
      <w:pPr>
        <w:pStyle w:val="ListBullet"/>
        <w:spacing w:line="240" w:lineRule="auto"/>
        <w:ind w:left="720"/>
      </w:pPr>
      <w:r/>
      <w:r>
        <w:rPr>
          <w:b/>
        </w:rPr>
        <w:t>Showcase and spectacle:</w:t>
      </w:r>
      <w:r>
        <w:t xml:space="preserve"> VW will display a selection of vehicles, including an ID. Buzz wrapped in Pride livery and a Tiny Buzz remote-controlled model.</w:t>
      </w:r>
      <w:r/>
    </w:p>
    <w:p>
      <w:pPr>
        <w:pStyle w:val="ListBullet"/>
        <w:spacing w:line="240" w:lineRule="auto"/>
        <w:ind w:left="720"/>
      </w:pPr>
      <w:r/>
      <w:r>
        <w:rPr>
          <w:b/>
        </w:rPr>
        <w:t>Community focus:</w:t>
      </w:r>
      <w:r>
        <w:t xml:space="preserve"> VW staff will volunteer on the stand to talk jobs, inclusion and local LGBTQ+ initiatives, while the festival supports charities and youth projects.</w:t>
      </w:r>
      <w:r/>
    </w:p>
    <w:p>
      <w:pPr>
        <w:pStyle w:val="ListBullet"/>
        <w:spacing w:line="240" w:lineRule="auto"/>
        <w:ind w:left="720"/>
      </w:pPr>
      <w:r/>
      <w:r>
        <w:rPr>
          <w:b/>
        </w:rPr>
        <w:t>Local HQ link:</w:t>
      </w:r>
      <w:r>
        <w:t xml:space="preserve"> VW’s UK headquarters is based in Milton Keynes, underlining a hometown connection and long-running support for the event.</w:t>
      </w:r>
      <w:r/>
      <w:r/>
    </w:p>
    <w:p>
      <w:pPr>
        <w:pStyle w:val="Heading2"/>
      </w:pPr>
      <w:r>
        <w:t>A homegrown sponsor with a colourful twist</w:t>
      </w:r>
      <w:r/>
    </w:p>
    <w:p>
      <w:r/>
      <w:r>
        <w:t>Volkswagen’s return feels fitting: the company’s UK headquarters sit in Milton Keynes, so this isn’t just marketing theatre but a local brand showing up in person. Expect the kind of visual pop that makes people stop , the full-size ID. Buzz wearing Pride colours and a Tiny Buzz remote-controlled model will be on the grass, giving families something fun to point at. The scene should feel lively and inclusive, warm rather than corporate.</w:t>
      </w:r>
      <w:r/>
    </w:p>
    <w:p>
      <w:r/>
      <w:r>
        <w:t>The festival itself is free and runs in Campbell Park from midday on 12 September, so it’s accessible to anyone curious or celebrating. According to local listings, Milton Keynes Pride has been building momentum as a community event, and VW’s continuing involvement keeps a steady, recognisable presence year after year.</w:t>
      </w:r>
      <w:r/>
    </w:p>
    <w:p>
      <w:pPr>
        <w:pStyle w:val="Heading2"/>
      </w:pPr>
      <w:r>
        <w:t>Cars as conversation starters , not just showroom pieces</w:t>
      </w:r>
      <w:r/>
    </w:p>
    <w:p>
      <w:r/>
      <w:r>
        <w:t>VW isn’t only bringing show cars. Staff from VW Group and VW Financial Services will be on hand to talk about careers and what it’s like to work at one of the world’s largest carmakers. Jamie Hanna, co-chair of VWG’s employee-led LGBTQA+ support group, has emphasised that volunteers want honest conversations about jobs and inclusion, which makes the stand feel more human and less like a sales pitch.</w:t>
      </w:r>
      <w:r/>
    </w:p>
    <w:p>
      <w:r/>
      <w:r>
        <w:t>If you’re scouting career options or just intrigued by how a major employer supports diversity, this is a low-pressure way to ask questions. Expect practical chat about roles, apprenticeships and what an inclusive workplace looks like in day-to-day terms.</w:t>
      </w:r>
      <w:r/>
    </w:p>
    <w:p>
      <w:pPr>
        <w:pStyle w:val="Heading2"/>
      </w:pPr>
      <w:r>
        <w:t>Tiny Buzz and the spectacle economy</w:t>
      </w:r>
      <w:r/>
    </w:p>
    <w:p>
      <w:r/>
      <w:r>
        <w:t>The Tiny Buzz , a scaled-down, remote-controlled sibling of the ID. Buzz , has become something of a mascot, having once delivered the match ball at Euro 2022. Its presence at MK Pride is a clever bit of theatre: small, whimsical and instantly shareable on social feeds. It’s the kind of prop that draws kids and adults alike, softening the corporate edges and giving people an easy photo op.</w:t>
      </w:r>
      <w:r/>
    </w:p>
    <w:p>
      <w:r/>
      <w:r>
        <w:t>For visitors, this means a mix of serious messaging about inclusion and light, family-friendly attractions. Organisers and sponsors clearly understand that festivals live or die by atmosphere, and the Tiny Buzz helps deliver a friendly, tactile moment in the park.</w:t>
      </w:r>
      <w:r/>
    </w:p>
    <w:p>
      <w:pPr>
        <w:pStyle w:val="Heading2"/>
      </w:pPr>
      <w:r>
        <w:t>Community benefits beyond the day</w:t>
      </w:r>
      <w:r/>
    </w:p>
    <w:p>
      <w:r/>
      <w:r>
        <w:t>Milton Keynes Pride directs energy and funds into local projects such as educational programmes, youth groups and charities like Q:Alliance, which means the event’s impact stretches beyond a single afternoon. VW’s sponsorship helps sustain that pipeline, mirroring how other manufacturers have begun showing up for Pride and diversity-themed initiatives across the UK.</w:t>
      </w:r>
      <w:r/>
    </w:p>
    <w:p>
      <w:r/>
      <w:r>
        <w:t>Across the industry, carmakers are increasingly visible at LGBTQ+ events , from Peugeot at Birmingham Pride to special-edition models promoting respect and inclusion. That wider trend suggests firms see value in community engagement as much as brand visibility.</w:t>
      </w:r>
      <w:r/>
    </w:p>
    <w:p>
      <w:pPr>
        <w:pStyle w:val="Heading2"/>
      </w:pPr>
      <w:r>
        <w:t>How to make the most of a Pride day with a big-name sponsor</w:t>
      </w:r>
      <w:r/>
    </w:p>
    <w:p>
      <w:r/>
      <w:r>
        <w:t>Arrive early to beat the crowds and give yourself time to chat with staff at the VW stand if you’re curious about careers or inclusion policies. Bring kids or younger friends for the Tiny Buzz spectacle, and look out for stalls supporting local charities if you want to donate or sign up as a volunteer. And if you value community roots, take a minute to appreciate that a hometown employer is visibly backing local projects.</w:t>
      </w:r>
      <w:r/>
    </w:p>
    <w:p>
      <w:r/>
      <w:r>
        <w:t>Whether you’re there for the music, the activism, the cars or the cake stands, Milton Keynes Pride 2026 looks set to be a bright, welcoming day.</w:t>
      </w:r>
      <w:r/>
    </w:p>
    <w:p>
      <w:r/>
      <w:r>
        <w:t>It's a small change that can make every visit to Pride feel a bit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https://evpowered.co.uk/news/volkswagen-to-sponsor-milton-keynes-pride-2026/</w:t>
        </w:r>
      </w:hyperlink>
      <w:r>
        <w:t xml:space="preserve"> - Please view link - unable to able to access data</w:t>
      </w:r>
      <w:r/>
    </w:p>
    <w:p>
      <w:pPr>
        <w:pStyle w:val="ListNumber"/>
        <w:spacing w:line="240" w:lineRule="auto"/>
        <w:ind w:left="720"/>
      </w:pPr>
      <w:r/>
      <w:hyperlink r:id="rId10">
        <w:r>
          <w:rPr>
            <w:color w:val="0000EE"/>
            <w:u w:val="single"/>
          </w:rPr>
          <w:t>https://www.motortradenews.com/news/volkswagen-group-and-vwfs-to-sponsor-milton-keynes-pride-festival/</w:t>
        </w:r>
      </w:hyperlink>
      <w:r>
        <w:t xml:space="preserve"> - Volkswagen Group UK (VWG) and Volkswagen Financial Services UK (VWFS) have announced their sponsorship of the Milton Keynes Pride Festival for the sixth consecutive year. As official automotive partners, VWG will showcase the ID. Buzz in Pride colours, accompanied by the Tiny Buzz, a remote-controlled version of the ID. Buzz. VWFS will debut Drive, a new initiative aimed at simplifying vehicle financing. Attendees will have the opportunity to engage with VWG and VWFS representatives to learn about career opportunities and the inclusive work environment within the Volkswagen Group.</w:t>
      </w:r>
      <w:r/>
    </w:p>
    <w:p>
      <w:pPr>
        <w:pStyle w:val="ListNumber"/>
        <w:spacing w:line="240" w:lineRule="auto"/>
        <w:ind w:left="720"/>
      </w:pPr>
      <w:r/>
      <w:hyperlink r:id="rId14">
        <w:r>
          <w:rPr>
            <w:color w:val="0000EE"/>
            <w:u w:val="single"/>
          </w:rPr>
          <w:t>https://mkpridefestival.com/headline-sponsor/</w:t>
        </w:r>
      </w:hyperlink>
      <w:r>
        <w:t xml:space="preserve"> - The Milton Keynes Pride Festival 2026 is scheduled for Saturday, 12 September 2026, at Campbell Park in Milton Keynes. The event is free to enter and will feature a full day of entertainment, community activities, and cultural celebrations. The festival includes various stages, a comedy tent, community stalls, and a kids' space, with dedicated sensory and calming zones to ensure accessibility for all attendees.</w:t>
      </w:r>
      <w:r/>
    </w:p>
    <w:p>
      <w:pPr>
        <w:pStyle w:val="ListNumber"/>
        <w:spacing w:line="240" w:lineRule="auto"/>
        <w:ind w:left="720"/>
      </w:pPr>
      <w:r/>
      <w:hyperlink r:id="rId13">
        <w:r>
          <w:rPr>
            <w:color w:val="0000EE"/>
            <w:u w:val="single"/>
          </w:rPr>
          <w:t>https://www.volkswagen.ie/en/life-at-volkswagen/pride.html</w:t>
        </w:r>
      </w:hyperlink>
      <w:r>
        <w:t xml:space="preserve"> - Volkswagen Ireland has announced its platinum-level sponsorship of Dublin Pride 2026, marking the sixth consecutive year of partnership. The sponsorship includes co-branding, participation in the parade, showcasing vehicles such as the ID. Buzz and Golf GTI Edition 50, and hosting employee workshops focused on LGBTQ+ awareness topics. This initiative underscores Volkswagen's commitment to supporting LGBTQ+ communities and promoting inclusivity within the company.</w:t>
      </w:r>
      <w:r/>
    </w:p>
    <w:p>
      <w:pPr>
        <w:pStyle w:val="ListNumber"/>
        <w:spacing w:line="240" w:lineRule="auto"/>
        <w:ind w:left="720"/>
      </w:pPr>
      <w:r/>
      <w:hyperlink r:id="rId11">
        <w:r>
          <w:rPr>
            <w:color w:val="0000EE"/>
            <w:u w:val="single"/>
          </w:rPr>
          <w:t>https://www.mkfm.com/news/local-news/milton-keynes-pride-festival-confirms-2026-return-as-pride-enters-its-next-chapter/</w:t>
        </w:r>
      </w:hyperlink>
      <w:r>
        <w:t xml:space="preserve"> - Milton Keynes Pride Festival has confirmed its return for 2026, set to take place at Campbell Park on Saturday, 12 September 2026. The festival aims to build on its previous successes by enhancing the event experience, improving accessibility, and providing more space for community engagement and celebration. Organisers are committed to creating a safe and visible space for LGBTQ+ individuals, with plans for a new official website, free ticket registration, artist reveals, sponsor announcements, and further updates throughout the summer.</w:t>
      </w:r>
      <w:r/>
    </w:p>
    <w:p>
      <w:pPr>
        <w:pStyle w:val="ListNumber"/>
        <w:spacing w:line="240" w:lineRule="auto"/>
        <w:ind w:left="720"/>
      </w:pPr>
      <w:r/>
      <w:hyperlink r:id="rId12">
        <w:r>
          <w:rPr>
            <w:color w:val="0000EE"/>
            <w:u w:val="single"/>
          </w:rPr>
          <w:t>https://www.theparkstrust.com/events/mk-pride-festival/</w:t>
        </w:r>
      </w:hyperlink>
      <w:r>
        <w:t xml:space="preserve"> - The Parks Trust is hosting the annual Milton Keynes Pride Festival on Saturday, 12 September 2026, from 12:00 PM to 10:30 PM in Campbell Park. The free event will feature a main stage, comedy tent, community tent, and kids' space, along with dedicated sensory and calming zones. Attendees can enjoy a rainbow market, community stalls, fair rides, and a variety of food and entertainment options, celebrating love, diversity, and equality.</w:t>
      </w:r>
      <w:r/>
    </w:p>
    <w:p>
      <w:pPr>
        <w:pStyle w:val="ListNumber"/>
        <w:spacing w:line="240" w:lineRule="auto"/>
        <w:ind w:left="720"/>
      </w:pPr>
      <w:r/>
      <w:hyperlink r:id="rId15">
        <w:r>
          <w:rPr>
            <w:color w:val="0000EE"/>
            <w:u w:val="single"/>
          </w:rPr>
          <w:t>https://www.gaydio.co.uk/london/events/the-guide/event/milton-keynes-pride/</w:t>
        </w:r>
      </w:hyperlink>
      <w:r>
        <w:t xml:space="preserve"> - Milton Keynes Pride is scheduled for Saturday, 12 September 2026, in Campbell Park, Milton Keynes. The event will include a parade through central Milton Keynes, with the main festival site hosting stages, community stalls, family activities, and food and drink options throughout the afternoon and evening. The festival is supported by The Parks Trust, which manages the city's parkland and hosts much of the family programming. The 2026 line-up has not yet been confirmed by the organisers.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vpowered.co.uk/news/volkswagen-to-sponsor-milton-keynes-pride-2026/" TargetMode="External"/><Relationship Id="rId10" Type="http://schemas.openxmlformats.org/officeDocument/2006/relationships/hyperlink" Target="https://www.motortradenews.com/news/volkswagen-group-and-vwfs-to-sponsor-milton-keynes-pride-festival/" TargetMode="External"/><Relationship Id="rId11" Type="http://schemas.openxmlformats.org/officeDocument/2006/relationships/hyperlink" Target="https://www.mkfm.com/news/local-news/milton-keynes-pride-festival-confirms-2026-return-as-pride-enters-its-next-chapter/" TargetMode="External"/><Relationship Id="rId12" Type="http://schemas.openxmlformats.org/officeDocument/2006/relationships/hyperlink" Target="https://www.theparkstrust.com/events/mk-pride-festival/" TargetMode="External"/><Relationship Id="rId13" Type="http://schemas.openxmlformats.org/officeDocument/2006/relationships/hyperlink" Target="https://www.volkswagen.ie/en/life-at-volkswagen/pride.html" TargetMode="External"/><Relationship Id="rId14" Type="http://schemas.openxmlformats.org/officeDocument/2006/relationships/hyperlink" Target="https://mkpridefestival.com/headline-sponsor/" TargetMode="External"/><Relationship Id="rId15" Type="http://schemas.openxmlformats.org/officeDocument/2006/relationships/hyperlink" Target="https://www.gaydio.co.uk/london/events/the-guide/event/milton-keynes-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