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LGBTQ+ Cocktail Bar Closes After Short, Glittering Run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clubbers are mourning as Red Light, the award‑winning queer cocktail bar on Little David Street, announces it will close after this year’s Pride , a sentimental, community‑filled final weekend that matters to regulars, staff and the wider Manchester scene.</w:t>
      </w:r>
      <w:r/>
    </w:p>
    <w:p>
      <w:r/>
      <w:r>
        <w:t>Essential Takeaways</w:t>
      </w:r>
      <w:r/>
      <w:r/>
    </w:p>
    <w:p>
      <w:pPr>
        <w:pStyle w:val="ListBullet"/>
        <w:spacing w:line="240" w:lineRule="auto"/>
        <w:ind w:left="720"/>
      </w:pPr>
      <w:r/>
      <w:r>
        <w:rPr>
          <w:b/>
        </w:rPr>
        <w:t>Final night:</w:t>
      </w:r>
      <w:r>
        <w:t xml:space="preserve"> Red Light will serve its last drinks on Sunday 30 August , plan for one last Pride‑style weekend.</w:t>
      </w:r>
      <w:r/>
    </w:p>
    <w:p>
      <w:pPr>
        <w:pStyle w:val="ListBullet"/>
        <w:spacing w:line="240" w:lineRule="auto"/>
        <w:ind w:left="720"/>
      </w:pPr>
      <w:r/>
      <w:r>
        <w:rPr>
          <w:b/>
        </w:rPr>
        <w:t>Why it’s closing:</w:t>
      </w:r>
      <w:r>
        <w:t xml:space="preserve"> Owners cited rising costs, an awkward location and ongoing difficulties running a late‑night venue alongside residents.</w:t>
      </w:r>
      <w:r/>
    </w:p>
    <w:p>
      <w:pPr>
        <w:pStyle w:val="ListBullet"/>
        <w:spacing w:line="240" w:lineRule="auto"/>
        <w:ind w:left="720"/>
      </w:pPr>
      <w:r/>
      <w:r>
        <w:rPr>
          <w:b/>
        </w:rPr>
        <w:t>Accolades:</w:t>
      </w:r>
      <w:r>
        <w:t xml:space="preserve"> Opened in 2023 and named “one to watch” by Time Out in 2024 , the spot quickly built a devoted following.</w:t>
      </w:r>
      <w:r/>
    </w:p>
    <w:p>
      <w:pPr>
        <w:pStyle w:val="ListBullet"/>
        <w:spacing w:line="240" w:lineRule="auto"/>
        <w:ind w:left="720"/>
      </w:pPr>
      <w:r/>
      <w:r>
        <w:rPr>
          <w:b/>
        </w:rPr>
        <w:t>Atmosphere:</w:t>
      </w:r>
      <w:r>
        <w:t xml:space="preserve"> Known for premium cocktails, a buzzy dance floor and a warm, queer‑first vibe , staff and DJs helped make it feel like home.</w:t>
      </w:r>
      <w:r/>
    </w:p>
    <w:p>
      <w:pPr>
        <w:pStyle w:val="ListBullet"/>
        <w:spacing w:line="240" w:lineRule="auto"/>
        <w:ind w:left="720"/>
      </w:pPr>
      <w:r/>
      <w:r>
        <w:rPr>
          <w:b/>
        </w:rPr>
        <w:t>Community call:</w:t>
      </w:r>
      <w:r>
        <w:t xml:space="preserve"> Owners invited everyone to celebrate together; expect an emotional, colourful send‑off.</w:t>
      </w:r>
      <w:r/>
      <w:r/>
    </w:p>
    <w:p>
      <w:pPr>
        <w:pStyle w:val="Heading2"/>
      </w:pPr>
      <w:r>
        <w:t>What happened , a downtown favourite signs off</w:t>
      </w:r>
      <w:r/>
    </w:p>
    <w:p>
      <w:r/>
      <w:r>
        <w:t>Red Light’s owners shared the news on Instagram, and the message read like a love letter to the regulars: the bar will close after this Pride weekend. The announcement landed with a quiet thud for those who’d come to rely on the venue’s late‑night energy and welcoming atmosphere. The founders say the decision wasn’t sudden , it was a measured response to sustained financial pressure and operational challenges that left running the bar unviable.</w:t>
      </w:r>
      <w:r/>
    </w:p>
    <w:p>
      <w:pPr>
        <w:pStyle w:val="Heading2"/>
      </w:pPr>
      <w:r>
        <w:t>The mix of reasons: costs, location and neighbours</w:t>
      </w:r>
      <w:r/>
    </w:p>
    <w:p>
      <w:r/>
      <w:r>
        <w:t>Rising costs have hammered hospitality across the UK, and independent bars feel it acutely. According to the owners, three things stacked up: increasing overheads, a location that has its own quirks, and the persistent tension of keeping a late‑night venue next to residential neighbours. That’s a familiar story in city centres where regeneration and nightlife collide, and it’s part of a wider trend that’s reshaping where people can go out after dark.</w:t>
      </w:r>
      <w:r/>
    </w:p>
    <w:p>
      <w:pPr>
        <w:pStyle w:val="Heading2"/>
      </w:pPr>
      <w:r>
        <w:t>Why Red Light mattered to Manchester’s queer scene</w:t>
      </w:r>
      <w:r/>
    </w:p>
    <w:p>
      <w:r/>
      <w:r>
        <w:t>Despite its short life, Red Light carved out a big place in people’s hearts. Deana Ferguson, a hospitality veteran, launched the venue with the aim of offering premium cocktails and a safe, exuberant space for queer people and allies. Time Out’s “one to watch” nod in 2024 underscored its promise, but the real accolade was the community it fostered , a refuge, a dance floor and a place for new friendships to form.</w:t>
      </w:r>
      <w:r/>
    </w:p>
    <w:p>
      <w:pPr>
        <w:pStyle w:val="Heading2"/>
      </w:pPr>
      <w:r>
        <w:t>What the farewell will look like , expectations for Pride weekend</w:t>
      </w:r>
      <w:r/>
    </w:p>
    <w:p>
      <w:r/>
      <w:r>
        <w:t>The owners asked for one last Pride together , think DJs, performers, regular faces and an emotional, colourful atmosphere. If you’re planning to go, expect busy queues and heartfelt toasts, so arrive early and be ready for a night that mixes celebration with goodbyes. For staff and performers, it’s a final chance to say thanks; for customers, it’s an opportunity to make and capture memories.</w:t>
      </w:r>
      <w:r/>
    </w:p>
    <w:p>
      <w:pPr>
        <w:pStyle w:val="Heading2"/>
      </w:pPr>
      <w:r>
        <w:t>What this means for Manchester nightlife</w:t>
      </w:r>
      <w:r/>
    </w:p>
    <w:p>
      <w:r/>
      <w:r>
        <w:t>The closure is a reminder that even venues with buzz and awards aren’t immune to economic squeeze and operational headaches. Manchester’s nightlife has been adapting , new openings, pop‑ups and relocations happen alongside losses. Industry figures and local observers suggest the city will keep evolving, but each closure erases a particular atmosphere you can’t fully replace. For now, this one leaves a gap on Little David Street and in the village’s queer social map.</w:t>
      </w:r>
      <w:r/>
    </w:p>
    <w:p>
      <w:r/>
      <w:r>
        <w:t>It’s a small change that can make every weekend out a little different , and a nudge to get along and celebrate the places you love while they’re still there.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https://www.manchestereveningnews.co.uk/whats-on/whats-on-news/popular-manchester-lgbtq-cocktail-bar-34511004</w:t>
        </w:r>
      </w:hyperlink>
      <w:r>
        <w:t xml:space="preserve"> - Please view link - unable to able to access data</w:t>
      </w:r>
      <w:r/>
    </w:p>
    <w:p>
      <w:pPr>
        <w:pStyle w:val="ListNumber"/>
        <w:spacing w:line="240" w:lineRule="auto"/>
        <w:ind w:left="720"/>
      </w:pPr>
      <w:r/>
      <w:hyperlink r:id="rId9">
        <w:r>
          <w:rPr>
            <w:color w:val="0000EE"/>
            <w:u w:val="single"/>
          </w:rPr>
          <w:t>https://www.manchestereveningnews.co.uk/whats-on/whats-on-news/popular-manchester-lgbtq-cocktail-bar-34511004</w:t>
        </w:r>
      </w:hyperlink>
      <w:r>
        <w:t xml:space="preserve"> - Red Light, a popular LGBTQ+ cocktail bar in Manchester, has announced its closure after this year's Pride. The owners cited rising costs, location challenges, and difficulties operating a late-night venue alongside local residents as reasons for the decision. The bar, which opened in 2023, was part of a regeneration of Little David Street and was known for its queer-friendly atmosphere.</w:t>
      </w:r>
      <w:r/>
    </w:p>
    <w:p>
      <w:pPr>
        <w:pStyle w:val="ListNumber"/>
        <w:spacing w:line="240" w:lineRule="auto"/>
        <w:ind w:left="720"/>
      </w:pPr>
      <w:r/>
      <w:hyperlink r:id="rId10">
        <w:r>
          <w:rPr>
            <w:color w:val="0000EE"/>
            <w:u w:val="single"/>
          </w:rPr>
          <w:t>https://themanc.com/eats/award-winning-cocktail-bar-in-manchester-announces-shock-closure/</w:t>
        </w:r>
      </w:hyperlink>
      <w:r>
        <w:t xml:space="preserve"> - Red Light, an award-winning cocktail bar in Manchester, has announced its closure after this year's Pride. The owners cited sustained financial headwinds, challenges connected to their location, and difficulties operating a late-night venue alongside local residents as reasons for the decision. The bar, which opened in 2023, was known for its inclusive space and premium cocktail experience.</w:t>
      </w:r>
      <w:r/>
    </w:p>
    <w:p>
      <w:pPr>
        <w:pStyle w:val="ListNumber"/>
        <w:spacing w:line="240" w:lineRule="auto"/>
        <w:ind w:left="720"/>
      </w:pPr>
      <w:r/>
      <w:hyperlink r:id="rId11">
        <w:r>
          <w:rPr>
            <w:color w:val="0000EE"/>
            <w:u w:val="single"/>
          </w:rPr>
          <w:t>https://secretmanchester.com/red-light-lgbtq-cocktail-bar/</w:t>
        </w:r>
      </w:hyperlink>
      <w:r>
        <w:t xml:space="preserve"> - Red Light is a swish LGBTQ+ cocktail den located in a historic Victorian warehouse in Manchester. The bar offers a premium cocktail experience close to Manchester’s famous Gay Village, providing a stylish new spot to drink and catch up with friends. The interior features cosy corners, industrial décor, and queer art, creating a laid-back lounge atmosphere.</w:t>
      </w:r>
      <w:r/>
    </w:p>
    <w:p>
      <w:pPr>
        <w:pStyle w:val="ListNumber"/>
        <w:spacing w:line="240" w:lineRule="auto"/>
        <w:ind w:left="720"/>
      </w:pPr>
      <w:r/>
      <w:hyperlink r:id="rId12">
        <w:r>
          <w:rPr>
            <w:color w:val="0000EE"/>
            <w:u w:val="single"/>
          </w:rPr>
          <w:t>https://www.manchestersfinest.com/places/red-light/</w:t>
        </w:r>
      </w:hyperlink>
      <w:r>
        <w:t xml:space="preserve"> - Red Light is a backstreet cocktail bar in Manchester's Gay Village, specialising in specialist cocktails and a vibe that screams ‘hiding in plain sight’. Set inside a Victorian warehouse, the bar offers a laid-back lounge atmosphere with a focus on disco tunes and outdoor drinking. The mixologists are known for their artistry, landing the spot on various lists of Britain’s best cocktail bars.</w:t>
      </w:r>
      <w:r/>
    </w:p>
    <w:p>
      <w:pPr>
        <w:pStyle w:val="ListNumber"/>
        <w:spacing w:line="240" w:lineRule="auto"/>
        <w:ind w:left="720"/>
      </w:pPr>
      <w:r/>
      <w:hyperlink r:id="rId13">
        <w:r>
          <w:rPr>
            <w:color w:val="0000EE"/>
            <w:u w:val="single"/>
          </w:rPr>
          <w:t>https://news.sky.com/story/manchester-pride-put-into-voluntary-liquidation-as-money-owed-to-artists-13455289</w:t>
        </w:r>
      </w:hyperlink>
      <w:r>
        <w:t xml:space="preserve"> - Manchester Pride has been put into voluntary liquidation and is being assessed by the charities regulator, with the future of the event in doubt. Organisers cited rising costs, declining ticket sales, and an unsuccessful bid to host Euro Pride as factors behind the decision. Artists, suppliers, and freelancers have been left unpaid, some of them owed thousands.</w:t>
      </w:r>
      <w:r/>
    </w:p>
    <w:p>
      <w:pPr>
        <w:pStyle w:val="ListNumber"/>
        <w:spacing w:line="240" w:lineRule="auto"/>
        <w:ind w:left="720"/>
      </w:pPr>
      <w:r/>
      <w:hyperlink r:id="rId14">
        <w:r>
          <w:rPr>
            <w:color w:val="0000EE"/>
            <w:u w:val="single"/>
          </w:rPr>
          <w:t>https://tasteofmanchester.com/news/lgbtq-cocktail-den-red-light-gets-green-light-to-open-at-kampus/</w:t>
        </w:r>
      </w:hyperlink>
      <w:r>
        <w:t xml:space="preserve"> - Red Light, an LGBTQ+ cocktail den, has been given the green light to open at the Kampus garden neighbourhood in Manchester. The bar will serve dirty martinis under dim lights in a Victorian warehouse off Little David Street. Guests will be met with an imposing bar against a red-brick backdrop, with cosy corners and queer art. The intimate space celebrates the stunning original features of Minshull Warehouse, restored as part of the Kampus neighbourhood.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whats-on-news/popular-manchester-lgbtq-cocktail-bar-34511004" TargetMode="External"/><Relationship Id="rId10" Type="http://schemas.openxmlformats.org/officeDocument/2006/relationships/hyperlink" Target="https://themanc.com/eats/award-winning-cocktail-bar-in-manchester-announces-shock-closure/" TargetMode="External"/><Relationship Id="rId11" Type="http://schemas.openxmlformats.org/officeDocument/2006/relationships/hyperlink" Target="https://secretmanchester.com/red-light-lgbtq-cocktail-bar/" TargetMode="External"/><Relationship Id="rId12" Type="http://schemas.openxmlformats.org/officeDocument/2006/relationships/hyperlink" Target="https://www.manchestersfinest.com/places/red-light/" TargetMode="External"/><Relationship Id="rId13" Type="http://schemas.openxmlformats.org/officeDocument/2006/relationships/hyperlink" Target="https://news.sky.com/story/manchester-pride-put-into-voluntary-liquidation-as-money-owed-to-artists-13455289" TargetMode="External"/><Relationship Id="rId14" Type="http://schemas.openxmlformats.org/officeDocument/2006/relationships/hyperlink" Target="https://tasteofmanchester.com/news/lgbtq-cocktail-den-red-light-gets-green-light-to-open-at-kamp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