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Tributes: How Charlie’s Denver Honoured Dolly Parton All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gatherings as a way to grieve and celebrate , and Charlie’s Denver turned its club lights on early for Dolly Parton, opening from 9am to 5pm with specials, movie loops and a warm, inclusive tribute that mattered to fans and locals alike.</w:t>
      </w:r>
      <w:r/>
    </w:p>
    <w:p>
      <w:r/>
      <w:r>
        <w:t>Essential Takeaways</w:t>
      </w:r>
      <w:r/>
      <w:r/>
    </w:p>
    <w:p>
      <w:pPr>
        <w:pStyle w:val="ListBullet"/>
        <w:spacing w:line="240" w:lineRule="auto"/>
        <w:ind w:left="720"/>
      </w:pPr>
      <w:r/>
      <w:r>
        <w:rPr>
          <w:b/>
        </w:rPr>
        <w:t>All-day event:</w:t>
      </w:r>
      <w:r>
        <w:t xml:space="preserve"> Charlie’s Denver opened unusually early, running a 9am–5pm tribute with drink specials and Dolly films playing on loop.</w:t>
      </w:r>
      <w:r/>
    </w:p>
    <w:p>
      <w:pPr>
        <w:pStyle w:val="ListBullet"/>
        <w:spacing w:line="240" w:lineRule="auto"/>
        <w:ind w:left="720"/>
      </w:pPr>
      <w:r/>
      <w:r>
        <w:rPr>
          <w:b/>
        </w:rPr>
        <w:t>Inclusive vibe:</w:t>
      </w:r>
      <w:r>
        <w:t xml:space="preserve"> The bar framed the day as a celebration of Parton’s allyship and philanthropy, welcoming the LGBTQ+ community with a comforting, upbeat tone.</w:t>
      </w:r>
      <w:r/>
    </w:p>
    <w:p>
      <w:pPr>
        <w:pStyle w:val="ListBullet"/>
        <w:spacing w:line="240" w:lineRule="auto"/>
        <w:ind w:left="720"/>
      </w:pPr>
      <w:r/>
      <w:r>
        <w:rPr>
          <w:b/>
        </w:rPr>
        <w:t>Local memory:</w:t>
      </w:r>
      <w:r>
        <w:t xml:space="preserve"> Charlie’s credits a long history with Parton , staff say they sent flowers to her dressing room during her 1981 Denver visit.</w:t>
      </w:r>
      <w:r/>
    </w:p>
    <w:p>
      <w:pPr>
        <w:pStyle w:val="ListBullet"/>
        <w:spacing w:line="240" w:lineRule="auto"/>
        <w:ind w:left="720"/>
      </w:pPr>
      <w:r/>
      <w:r>
        <w:rPr>
          <w:b/>
        </w:rPr>
        <w:t>Future plans:</w:t>
      </w:r>
      <w:r>
        <w:t xml:space="preserve"> The venue plans a special event to coincide with Parton’s celebration of life, date to be announced; the mood is respectful rather than mournful.</w:t>
      </w:r>
      <w:r/>
      <w:r/>
    </w:p>
    <w:p>
      <w:pPr>
        <w:pStyle w:val="Heading2"/>
      </w:pPr>
      <w:r>
        <w:t>A sunrise opening for an icon , what it felt like</w:t>
      </w:r>
      <w:r/>
    </w:p>
    <w:p>
      <w:r/>
      <w:r>
        <w:t>Charlie’s flipped the usual nightclub rhythm and opened at 9am, a simple gesture that felt oddly fitting , warm coffee, soft chatter and Dolly’s movies filling the room instead of nightclub bass. According to Denver7, the early start let people drift in throughout the day, share memories and toast a life that meant a lot to many. There was a gentle, communal quality to it, more like a kitchen table than a late-night party.</w:t>
      </w:r>
      <w:r/>
    </w:p>
    <w:p>
      <w:r/>
      <w:r>
        <w:t>The idea clearly resonated. Venues across the city have been hosting low-key memorial events since the news broke, and Charlie’s choice to lean into film screenings and easy drink deals kept things accessible. If you’re planning to mark a public figure’s passing locally, consider the same: make space, keep it simple, and let people come and go.</w:t>
      </w:r>
      <w:r/>
    </w:p>
    <w:p>
      <w:pPr>
        <w:pStyle w:val="Heading2"/>
      </w:pPr>
      <w:r>
        <w:t>Why Dolly matters to the Denver queer scene</w:t>
      </w:r>
      <w:r/>
    </w:p>
    <w:p>
      <w:r/>
      <w:r>
        <w:t>Parton has long been held up as an ally and philanthropist, and at Charlie’s the team emphasised that connection. Manager Edd Schommer told Denver7 that her commitment to giving back , and her embrace of diverse audiences , is why the bar felt compelled to honour her. That kind of alignment matters; people don’t just attend because they liked a song, they show up because a figure reflects their values.</w:t>
      </w:r>
      <w:r/>
    </w:p>
    <w:p>
      <w:r/>
      <w:r>
        <w:t>This is part of a broader trend: venues that serve the LGBTQ+ community often double as cultural hubs when something big happens. Hosting a tribute like this is both a farewell and a public affirmation of identity, and it keeps nightlife spaces feeling relevant beyond peak hours.</w:t>
      </w:r>
      <w:r/>
    </w:p>
    <w:p>
      <w:pPr>
        <w:pStyle w:val="Heading2"/>
      </w:pPr>
      <w:r>
        <w:t>A little history , Flowers in 1981 and a long-running fondness</w:t>
      </w:r>
      <w:r/>
    </w:p>
    <w:p>
      <w:r/>
      <w:r>
        <w:t>There’s a neat bit of local lore that made the event feel personal. Schommer told Denver7 that Charlie’s sent a flower arrangement to Parton’s dressing room during her July 1981 Denver concert, a small act that made a long-lasting impression on staff. It’s the kind of detail that turns a tribute from generic to heartfelt, and it underscored why the bar felt it had a relationship worth honouring.</w:t>
      </w:r>
      <w:r/>
    </w:p>
    <w:p>
      <w:r/>
      <w:r>
        <w:t>Small gestures like those are worth remembering when you organise a memorial: personal anecdotes, memorabilia or images can turn a public tribute into something intimate.</w:t>
      </w:r>
      <w:r/>
    </w:p>
    <w:p>
      <w:pPr>
        <w:pStyle w:val="Heading2"/>
      </w:pPr>
      <w:r>
        <w:t>How local nightlife is responding across the city</w:t>
      </w:r>
      <w:r/>
    </w:p>
    <w:p>
      <w:r/>
      <w:r>
        <w:t>Charlie’s wasn’t the only spot recognising Parton this week. Other Denver venues have hosted Dolly-themed parties and costume nights, and artists have paid tribute onstage , a reminder that music cities funnel grief into performance and dressing-up rituals. For instance, venues are planning dress-up nights and special performances, keeping the mood celebratory rather than solely mournful.</w:t>
      </w:r>
      <w:r/>
    </w:p>
    <w:p>
      <w:r/>
      <w:r>
        <w:t>If you want to join one of these events, check venue social feeds for times and ticket details. Expect a mix of singalongs, nostalgic visuals and a friendly, unpretentious crowd.</w:t>
      </w:r>
      <w:r/>
    </w:p>
    <w:p>
      <w:pPr>
        <w:pStyle w:val="Heading2"/>
      </w:pPr>
      <w:r>
        <w:t>Practical tips if you’re attending a tribute or hosting one</w:t>
      </w:r>
      <w:r/>
    </w:p>
    <w:p>
      <w:r/>
      <w:r>
        <w:t>Keep it low-stress: soft seating, neutral lighting and a film loop let people drift in without ceremony. Offer accessible pricing and simple food or drink specials, and provide a small space for people to leave notes or flowers if they want. If you’re hosting at a gay bar or community venue, remember to centre inclusivity , brief statements from organisers can set the tone.</w:t>
      </w:r>
      <w:r/>
    </w:p>
    <w:p>
      <w:r/>
      <w:r>
        <w:t>Also, be mindful of timing. Daytime events like Charlie’s 9-to-5 tribute let families and older fans attend, and they avoid late-night crowds that can feel overwhelming.</w:t>
      </w:r>
      <w:r/>
    </w:p>
    <w:p>
      <w:r/>
      <w:r>
        <w:t>It's a small change that can make every tribute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[7]</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https://www.denver7.com/entertainment/charlies-denver-hosts-9-to-5-event-in-honor-of-dolly-parton</w:t>
        </w:r>
      </w:hyperlink>
      <w:r>
        <w:t xml:space="preserve"> - Please view link - unable to able to access data</w:t>
      </w:r>
      <w:r/>
    </w:p>
    <w:p>
      <w:pPr>
        <w:pStyle w:val="ListNumber"/>
        <w:spacing w:line="240" w:lineRule="auto"/>
        <w:ind w:left="720"/>
      </w:pPr>
      <w:r/>
      <w:hyperlink r:id="rId9">
        <w:r>
          <w:rPr>
            <w:color w:val="0000EE"/>
            <w:u w:val="single"/>
          </w:rPr>
          <w:t>https://www.denver7.com/entertainment/charlies-denver-hosts-9-to-5-event-in-honor-of-dolly-parton</w:t>
        </w:r>
      </w:hyperlink>
      <w:r>
        <w:t xml:space="preserve"> - Charlie's Denver, an LGBTQ+ friendly bar and nightclub, hosted a '9 to 5' event on Wednesday to honour the late Dolly Parton, who passed away at 80. The event featured early opening hours, drink specials, and continuous screenings of her films. General Manager Edd Schommer highlighted Parton's philanthropic nature and the bar's longstanding admiration, recalling a 1981 gesture of sending flowers to her dressing room during a Denver concert. Schommer emphasised the venue's commitment to inclusivity, stating, 'We love everyone, just like Dolly would.'</w:t>
      </w:r>
      <w:r/>
    </w:p>
    <w:p>
      <w:pPr>
        <w:pStyle w:val="ListNumber"/>
        <w:spacing w:line="240" w:lineRule="auto"/>
        <w:ind w:left="720"/>
      </w:pPr>
      <w:r/>
      <w:hyperlink r:id="rId13">
        <w:r>
          <w:rPr>
            <w:color w:val="0000EE"/>
            <w:u w:val="single"/>
          </w:rPr>
          <w:t>https://denverite.com/2026/08/25/dolly-parton-costumes-dam/</w:t>
        </w:r>
      </w:hyperlink>
      <w:r>
        <w:t xml:space="preserve"> - The Denver Art Museum is set to showcase two of Dolly Parton's stage costumes in its upcoming 'DIVA' exhibition, opening on October 4. This exhibition, the only U.S. stop for the Victoria and Albert Museum's collection, was planned prior to Parton's passing at 80. The display aims to celebrate Parton's legacy as a storyteller, musician, and philanthropist, highlighting her significant impact on fans worldwide.</w:t>
      </w:r>
      <w:r/>
    </w:p>
    <w:p>
      <w:pPr>
        <w:pStyle w:val="ListNumber"/>
        <w:spacing w:line="240" w:lineRule="auto"/>
        <w:ind w:left="720"/>
      </w:pPr>
      <w:r/>
      <w:hyperlink r:id="rId12">
        <w:r>
          <w:rPr>
            <w:color w:val="0000EE"/>
            <w:u w:val="single"/>
          </w:rPr>
          <w:t>https://kygo.com/the-grizzly-rose-is-hosting-a-dress-up-like-dolly-night-on-aug-27/</w:t>
        </w:r>
      </w:hyperlink>
      <w:r>
        <w:t xml:space="preserve"> - The Grizzly Rose, a renowned Denver honky-tonk, is hosting a 'Dress Up Like Dolly' night on August 27 as part of their weekly Ladies Night. Attendees are encouraged to emulate Dolly Parton's iconic style, with the event featuring a $20 cover charge and complimentary drinks for ladies from 8 p.m. to midnight. The night aims to celebrate Parton's enduring influence on Denver's country music scene.</w:t>
      </w:r>
      <w:r/>
    </w:p>
    <w:p>
      <w:pPr>
        <w:pStyle w:val="ListNumber"/>
        <w:spacing w:line="240" w:lineRule="auto"/>
        <w:ind w:left="720"/>
      </w:pPr>
      <w:r/>
      <w:hyperlink r:id="rId11">
        <w:r>
          <w:rPr>
            <w:color w:val="0000EE"/>
            <w:u w:val="single"/>
          </w:rPr>
          <w:t>https://www.siriusxm.com/blog/dolly-parton/</w:t>
        </w:r>
      </w:hyperlink>
      <w:r>
        <w:t xml:space="preserve"> - SiriusXM is honouring the late Dolly Parton by launching The Dolly Parton Tribute Channel (Ch. 105) on August 25. The limited-run channel features Parton's extensive music catalogue, exclusive stories, and hand-picked favourite songs. The tribute channel was introduced following Parton's passing at 80, celebrating her seven-decade career and her status as a beloved and influential artist in music history.</w:t>
      </w:r>
      <w:r/>
    </w:p>
    <w:p>
      <w:pPr>
        <w:pStyle w:val="ListNumber"/>
        <w:spacing w:line="240" w:lineRule="auto"/>
        <w:ind w:left="720"/>
      </w:pPr>
      <w:r/>
      <w:hyperlink r:id="rId14">
        <w:r>
          <w:rPr>
            <w:color w:val="0000EE"/>
            <w:u w:val="single"/>
          </w:rPr>
          <w:t>https://www.whiskeyriff.com/2026/08/26/ernest-honors-dolly-parton-with-performance-of-ill-fly-away-at-red-rocks/</w:t>
        </w:r>
      </w:hyperlink>
      <w:r>
        <w:t xml:space="preserve"> - Country artist Ernest paid tribute to Dolly Parton by performing 'I'll Fly Away' at Red Rocks Amphitheatre. This heartfelt homage was part of the ongoing celebrations following Parton's passing at 80, highlighting her profound impact on the country music community and her enduring legacy.</w:t>
      </w:r>
      <w:r/>
    </w:p>
    <w:p>
      <w:pPr>
        <w:pStyle w:val="ListNumber"/>
        <w:spacing w:line="240" w:lineRule="auto"/>
        <w:ind w:left="720"/>
      </w:pPr>
      <w:r/>
      <w:hyperlink r:id="rId10">
        <w:r>
          <w:rPr>
            <w:color w:val="0000EE"/>
            <w:u w:val="single"/>
          </w:rPr>
          <w:t>https://www.queerdenver.com/venue/charlies-denver/</w:t>
        </w:r>
      </w:hyperlink>
      <w:r>
        <w:t xml:space="preserve"> - Charlie's Denver, located at 900 E Colfax Ave, is a gay bar that combines a country-western saloon atmosphere with a Top-40 dance club vibe, attracting a diverse crowd. The venue is known for hosting various events, including sing-along drag brunches and themed nights, contributing to Denver's vibrant LGBTQ+ nightlife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nver7.com/entertainment/charlies-denver-hosts-9-to-5-event-in-honor-of-dolly-parton" TargetMode="External"/><Relationship Id="rId10" Type="http://schemas.openxmlformats.org/officeDocument/2006/relationships/hyperlink" Target="https://www.queerdenver.com/venue/charlies-denver/" TargetMode="External"/><Relationship Id="rId11" Type="http://schemas.openxmlformats.org/officeDocument/2006/relationships/hyperlink" Target="https://www.siriusxm.com/blog/dolly-parton/" TargetMode="External"/><Relationship Id="rId12" Type="http://schemas.openxmlformats.org/officeDocument/2006/relationships/hyperlink" Target="https://kygo.com/the-grizzly-rose-is-hosting-a-dress-up-like-dolly-night-on-aug-27/" TargetMode="External"/><Relationship Id="rId13" Type="http://schemas.openxmlformats.org/officeDocument/2006/relationships/hyperlink" Target="https://denverite.com/2026/08/25/dolly-parton-costumes-dam/" TargetMode="External"/><Relationship Id="rId14" Type="http://schemas.openxmlformats.org/officeDocument/2006/relationships/hyperlink" Target="https://www.whiskeyriff.com/2026/08/26/ernest-honors-dolly-parton-with-performance-of-ill-fly-away-at-red-ro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