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Little Whorehouse In Texas: Why This 1982 Musical Feels Surprisingly Queer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cinephiles alike are rediscovering The Best Little Whorehouse In Texas, a 1982 musical that looks straight on the surface but hums with queer subtext; here’s why Dolly Parton, director Colin Higgins and a stripper’s-eye view of small‑town mores still matter, and where to stream it.</w:t>
      </w:r>
      <w:r/>
    </w:p>
    <w:p>
      <w:r/>
      <w:r>
        <w:t>Essential Takeaways</w:t>
      </w:r>
      <w:r/>
      <w:r/>
    </w:p>
    <w:p>
      <w:pPr>
        <w:pStyle w:val="ListBullet"/>
        <w:spacing w:line="240" w:lineRule="auto"/>
        <w:ind w:left="720"/>
      </w:pPr>
      <w:r/>
      <w:r>
        <w:rPr>
          <w:b/>
        </w:rPr>
        <w:t>Cult casting:</w:t>
      </w:r>
      <w:r>
        <w:t xml:space="preserve"> Dolly Parton’s warm, sardonic turn anchors the film and broadens its appeal to both conservative and queer audiences. </w:t>
      </w:r>
      <w:r/>
    </w:p>
    <w:p>
      <w:pPr>
        <w:pStyle w:val="ListBullet"/>
        <w:spacing w:line="240" w:lineRule="auto"/>
        <w:ind w:left="720"/>
      </w:pPr>
      <w:r/>
      <w:r>
        <w:rPr>
          <w:b/>
        </w:rPr>
        <w:t>Queer auteur:</w:t>
      </w:r>
      <w:r>
        <w:t xml:space="preserve"> Director Colin Higgins gives the movie a subtly gay sensibility, especially in choreography and framing. </w:t>
      </w:r>
      <w:r/>
    </w:p>
    <w:p>
      <w:pPr>
        <w:pStyle w:val="ListBullet"/>
        <w:spacing w:line="240" w:lineRule="auto"/>
        <w:ind w:left="720"/>
      </w:pPr>
      <w:r/>
      <w:r>
        <w:rPr>
          <w:b/>
        </w:rPr>
        <w:t>Memorable sequence:</w:t>
      </w:r>
      <w:r>
        <w:t xml:space="preserve"> The locker-room “Aggie” number is famously homoerotic , lots of choreography, close-ups and knowing looks. </w:t>
      </w:r>
      <w:r/>
    </w:p>
    <w:p>
      <w:pPr>
        <w:pStyle w:val="ListBullet"/>
        <w:spacing w:line="240" w:lineRule="auto"/>
        <w:ind w:left="720"/>
      </w:pPr>
      <w:r/>
      <w:r>
        <w:rPr>
          <w:b/>
        </w:rPr>
        <w:t>Tone:</w:t>
      </w:r>
      <w:r>
        <w:t xml:space="preserve"> The film mixes broad musical comedy with satire about moral panic; it’s bright, occasionally clumsy, and oddly compassionate. </w:t>
      </w:r>
      <w:r/>
    </w:p>
    <w:p>
      <w:pPr>
        <w:pStyle w:val="ListBullet"/>
        <w:spacing w:line="240" w:lineRule="auto"/>
        <w:ind w:left="720"/>
      </w:pPr>
      <w:r/>
      <w:r>
        <w:rPr>
          <w:b/>
        </w:rPr>
        <w:t>Where to watch:</w:t>
      </w:r>
      <w:r>
        <w:t xml:space="preserve"> Available to rent digitally on Amazon Prime, Apple TV, Google Play, Vudu and YouTube.</w:t>
      </w:r>
      <w:r/>
      <w:r/>
    </w:p>
    <w:p>
      <w:pPr>
        <w:pStyle w:val="Heading2"/>
      </w:pPr>
      <w:r>
        <w:t>A glossy musical with an undercurrent you notice after one song</w:t>
      </w:r>
      <w:r/>
    </w:p>
    <w:p>
      <w:r/>
      <w:r>
        <w:t>The first thing you feel is the film’s texture , big studio lighting, sequinned choreography and Dolly’s easy, raspy presence. According to Wikipedia and contemporary accounts, the movie adapts a successful 1978 stage musical set around the Chicken Ranch, a brothel outside the fictional Gilbert, Texas. What begins as a playful, old-fashioned musical quickly tilts into satire about moral crusades, and that tonal flip is where the film’s queer resonance takes hold.</w:t>
      </w:r>
      <w:r/>
    </w:p>
    <w:p>
      <w:r/>
      <w:r>
        <w:t>Colin Higgins, who co-wrote and directed, brought a sensibility that reads as tenderly subversive rather than confrontational. Critics including Roger Ebert noted the film’s crowd-pleasing moments alongside a slightly awkward cinematic shape, but it’s Higgins’ touch , the camera lingering on men as much as women in moments of private spectacle , that gives the movie its double life.</w:t>
      </w:r>
      <w:r/>
    </w:p>
    <w:p>
      <w:pPr>
        <w:pStyle w:val="Heading2"/>
      </w:pPr>
      <w:r>
        <w:t>Dolly Parton: the perfect bridge between audiences</w:t>
      </w:r>
      <w:r/>
    </w:p>
    <w:p>
      <w:r/>
      <w:r>
        <w:t>Casting Dolly Parton feels like a wink and a protection at once. Her presence lets the film speak to small‑town values and the outsider community simultaneously. Parton’s Miss Mona is maternal, sharp and humane; she cares for the women who work for her and faces public shaming with a weary dignity that plays well on screen.</w:t>
      </w:r>
      <w:r/>
    </w:p>
    <w:p>
      <w:r/>
      <w:r>
        <w:t>This clever casting choice also broadened the film’s reach, as Time Out and other retrospectives point out. Parton’s iconic voice and persona make the satire softer and more accessible, so when the plot forces the Chicken Ranch into the spotlight, audiences are invited to empathise rather than only judge.</w:t>
      </w:r>
      <w:r/>
    </w:p>
    <w:p>
      <w:pPr>
        <w:pStyle w:val="Heading2"/>
      </w:pPr>
      <w:r>
        <w:t>The Aggie number: choreography that complicates masculinity</w:t>
      </w:r>
      <w:r/>
    </w:p>
    <w:p>
      <w:r/>
      <w:r>
        <w:t>If you’ve seen the film, you probably remember the locker‑room sequence , the “Aggie” number , and for good reason. Rotten Tomatoes and longform analyses highlight it as one of cinema’s most unabashedly homoerotic musical moments. The sequence plays like a celebration of male bodies and performative bravado, but the camera lingers suggestively, turning spectacle into private desire.</w:t>
      </w:r>
      <w:r/>
    </w:p>
    <w:p>
      <w:r/>
      <w:r>
        <w:t>There’s a slyness to how Higgins subverts the macho football trope. Instead of mocking those men outright, he frames them so that the audience sees both the performance and the vulnerability beneath. It’s playful and disarming, and it’s the clearest place the movie wears its queer eye on its sleeve.</w:t>
      </w:r>
      <w:r/>
    </w:p>
    <w:p>
      <w:pPr>
        <w:pStyle w:val="Heading2"/>
      </w:pPr>
      <w:r>
        <w:t>Satire, sex work and the culture wars , then and now</w:t>
      </w:r>
      <w:r/>
    </w:p>
    <w:p>
      <w:r/>
      <w:r>
        <w:t>Beneath the jokes and tap numbers the film mounts a critique of moral panic: a TV evangelist arrives, shame spreads, and a community’s tacit arrangements collapse under public scrutiny. Roger Ebert and other reviewers at the time picked up on the film’s attempt to balance light entertainment with social commentary, and modern readers can see resonances with ongoing debates about sexual freedom and censorship.</w:t>
      </w:r>
      <w:r/>
    </w:p>
    <w:p>
      <w:r/>
      <w:r>
        <w:t>That makes the movie feel less like a period piece and more like an uneasy mirror. The Chicken Ranch is portrayed as a practical, regulated space with rules and compassion , a contrast to the moralising forces that exploit scandal for power. It’s a message that landed with queer audiences and still feels relevant when conversations about sex work and public shaming return to the headlines.</w:t>
      </w:r>
      <w:r/>
    </w:p>
    <w:p>
      <w:pPr>
        <w:pStyle w:val="Heading2"/>
      </w:pPr>
      <w:r>
        <w:t>How to watch, and what to look for on a rewatch</w:t>
      </w:r>
      <w:r/>
    </w:p>
    <w:p>
      <w:r/>
      <w:r>
        <w:t>Streaming availability is straightforward: rent options include Amazon Prime, Apple TV, Google Play, Vudu and YouTube, so it’s easy to revisit. When you watch, look beyond the jokes: notice camera choices, the choreography’s intimacy, and the editing in ensemble numbers. These are the elements that transform a glossy studio musical into something quietly subversive.</w:t>
      </w:r>
      <w:r/>
    </w:p>
    <w:p>
      <w:r/>
      <w:r>
        <w:t>If you’re curious about context, reading the original stage‑to‑screen history and Colin Higgins’ biography adds layers; his later activism and the foundation set up in his name give the film a bittersweet aftertaste. And yes, bring snacks , the soundtrack is surprisingly hummable.</w:t>
      </w:r>
      <w:r/>
    </w:p>
    <w:p>
      <w:r/>
      <w:r>
        <w:t>It’s a small change in perspective, but it can make every number feel like a discovery.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https://www.queerty.com/this-classic-dolly-parton-musical-features-one-of-the-most-homoerotic-scenes-ever-committed-to-film-20230805/</w:t>
        </w:r>
      </w:hyperlink>
      <w:r>
        <w:t xml:space="preserve"> - Please view link - unable to able to access data</w:t>
      </w:r>
      <w:r/>
    </w:p>
    <w:p>
      <w:pPr>
        <w:pStyle w:val="ListNumber"/>
        <w:spacing w:line="240" w:lineRule="auto"/>
        <w:ind w:left="720"/>
      </w:pPr>
      <w:r/>
      <w:hyperlink r:id="rId10">
        <w:r>
          <w:rPr>
            <w:color w:val="0000EE"/>
            <w:u w:val="single"/>
          </w:rPr>
          <w:t>https://en.wikipedia.org/wiki/The_Best_Little_Whorehouse_in_Texas_(film)</w:t>
        </w:r>
      </w:hyperlink>
      <w:r>
        <w:t xml:space="preserve"> - This Wikipedia article provides comprehensive information about the 1982 film 'The Best Little Whorehouse in Texas,' including details about its production, cast, and reception. Directed by Colin Higgins, the film stars Burt Reynolds and Dolly Parton. It was adapted from a 1978 stage musical and received mixed reviews upon release. The article also covers the film's box office performance and its cultural impact. (</w:t>
      </w:r>
      <w:hyperlink r:id="rId16">
        <w:r>
          <w:rPr>
            <w:color w:val="0000EE"/>
            <w:u w:val="single"/>
          </w:rPr>
          <w:t>en.wikipedia.org</w:t>
        </w:r>
      </w:hyperlink>
      <w:r>
        <w:t>)</w:t>
      </w:r>
      <w:r/>
    </w:p>
    <w:p>
      <w:pPr>
        <w:pStyle w:val="ListNumber"/>
        <w:spacing w:line="240" w:lineRule="auto"/>
        <w:ind w:left="720"/>
      </w:pPr>
      <w:r/>
      <w:hyperlink r:id="rId13">
        <w:r>
          <w:rPr>
            <w:color w:val="0000EE"/>
            <w:u w:val="single"/>
          </w:rPr>
          <w:t>https://www.rottentomatoes.com/m/best_little_whorehouse_in_texas</w:t>
        </w:r>
      </w:hyperlink>
      <w:r>
        <w:t xml:space="preserve"> - This Rotten Tomatoes page offers a collection of critic and audience reviews for 'The Best Little Whorehouse in Texas.' The film holds a 52% rating from critics and a 68% rating from audiences, indicating mixed reactions. The page also provides information on where to watch the film and links to related content. (</w:t>
      </w:r>
      <w:hyperlink r:id="rId17">
        <w:r>
          <w:rPr>
            <w:color w:val="0000EE"/>
            <w:u w:val="single"/>
          </w:rPr>
          <w:t>rottentomatoes.com</w:t>
        </w:r>
      </w:hyperlink>
      <w:r>
        <w:t>)</w:t>
      </w:r>
      <w:r/>
    </w:p>
    <w:p>
      <w:pPr>
        <w:pStyle w:val="ListNumber"/>
        <w:spacing w:line="240" w:lineRule="auto"/>
        <w:ind w:left="720"/>
      </w:pPr>
      <w:r/>
      <w:hyperlink r:id="rId11">
        <w:r>
          <w:rPr>
            <w:color w:val="0000EE"/>
            <w:u w:val="single"/>
          </w:rPr>
          <w:t>https://www.timeout.com/movies/the-best-little-whorehouse-in-texas</w:t>
        </w:r>
      </w:hyperlink>
      <w:r>
        <w:t xml:space="preserve"> - This Time Out review critiques 'The Best Little Whorehouse in Texas,' highlighting its treatment of the brothel as a community institution and its avoidance of sensitive issues. The review notes the film's reliance on stock characters and its musical numbers, while also mentioning a standout performance by Charles Durning as the Governor. (</w:t>
      </w:r>
      <w:hyperlink r:id="rId18">
        <w:r>
          <w:rPr>
            <w:color w:val="0000EE"/>
            <w:u w:val="single"/>
          </w:rPr>
          <w:t>timeout.com</w:t>
        </w:r>
      </w:hyperlink>
      <w:r>
        <w:t>)</w:t>
      </w:r>
      <w:r/>
    </w:p>
    <w:p>
      <w:pPr>
        <w:pStyle w:val="ListNumber"/>
        <w:spacing w:line="240" w:lineRule="auto"/>
        <w:ind w:left="720"/>
      </w:pPr>
      <w:r/>
      <w:hyperlink r:id="rId12">
        <w:r>
          <w:rPr>
            <w:color w:val="0000EE"/>
            <w:u w:val="single"/>
          </w:rPr>
          <w:t>https://www.rogerebert.com/reviews/the-best-little-whorehouse-in-texas-1982</w:t>
        </w:r>
      </w:hyperlink>
      <w:r>
        <w:t xml:space="preserve"> - In this review, Roger Ebert discusses the film's performances, particularly focusing on Dolly Parton's presence and the lack of chemistry between her and Burt Reynolds. He mentions the film's dullness and its failure to fully utilise Parton's talents, giving it a two out of four-star rating. (</w:t>
      </w:r>
      <w:hyperlink r:id="rId19">
        <w:r>
          <w:rPr>
            <w:color w:val="0000EE"/>
            <w:u w:val="single"/>
          </w:rPr>
          <w:t>rogerebert.com</w:t>
        </w:r>
      </w:hyperlink>
      <w:r>
        <w:t>)</w:t>
      </w:r>
      <w:r/>
    </w:p>
    <w:p>
      <w:pPr>
        <w:pStyle w:val="ListNumber"/>
        <w:spacing w:line="240" w:lineRule="auto"/>
        <w:ind w:left="720"/>
      </w:pPr>
      <w:r/>
      <w:hyperlink r:id="rId14">
        <w:r>
          <w:rPr>
            <w:color w:val="0000EE"/>
            <w:u w:val="single"/>
          </w:rPr>
          <w:t>https://www.plotexplained.com/movie/the-best-little-whorehouse-in-texas/</w:t>
        </w:r>
      </w:hyperlink>
      <w:r>
        <w:t xml:space="preserve"> - This article provides a detailed plot summary of 'The Best Little Whorehouse in Texas,' outlining the story of the Chicken Ranch brothel and the challenges it faces from a crusading reporter. It also discusses the film's themes and character dynamics. (</w:t>
      </w:r>
      <w:hyperlink r:id="rId20">
        <w:r>
          <w:rPr>
            <w:color w:val="0000EE"/>
            <w:u w:val="single"/>
          </w:rPr>
          <w:t>plotexplained.com</w:t>
        </w:r>
      </w:hyperlink>
      <w:r>
        <w:t>)</w:t>
      </w:r>
      <w:r/>
    </w:p>
    <w:p>
      <w:pPr>
        <w:pStyle w:val="ListNumber"/>
        <w:spacing w:line="240" w:lineRule="auto"/>
        <w:ind w:left="720"/>
      </w:pPr>
      <w:r/>
      <w:hyperlink r:id="rId15">
        <w:r>
          <w:rPr>
            <w:color w:val="0000EE"/>
            <w:u w:val="single"/>
          </w:rPr>
          <w:t>https://www.youtube.com/watch?v=Uky0VxO1u8Y</w:t>
        </w:r>
      </w:hyperlink>
      <w:r>
        <w:t xml:space="preserve"> - This YouTube video features an audio-only review of 'The Best Little Whorehouse in Texas,' discussing the film's plot, performances, and overall reception. The review provides insights into the film's themes and its place within Dolly Parton's filmography.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is-classic-dolly-parton-musical-features-one-of-the-most-homoerotic-scenes-ever-committed-to-film-20230805/" TargetMode="External"/><Relationship Id="rId10" Type="http://schemas.openxmlformats.org/officeDocument/2006/relationships/hyperlink" Target="https://en.wikipedia.org/wiki/The_Best_Little_Whorehouse_in_Texas_(film)" TargetMode="External"/><Relationship Id="rId11" Type="http://schemas.openxmlformats.org/officeDocument/2006/relationships/hyperlink" Target="https://www.timeout.com/movies/the-best-little-whorehouse-in-texas" TargetMode="External"/><Relationship Id="rId12" Type="http://schemas.openxmlformats.org/officeDocument/2006/relationships/hyperlink" Target="https://www.rogerebert.com/reviews/the-best-little-whorehouse-in-texas-1982" TargetMode="External"/><Relationship Id="rId13" Type="http://schemas.openxmlformats.org/officeDocument/2006/relationships/hyperlink" Target="https://www.rottentomatoes.com/m/best_little_whorehouse_in_texas" TargetMode="External"/><Relationship Id="rId14" Type="http://schemas.openxmlformats.org/officeDocument/2006/relationships/hyperlink" Target="https://www.plotexplained.com/movie/the-best-little-whorehouse-in-texas/" TargetMode="External"/><Relationship Id="rId15" Type="http://schemas.openxmlformats.org/officeDocument/2006/relationships/hyperlink" Target="https://www.youtube.com/watch?v=Uky0VxO1u8Y" TargetMode="External"/><Relationship Id="rId16" Type="http://schemas.openxmlformats.org/officeDocument/2006/relationships/hyperlink" Target="https://en.wikipedia.org/wiki/The_Best_Little_Whorehouse_in_Texas_%28film%29?utm_source=openai" TargetMode="External"/><Relationship Id="rId17" Type="http://schemas.openxmlformats.org/officeDocument/2006/relationships/hyperlink" Target="https://www.rottentomatoes.com/m/best_little_whorehouse_in_texas?utm_source=openai" TargetMode="External"/><Relationship Id="rId18" Type="http://schemas.openxmlformats.org/officeDocument/2006/relationships/hyperlink" Target="https://www.timeout.com/movies/the-best-little-whorehouse-in-texas?utm_source=openai" TargetMode="External"/><Relationship Id="rId19" Type="http://schemas.openxmlformats.org/officeDocument/2006/relationships/hyperlink" Target="https://www.rogerebert.com/reviews/the-best-little-whorehouse-in-texas-1982?utm_source=openai" TargetMode="External"/><Relationship Id="rId20" Type="http://schemas.openxmlformats.org/officeDocument/2006/relationships/hyperlink" Target="https://www.plotexplained.com/movie/the-best-little-whorehouse-in-texa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