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Senior Housing in Maine: Equality Community Center’s New Community Commons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different kind of opening , older LGBTQ+ Mainers finally have a place to call home. The Equality Community Center in Portland has unveiled Community Commons, Maine’s first affordable senior housing community with services tailored to LGBTQ+ older adults, and the waitlist is already packed.</w:t>
      </w:r>
      <w:r/>
    </w:p>
    <w:p>
      <w:r/>
      <w:r>
        <w:t>Essential Takeaways</w:t>
      </w:r>
      <w:r/>
      <w:r/>
    </w:p>
    <w:p>
      <w:pPr>
        <w:pStyle w:val="ListBullet"/>
        <w:spacing w:line="240" w:lineRule="auto"/>
        <w:ind w:left="720"/>
      </w:pPr>
      <w:r/>
      <w:r>
        <w:rPr>
          <w:b/>
        </w:rPr>
        <w:t>Location and scale:</w:t>
      </w:r>
      <w:r>
        <w:t xml:space="preserve"> Community Commons sits on Casco Street in Portland and offers 54 affordable units for residents aged 55 and up.</w:t>
      </w:r>
      <w:r/>
    </w:p>
    <w:p>
      <w:pPr>
        <w:pStyle w:val="ListBullet"/>
        <w:spacing w:line="240" w:lineRule="auto"/>
        <w:ind w:left="720"/>
      </w:pPr>
      <w:r/>
      <w:r>
        <w:rPr>
          <w:b/>
        </w:rPr>
        <w:t>Affordability:</w:t>
      </w:r>
      <w:r>
        <w:t xml:space="preserve"> Units are targeted to households earning roughly 50–60% of Greater Portland’s median income, making them realistically within reach for many seniors on fixed incomes.</w:t>
      </w:r>
      <w:r/>
    </w:p>
    <w:p>
      <w:pPr>
        <w:pStyle w:val="ListBullet"/>
        <w:spacing w:line="240" w:lineRule="auto"/>
        <w:ind w:left="720"/>
      </w:pPr>
      <w:r/>
      <w:r>
        <w:rPr>
          <w:b/>
        </w:rPr>
        <w:t>Inclusive services:</w:t>
      </w:r>
      <w:r>
        <w:t xml:space="preserve"> The building pairs housing with supportive programming aimed at LGBTQ+ older adults, though residents of any sexual orientation or gender identity can apply.</w:t>
      </w:r>
      <w:r/>
    </w:p>
    <w:p>
      <w:pPr>
        <w:pStyle w:val="ListBullet"/>
        <w:spacing w:line="240" w:lineRule="auto"/>
        <w:ind w:left="720"/>
      </w:pPr>
      <w:r/>
      <w:r>
        <w:rPr>
          <w:b/>
        </w:rPr>
        <w:t>Demand is high:</w:t>
      </w:r>
      <w:r>
        <w:t xml:space="preserve"> More than 250 people have already signed up for the waitlist, and some apartments are already occupied.</w:t>
      </w:r>
      <w:r/>
    </w:p>
    <w:p>
      <w:pPr>
        <w:pStyle w:val="ListBullet"/>
        <w:spacing w:line="240" w:lineRule="auto"/>
        <w:ind w:left="720"/>
      </w:pPr>
      <w:r/>
      <w:r>
        <w:rPr>
          <w:b/>
        </w:rPr>
        <w:t>Safety and history:</w:t>
      </w:r>
      <w:r>
        <w:t xml:space="preserve"> The project grew from a recognised need , many older LGBTQ+ people faced discrimination earlier in life and need safe, affirming housing now.</w:t>
      </w:r>
      <w:r/>
      <w:r/>
    </w:p>
    <w:p>
      <w:pPr>
        <w:pStyle w:val="Heading2"/>
      </w:pPr>
      <w:r>
        <w:t>Why this matters: safety, dignity and something long overdue</w:t>
      </w:r>
      <w:r/>
    </w:p>
    <w:p>
      <w:r/>
      <w:r>
        <w:t>Portland’s Community Commons lands as a practical, tactile response to years of exclusion; the building looks calm and welcoming, and inside it aims to feel that way too. According to reporting from local outlets, the Equality Community Center marked the opening with a ribbon-cutting on 19 August, and the emotion was obvious , for many attendees this isn’t just housing, it’s safety and dignity secured. For older LGBTQ+ people who remember refusals and hostility, the simple relief of a stable home is powerful.</w:t>
      </w:r>
      <w:r/>
    </w:p>
    <w:p>
      <w:r/>
      <w:r>
        <w:t>Backstory: grassroots organising and shifting policy made this possible. The Equality Community Center pushed the idea for years, and local partners and funders came on board. Industry coverage places the project within a broader trend of cities adding targeted affordable housing options for marginalised seniors. Practical tip: if you or someone you support needs a spot, get on the waitlist sooner rather than later , demand is high.</w:t>
      </w:r>
      <w:r/>
    </w:p>
    <w:p>
      <w:pPr>
        <w:pStyle w:val="Heading2"/>
      </w:pPr>
      <w:r>
        <w:t>Who can move in , and how the residency works</w:t>
      </w:r>
      <w:r/>
    </w:p>
    <w:p>
      <w:r/>
      <w:r>
        <w:t>Community Commons is aimed at people 55 and older, but it’s explicitly open to all sexual orientations and gender identities; the focus on LGBTQ+ needs simply shapes programming and support. The 54 units are income-restricted, set for households at about 50–60% of area median income, which helps keep rents affordable for people on Social Security or modest pensions.</w:t>
      </w:r>
      <w:r/>
    </w:p>
    <w:p>
      <w:r/>
      <w:r>
        <w:t>The Equality Community Center runs housing intake and keeps an active FAQ and application portal online. If you’re considering applying, gather income documentation and ID early, and check whether local preferences or priorities apply , that can shorten waiting time. And remember: some apartments are already occupied, proving the model works in practice, not just on paper.</w:t>
      </w:r>
      <w:r/>
    </w:p>
    <w:p>
      <w:pPr>
        <w:pStyle w:val="Heading2"/>
      </w:pPr>
      <w:r>
        <w:t>What life in the building will feel like</w:t>
      </w:r>
      <w:r/>
    </w:p>
    <w:p>
      <w:r/>
      <w:r>
        <w:t>Expect community-focused services beside the usual amenities. The centre plans programming tailored to social connection, health navigation and supportive services, so the loudest selling point is less about a kitchenette and more about neighbours who understand one another. Residents told reporters they appreciated the “equal” and “safe” messaging; for many, the quiet comfort of a judgement-free hallway matters as much as the rent.</w:t>
      </w:r>
      <w:r/>
    </w:p>
    <w:p>
      <w:r/>
      <w:r>
        <w:t>Compare this to generic senior housing and the difference is subtle but real: staff training, targeted outreach, and an on-site ally organisation shift the atmosphere. Practical advice for visitors: be prepared for warm, intentional programming like peer support groups and events that celebrate queer histories and cultures.</w:t>
      </w:r>
      <w:r/>
    </w:p>
    <w:p>
      <w:pPr>
        <w:pStyle w:val="Heading2"/>
      </w:pPr>
      <w:r>
        <w:t>Where this fits in the wider housing picture</w:t>
      </w:r>
      <w:r/>
    </w:p>
    <w:p>
      <w:r/>
      <w:r>
        <w:t>Portland’s move is part of a growing municipal and non-profit effort to meet the needs of ageing, marginalised populations. Coverage by planning and local news outlets notes similar projects popping up elsewhere as advocates push for culturally competent options for seniors. That pressure comes as housing costs rise and an increasing share of older adults need affordable, supportive living.</w:t>
      </w:r>
      <w:r/>
    </w:p>
    <w:p>
      <w:r/>
      <w:r>
        <w:t>Policy watchers say targeted housing can reduce isolation, improve health outcomes and cut costly emergency care , reasons funders are paying attention. If you work in housing or elder care, this model may be worth watching or replicating: it combines affordability with community-based supports in a modest but replicable footprint.</w:t>
      </w:r>
      <w:r/>
    </w:p>
    <w:p>
      <w:pPr>
        <w:pStyle w:val="Heading2"/>
      </w:pPr>
      <w:r>
        <w:t>How to apply, support or learn more</w:t>
      </w:r>
      <w:r/>
    </w:p>
    <w:p>
      <w:r/>
      <w:r>
        <w:t>If you’re interested, head to the Equality Community Center’s housing pages and FAQ for application details and eligibility guides. The waitlist is open and already includes hundreds; getting on it early is the single best move. And if you’re a neighbour or philanthropist, consider volunteering or donating to sustain the supportive services that make the building more than four walls.</w:t>
      </w:r>
      <w:r/>
    </w:p>
    <w:p>
      <w:r/>
      <w:r>
        <w:t>This isn’t a full solution to Maine’s housing crunch, but it’s an important, human step , and for many older LGBTQ+ Mainers, a reassuring one.</w:t>
      </w:r>
      <w:r/>
    </w:p>
    <w:p>
      <w:r/>
      <w:r>
        <w:t>It's a small change that can make every future evening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https://bostonspiritmagazine.com/2026/08/equality-community-center-of-maine-opens-first-in-state-lgbtq-senior-housing-community/?utm_source=rss&amp;utm_medium=rss&amp;utm_campaign=equality-community-center-of-maine-opens-first-in-state-lgbtq-senior-housing-community</w:t>
        </w:r>
      </w:hyperlink>
      <w:r>
        <w:t xml:space="preserve"> - Please view link - unable to able to access data</w:t>
      </w:r>
      <w:r/>
    </w:p>
    <w:p>
      <w:pPr>
        <w:pStyle w:val="ListNumber"/>
        <w:spacing w:line="240" w:lineRule="auto"/>
        <w:ind w:left="720"/>
      </w:pPr>
      <w:r/>
      <w:hyperlink r:id="rId10">
        <w:r>
          <w:rPr>
            <w:color w:val="0000EE"/>
            <w:u w:val="single"/>
          </w:rPr>
          <w:t>https://eccmaine.org/housing</w:t>
        </w:r>
      </w:hyperlink>
      <w:r>
        <w:t xml:space="preserve"> - Equality Commons is Maine's first affordable senior housing community with supportive services for LGBTQ+ older adults. Located at 25 Casco Street in Portland, the 54-unit complex offers efficiency, one-bedroom, and two-bedroom apartments. Nineteen units are accessible, exceeding the required number. The project aims to provide inclusive housing for all, with special support services and programming for LGBTQ+ older adults. The building's proximity to the Equality Community Center ensures residents have access to social services, healthcare, transportation, entertainment, and recreation. The waitlist is open, with over 250 people already joined.</w:t>
      </w:r>
      <w:r/>
    </w:p>
    <w:p>
      <w:pPr>
        <w:pStyle w:val="ListNumber"/>
        <w:spacing w:line="240" w:lineRule="auto"/>
        <w:ind w:left="720"/>
      </w:pPr>
      <w:r/>
      <w:hyperlink r:id="rId13">
        <w:r>
          <w:rPr>
            <w:color w:val="0000EE"/>
            <w:u w:val="single"/>
          </w:rPr>
          <w:t>https://eccmaine.org/housing-faqs</w:t>
        </w:r>
      </w:hyperlink>
      <w:r>
        <w:t xml:space="preserve"> - The Equality Community Center's FAQ page provides detailed information about Equality Commons, Maine's first affordable senior housing community with services for LGBTQ+ older adults. The page addresses questions about eligibility, application processes, and the community's inclusivity. It clarifies that while the housing is designed to be inclusive and affirming of LGBTQ+ older adults, it is open to everyone who meets the age and income eligibility requirements. Residents are required to sign a non-discrimination pledge, which will be strictly enforced.</w:t>
      </w:r>
      <w:r/>
    </w:p>
    <w:p>
      <w:pPr>
        <w:pStyle w:val="ListNumber"/>
        <w:spacing w:line="240" w:lineRule="auto"/>
        <w:ind w:left="720"/>
      </w:pPr>
      <w:r/>
      <w:hyperlink r:id="rId12">
        <w:r>
          <w:rPr>
            <w:color w:val="0000EE"/>
            <w:u w:val="single"/>
          </w:rPr>
          <w:t>https://www.themainewire.com/2026/08/maines-first-lgbtq-focused-affordable-senior-housing-complex-opens-in-portland/</w:t>
        </w:r>
      </w:hyperlink>
      <w:r>
        <w:t xml:space="preserve"> - Maine's first affordable senior housing development designed specifically to provide an LGBTQ+-affirming community, Equality Commons, celebrated its grand opening in downtown Portland. The five-story apartment building at 25 Casco Street offers 54 income-restricted apartments for residents aged 55 and older, with additional programming and services geared toward LGBTQ+ seniors. The development includes efficiency, one-bedroom, and two-bedroom apartments, with 19 units being accessible. The project aims to address the shortage of affordable housing for older Mainers, particularly those in the LGBTQ+ community.</w:t>
      </w:r>
      <w:r/>
    </w:p>
    <w:p>
      <w:pPr>
        <w:pStyle w:val="ListNumber"/>
        <w:spacing w:line="240" w:lineRule="auto"/>
        <w:ind w:left="720"/>
      </w:pPr>
      <w:r/>
      <w:hyperlink r:id="rId14">
        <w:r>
          <w:rPr>
            <w:color w:val="0000EE"/>
            <w:u w:val="single"/>
          </w:rPr>
          <w:t>https://www.planetizen.com/news/2026/08/138255-portland-unveils-maines-first-affordable-housing-complex-lgbtq-seniors</w:t>
        </w:r>
      </w:hyperlink>
      <w:r>
        <w:t xml:space="preserve"> - Portland, Maine, has unveiled its first affordable housing complex specifically intended for LGBTQ+ older adults. Equality Commons, located adjacent to the Equality Community Center, comprises 54 units, 19 of which are accessible. Eleven units are designated for people with disabilities or living with HIV/AIDS. While the complex is intended for LGBTQ+ residents, admission is not restricted to LGBTQ+ people. Applicants must have at least one household member aged 55 or older and meet income requirements. The development aims to provide affordable housing and community support for older LGBTQ+ adults.</w:t>
      </w:r>
      <w:r/>
    </w:p>
    <w:p>
      <w:pPr>
        <w:pStyle w:val="ListNumber"/>
        <w:spacing w:line="240" w:lineRule="auto"/>
        <w:ind w:left="720"/>
      </w:pPr>
      <w:r/>
      <w:hyperlink r:id="rId11">
        <w:r>
          <w:rPr>
            <w:color w:val="0000EE"/>
            <w:u w:val="single"/>
          </w:rPr>
          <w:t>https://www.wmtw.com/article/equality-commons-affordable-senior-housing-portland/73469450</w:t>
        </w:r>
      </w:hyperlink>
      <w:r>
        <w:t xml:space="preserve"> - Equality Commons, a new affordable and inclusive senior housing community, has opened in downtown Portland, Maine. Located at 25 Casco Street next to the Equality Community Center, the 54-unit development offers affordable apartments for people aged 55 and older, with support services and programming for LGBTQ+ residents. The five-story development includes efficiency, one-bedroom, and two-bedroom apartments, with 19 units being accessible. The housing is open to eligible older adults regardless of sexual orientation, while residents can also access services and programming through the neighboring Equality Community Center.</w:t>
      </w:r>
      <w:r/>
    </w:p>
    <w:p>
      <w:pPr>
        <w:pStyle w:val="ListNumber"/>
        <w:spacing w:line="240" w:lineRule="auto"/>
        <w:ind w:left="720"/>
      </w:pPr>
      <w:r/>
      <w:hyperlink r:id="rId15">
        <w:r>
          <w:rPr>
            <w:color w:val="0000EE"/>
            <w:u w:val="single"/>
          </w:rPr>
          <w:t>https://baysideportland.org/2026/08/18/equality-commons-opens-in-bayside/</w:t>
        </w:r>
      </w:hyperlink>
      <w:r>
        <w:t xml:space="preserve"> - The Equality Community Center (ECC) celebrated the grand opening of Equality Commons, a 54-unit affordable senior housing community at 25 Casco Street in downtown Portland. The ribbon-cutting ceremony took place on August 19, 2026. Equality Commons is Maine's first affordable senior housing community developed in partnership with an LGBTQ+ community center, offering programs and services specifically designed to support LGBTQ+ older adults. The project adds 54 affordable homes for residents aged 55 and older, contributing to the City of Portland's efforts to address its shortage of affordable housing.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equality-community-center-of-maine-opens-first-in-state-lgbtq-senior-housing-community/?utm_source=rss&amp;utm_medium=rss&amp;utm_campaign=equality-community-center-of-maine-opens-first-in-state-lgbtq-senior-housing-community" TargetMode="External"/><Relationship Id="rId10" Type="http://schemas.openxmlformats.org/officeDocument/2006/relationships/hyperlink" Target="https://eccmaine.org/housing" TargetMode="External"/><Relationship Id="rId11" Type="http://schemas.openxmlformats.org/officeDocument/2006/relationships/hyperlink" Target="https://www.wmtw.com/article/equality-commons-affordable-senior-housing-portland/73469450" TargetMode="External"/><Relationship Id="rId12" Type="http://schemas.openxmlformats.org/officeDocument/2006/relationships/hyperlink" Target="https://www.themainewire.com/2026/08/maines-first-lgbtq-focused-affordable-senior-housing-complex-opens-in-portland/" TargetMode="External"/><Relationship Id="rId13" Type="http://schemas.openxmlformats.org/officeDocument/2006/relationships/hyperlink" Target="https://eccmaine.org/housing-faqs" TargetMode="External"/><Relationship Id="rId14" Type="http://schemas.openxmlformats.org/officeDocument/2006/relationships/hyperlink" Target="https://www.planetizen.com/news/2026/08/138255-portland-unveils-maines-first-affordable-housing-complex-lgbtq-seniors" TargetMode="External"/><Relationship Id="rId15" Type="http://schemas.openxmlformats.org/officeDocument/2006/relationships/hyperlink" Target="https://baysideportland.org/2026/08/18/equality-commons-opens-in-bays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