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KLM Pride Flight Experience from Amsterdam to Berlin for CSD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alike have been buzzing: KLM’s dedicated Pride Flight from Amsterdam to Berlin turned a routine morning into a vibrant prelude to CSD 2026, bringing crew, passengers and the airline’s Over the Rainbow network together , and showing how an airline can make Pride feel both festive and meaningful.</w:t>
      </w:r>
      <w:r/>
    </w:p>
    <w:p>
      <w:r/>
      <w:r>
        <w:t>Essential Takeaways</w:t>
      </w:r>
      <w:r/>
      <w:r/>
    </w:p>
    <w:p>
      <w:pPr>
        <w:pStyle w:val="ListBullet"/>
        <w:spacing w:line="240" w:lineRule="auto"/>
        <w:ind w:left="720"/>
      </w:pPr>
      <w:r/>
      <w:r>
        <w:rPr>
          <w:b/>
        </w:rPr>
        <w:t>Bright, early atmosphere:</w:t>
      </w:r>
      <w:r>
        <w:t xml:space="preserve"> a 7 a.m. departure lounge felt like a mini Pride party, with colourful uniforms and upbeat energy.</w:t>
      </w:r>
      <w:r/>
    </w:p>
    <w:p>
      <w:pPr>
        <w:pStyle w:val="ListBullet"/>
        <w:spacing w:line="240" w:lineRule="auto"/>
        <w:ind w:left="720"/>
      </w:pPr>
      <w:r/>
      <w:r>
        <w:rPr>
          <w:b/>
        </w:rPr>
        <w:t>Airline backing:</w:t>
      </w:r>
      <w:r>
        <w:t xml:space="preserve"> KLM flew the special Amsterdam–Berlin service as part of its WorldPride partnerships and broader LGBTIQ+ support.</w:t>
      </w:r>
      <w:r/>
    </w:p>
    <w:p>
      <w:pPr>
        <w:pStyle w:val="ListBullet"/>
        <w:spacing w:line="240" w:lineRule="auto"/>
        <w:ind w:left="720"/>
      </w:pPr>
      <w:r/>
      <w:r>
        <w:rPr>
          <w:b/>
        </w:rPr>
        <w:t>Content-ready moments:</w:t>
      </w:r>
      <w:r>
        <w:t xml:space="preserve"> the flight offered plenty of photo ops, from group selfies at Berlin’s BER to on-board celebrations.</w:t>
      </w:r>
      <w:r/>
    </w:p>
    <w:p>
      <w:pPr>
        <w:pStyle w:val="ListBullet"/>
        <w:spacing w:line="240" w:lineRule="auto"/>
        <w:ind w:left="720"/>
      </w:pPr>
      <w:r/>
      <w:r>
        <w:rPr>
          <w:b/>
        </w:rPr>
        <w:t>Practical route:</w:t>
      </w:r>
      <w:r>
        <w:t xml:space="preserve"> the Amsterdam to Berlin hop is a short, convenient flight that works well as a Pride weekend starter.</w:t>
      </w:r>
      <w:r/>
    </w:p>
    <w:p>
      <w:pPr>
        <w:pStyle w:val="ListBullet"/>
        <w:spacing w:line="240" w:lineRule="auto"/>
        <w:ind w:left="720"/>
      </w:pPr>
      <w:r/>
      <w:r>
        <w:rPr>
          <w:b/>
        </w:rPr>
        <w:t>Inclusive message:</w:t>
      </w:r>
      <w:r>
        <w:t xml:space="preserve"> the event highlighted KLM’s internal “Over the Rainbow” employee network and long-term commitment.</w:t>
      </w:r>
      <w:r/>
      <w:r/>
    </w:p>
    <w:p>
      <w:pPr>
        <w:pStyle w:val="Heading2"/>
      </w:pPr>
      <w:r>
        <w:t>A sunrise that felt like a party , the opening moment</w:t>
      </w:r>
      <w:r/>
    </w:p>
    <w:p>
      <w:r/>
      <w:r>
        <w:t>You know a trip is going to be different when the airport gate looks less like a waiting area and more like a street celebration, all before most shops have opened. According to on-board reports, KLM’s Pride Flight turned Schiphol into a cheerful, colourful space at 7 a.m., with crew, staff and passengers sharing smiles, selfies and coffee. The sensory detail matters , the bright blue of KLM uniforms mixed with rainbow accessories made everything feel intentionally joyful. For anyone who’s ever wondered how to kick off Pride weekend with momentum, this was a textbook example.</w:t>
      </w:r>
      <w:r/>
    </w:p>
    <w:p>
      <w:pPr>
        <w:pStyle w:val="Heading2"/>
      </w:pPr>
      <w:r>
        <w:t>Why KLM is flying Pride , context and airline intent</w:t>
      </w:r>
      <w:r/>
    </w:p>
    <w:p>
      <w:r/>
      <w:r>
        <w:t>KLM’s special flights aren’t a one-off photo op; they sit within a wider partnership with WorldPride Amsterdam 2026 and visible support for its Over the Rainbow employee network. The airline has been partnering with Pride events for years, and this flight is a clear example of corporate backing that’s both public-facing and internal. For passengers, that means the celebratory tone isn’t just for show , it’s supported by staff engagement and company policy. If you value travelling with brands that visibly back inclusivity, this signalling matters.</w:t>
      </w:r>
      <w:r/>
    </w:p>
    <w:p>
      <w:pPr>
        <w:pStyle w:val="Heading2"/>
      </w:pPr>
      <w:r>
        <w:t>How the route works for a Pride weekend , short, practical and festive</w:t>
      </w:r>
      <w:r/>
    </w:p>
    <w:p>
      <w:r/>
      <w:r>
        <w:t>Amsterdam to Berlin is a short hop that’s cleverly timed for festival-goers: fly in early, enjoy the day, and be ready for CSD events the following day. KLM’s schedule makes the logistics easy , it’s the sort of itinerary where the flight itself becomes part of the weekend rather than just transit. For practical travellers, pick a seat that gives you quick exit access at BER, and carry a small camera or phone with plenty of battery , these flights are full of shareable moments.</w:t>
      </w:r>
      <w:r/>
    </w:p>
    <w:p>
      <w:pPr>
        <w:pStyle w:val="Heading2"/>
      </w:pPr>
      <w:r>
        <w:t>The passenger experience , smiles, selfies and subtle rituals</w:t>
      </w:r>
      <w:r/>
    </w:p>
    <w:p>
      <w:r/>
      <w:r>
        <w:t>Passengers reported warm interactions with crew and organised moments for group photos, including a memorable selfie in front of a KLM Cityhopper at BER. That kind of human touch , crew visibly wearing rainbow insignia, announcements that salute Pride , creates an emotional lift. For people who prefer low-key travel, the flight still worked: the celebratory elements felt inclusive rather than intrusive. If you’re joining a themed flight, bring a small accessory to participate; it’s an easy way to feel part of the crowd.</w:t>
      </w:r>
      <w:r/>
    </w:p>
    <w:p>
      <w:pPr>
        <w:pStyle w:val="Heading2"/>
      </w:pPr>
      <w:r>
        <w:t>What this means for Pride travel going forward</w:t>
      </w:r>
      <w:r/>
    </w:p>
    <w:p>
      <w:r/>
      <w:r>
        <w:t>KLM’s Pride Flight is part spectacle and part strategy, signalling that mainstream carriers can host joyful, identity-led services without losing their day-to-day reliability. It’s also a reminder that corporate partnerships with WorldPride and similar events can translate into real moments for employees and customers. Looking ahead, other airlines may follow with their own themed services, and travellers should expect more opportunities to make the journey itself a highlight of Pride season.</w:t>
      </w:r>
      <w:r/>
    </w:p>
    <w:p>
      <w:r/>
      <w:r>
        <w:t>It's a small change that can make an entire Pride weekend start on a brighter note.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https://coupleofmen.com/59422-klm-pride-flight-amsterdam-berlin-csd-2026/</w:t>
        </w:r>
      </w:hyperlink>
      <w:r>
        <w:t xml:space="preserve"> - Please view link - unable to able to access data</w:t>
      </w:r>
      <w:r/>
    </w:p>
    <w:p>
      <w:pPr>
        <w:pStyle w:val="ListNumber"/>
        <w:spacing w:line="240" w:lineRule="auto"/>
        <w:ind w:left="720"/>
      </w:pPr>
      <w:r/>
      <w:hyperlink r:id="rId10">
        <w:r>
          <w:rPr>
            <w:color w:val="0000EE"/>
            <w:u w:val="single"/>
          </w:rPr>
          <w:t>https://news.klm.com/klm-and-delta-mark-the-start-of-worldpride-amsterdam-2026-with-euronext-opening-bell/</w:t>
        </w:r>
      </w:hyperlink>
      <w:r>
        <w:t xml:space="preserve"> - KLM and Delta Air Lines marked the commencement of WorldPride Amsterdam 2026 by ringing the opening bell at Euronext Amsterdam. This ceremony highlighted their roles as official partners of WorldPride Amsterdam, scheduled from July 25 to August 8, 2026. Frédérique Pelger, Vice President Benelux, Dutch Caribbean &amp; Suriname at KLM, expressed pride in supporting an event that embodies connection, acceptance, and the freedom to be oneself unconditionally. The partnership aims to connect people from all 160 KLM destinations with Amsterdam during this significant event.</w:t>
      </w:r>
      <w:r/>
    </w:p>
    <w:p>
      <w:pPr>
        <w:pStyle w:val="ListNumber"/>
        <w:spacing w:line="240" w:lineRule="auto"/>
        <w:ind w:left="720"/>
      </w:pPr>
      <w:r/>
      <w:hyperlink r:id="rId12">
        <w:r>
          <w:rPr>
            <w:color w:val="0000EE"/>
            <w:u w:val="single"/>
          </w:rPr>
          <w:t>https://news.klm.com/klm-and-delta-air-lines-are-the-official-airline-partners-of-worldpride-2026-in-amsterdam/</w:t>
        </w:r>
      </w:hyperlink>
      <w:r>
        <w:t xml:space="preserve"> - KLM and Delta Air Lines have been announced as the official airline partners for WorldPride 2026 in Amsterdam. The event is expected to attract approximately two million visitors and will celebrate 25 years since the legalization of same-sex marriage in the Netherlands. As official partners, KLM and Delta Air Lines will bring thousands of passengers from around the world to Amsterdam, underscoring their commitment to diversity, equality, and inclusion.</w:t>
      </w:r>
      <w:r/>
    </w:p>
    <w:p>
      <w:pPr>
        <w:pStyle w:val="ListNumber"/>
        <w:spacing w:line="240" w:lineRule="auto"/>
        <w:ind w:left="720"/>
      </w:pPr>
      <w:r/>
      <w:hyperlink r:id="rId11">
        <w:r>
          <w:rPr>
            <w:color w:val="0000EE"/>
            <w:u w:val="single"/>
          </w:rPr>
          <w:t>https://news.klm.com/klm-brings-its-partnership-with-worldpride-amsterdam-2026-to-life/</w:t>
        </w:r>
      </w:hyperlink>
      <w:r>
        <w:t xml:space="preserve"> - KLM is actively bringing its partnership with WorldPride Amsterdam 2026 to life through various initiatives. Together with Delta Air Lines, KLM will have a visible presence throughout WorldPride, including participating in the Canal Parade, hosting a booth at WorldPride Village on Museumplein, and marching in the WorldPride March. KLM's involvement underscores the importance of creating an environment where everyone feels welcome, respected, and safe, both onboard and in the workplace.</w:t>
      </w:r>
      <w:r/>
    </w:p>
    <w:p>
      <w:pPr>
        <w:pStyle w:val="ListNumber"/>
        <w:spacing w:line="240" w:lineRule="auto"/>
        <w:ind w:left="720"/>
      </w:pPr>
      <w:r/>
      <w:hyperlink r:id="rId14">
        <w:r>
          <w:rPr>
            <w:color w:val="0000EE"/>
            <w:u w:val="single"/>
          </w:rPr>
          <w:t>https://www.klm.nl/en-nl/flights-from-amsterdam-to-berlin</w:t>
        </w:r>
      </w:hyperlink>
      <w:r>
        <w:t xml:space="preserve"> - KLM offers flights from Amsterdam to Berlin, with fares starting from EUR143 for a round-trip in Economy Class. The flights are operated by KLM Cityhopper, providing a comfortable journey between the two cities. Passengers can enjoy seamless travel with timely updates and automatic rebooking, ensuring a smooth experience. The flights are scheduled to accommodate various travel dates, offering flexibility for travellers planning their trips to Berlin.</w:t>
      </w:r>
      <w:r/>
    </w:p>
    <w:p>
      <w:pPr>
        <w:pStyle w:val="ListNumber"/>
        <w:spacing w:line="240" w:lineRule="auto"/>
        <w:ind w:left="720"/>
      </w:pPr>
      <w:r/>
      <w:hyperlink r:id="rId13">
        <w:r>
          <w:rPr>
            <w:color w:val="0000EE"/>
            <w:u w:val="single"/>
          </w:rPr>
          <w:t>https://experience.klm.com/br_en</w:t>
        </w:r>
      </w:hyperlink>
      <w:r>
        <w:t xml:space="preserve"> - KLM has launched a dedicated platform for WorldPride Amsterdam, offering a 'home away from home' experience for visitors. The platform provides information on KLM's Pride flights, including the LGBTQIA+ crew flight to Toronto on 28 June and the KLM Cityhopper flight to Berlin for Christopher Street Day on 24 July. Additionally, KLM Pride House offers a safe and welcoming space for community members during the festivities in Amsterdam, ensuring a true sense of belonging.</w:t>
      </w:r>
      <w:r/>
    </w:p>
    <w:p>
      <w:pPr>
        <w:pStyle w:val="ListNumber"/>
        <w:spacing w:line="240" w:lineRule="auto"/>
        <w:ind w:left="720"/>
      </w:pPr>
      <w:r/>
      <w:hyperlink r:id="rId15">
        <w:r>
          <w:rPr>
            <w:color w:val="0000EE"/>
            <w:u w:val="single"/>
          </w:rPr>
          <w:t>https://info.flightmapper.net/flight/KLM_KL_1785</w:t>
        </w:r>
      </w:hyperlink>
      <w:r>
        <w:t xml:space="preserve"> - KLM flight KL 1785 operates direct flights from Amsterdam (AMS) to Berlin (BER). The flight schedule varies throughout the year, with daily departures at 20:55 from Amsterdam, arriving in Berlin at 22:10. The flight duration is approximately 1 hour and 15 minutes, and the aircraft used is typically a Boeing 737-800. Passengers can check the specific schedule and availability for their intended travel dates to plan their journey accordingly.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upleofmen.com/59422-klm-pride-flight-amsterdam-berlin-csd-2026/" TargetMode="External"/><Relationship Id="rId10" Type="http://schemas.openxmlformats.org/officeDocument/2006/relationships/hyperlink" Target="https://news.klm.com/klm-and-delta-mark-the-start-of-worldpride-amsterdam-2026-with-euronext-opening-bell/" TargetMode="External"/><Relationship Id="rId11" Type="http://schemas.openxmlformats.org/officeDocument/2006/relationships/hyperlink" Target="https://news.klm.com/klm-brings-its-partnership-with-worldpride-amsterdam-2026-to-life/" TargetMode="External"/><Relationship Id="rId12" Type="http://schemas.openxmlformats.org/officeDocument/2006/relationships/hyperlink" Target="https://news.klm.com/klm-and-delta-air-lines-are-the-official-airline-partners-of-worldpride-2026-in-amsterdam/" TargetMode="External"/><Relationship Id="rId13" Type="http://schemas.openxmlformats.org/officeDocument/2006/relationships/hyperlink" Target="https://experience.klm.com/br_en" TargetMode="External"/><Relationship Id="rId14" Type="http://schemas.openxmlformats.org/officeDocument/2006/relationships/hyperlink" Target="https://www.klm.nl/en-nl/flights-from-amsterdam-to-berlin" TargetMode="External"/><Relationship Id="rId15" Type="http://schemas.openxmlformats.org/officeDocument/2006/relationships/hyperlink" Target="https://info.flightmapper.net/flight/KLM_KL_17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