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RuPaul’s Drag Race Stars Who Came Out as Trans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the names: fans are revisiting RuPaul’s Drag Race as more performers have publicly embraced trans identities after competing, and it matters because representation reshapes conversations about gender, artistry and community. Here’s a concise, visual roundup of who came out when, why it resonates, and what it means for the culture around the show.</w:t>
      </w:r>
      <w:r/>
    </w:p>
    <w:p>
      <w:r/>
      <w:r>
        <w:t>Essential Takeaways</w:t>
      </w:r>
      <w:r/>
      <w:r/>
    </w:p>
    <w:p>
      <w:pPr>
        <w:pStyle w:val="ListBullet"/>
        <w:spacing w:line="240" w:lineRule="auto"/>
        <w:ind w:left="720"/>
      </w:pPr>
      <w:r/>
      <w:r>
        <w:rPr>
          <w:b/>
        </w:rPr>
        <w:t>Broad shift:</w:t>
      </w:r>
      <w:r>
        <w:t xml:space="preserve"> More than 20 Drag Race alum have publicly come out as trans on or after appearing, changing how audiences understand the show.</w:t>
      </w:r>
      <w:r/>
    </w:p>
    <w:p>
      <w:pPr>
        <w:pStyle w:val="ListBullet"/>
        <w:spacing w:line="240" w:lineRule="auto"/>
        <w:ind w:left="720"/>
      </w:pPr>
      <w:r/>
      <w:r>
        <w:rPr>
          <w:b/>
        </w:rPr>
        <w:t>Global cast:</w:t>
      </w:r>
      <w:r>
        <w:t xml:space="preserve"> Contestants from the US and international spinoffs, including Canada, UK and beyond, feature among those who transitioned.</w:t>
      </w:r>
      <w:r/>
    </w:p>
    <w:p>
      <w:pPr>
        <w:pStyle w:val="ListBullet"/>
        <w:spacing w:line="240" w:lineRule="auto"/>
        <w:ind w:left="720"/>
      </w:pPr>
      <w:r/>
      <w:r>
        <w:rPr>
          <w:b/>
        </w:rPr>
        <w:t>Career impact:</w:t>
      </w:r>
      <w:r>
        <w:t xml:space="preserve"> Coming out has often led to new creative directions, advocacy work and fresh public profiles.</w:t>
      </w:r>
      <w:r/>
    </w:p>
    <w:p>
      <w:pPr>
        <w:pStyle w:val="ListBullet"/>
        <w:spacing w:line="240" w:lineRule="auto"/>
        <w:ind w:left="720"/>
      </w:pPr>
      <w:r/>
      <w:r>
        <w:rPr>
          <w:b/>
        </w:rPr>
        <w:t>Viewer takeaway:</w:t>
      </w:r>
      <w:r>
        <w:t xml:space="preserve"> Fans notice emotional honesty on screen and off; reactions range from supportive to contentious, affecting discussion around the franchise.</w:t>
      </w:r>
      <w:r/>
    </w:p>
    <w:p>
      <w:pPr>
        <w:pStyle w:val="ListBullet"/>
        <w:spacing w:line="240" w:lineRule="auto"/>
        <w:ind w:left="720"/>
      </w:pPr>
      <w:r/>
      <w:r>
        <w:rPr>
          <w:b/>
        </w:rPr>
        <w:t>Practical note:</w:t>
      </w:r>
      <w:r>
        <w:t xml:space="preserve"> If you’re catching up, expect a mix of career timelines, interviews and personal statements spanning several years.</w:t>
      </w:r>
      <w:r/>
      <w:r/>
    </w:p>
    <w:p>
      <w:pPr>
        <w:pStyle w:val="Heading2"/>
      </w:pPr>
      <w:r>
        <w:t>Why this matters: representation on a mainstream stage</w:t>
      </w:r>
      <w:r/>
    </w:p>
    <w:p>
      <w:r/>
      <w:r>
        <w:t>The strongest takeaway here is simple: visibility changes lives. According to wider reporting and the Drag Race archive, contestants who came out as trans have used the platform to reach bigger audiences and normalise trans experiences. That shift feels tangible when you watch interviews or social feeds, where the tone is often quietly proud and honest. For many viewers, hearing a performer’s journey, how makeup, wardrobe and stagecraft intersect with gender identity, brings both comfort and curiosity.</w:t>
      </w:r>
      <w:r/>
    </w:p>
    <w:p>
      <w:pPr>
        <w:pStyle w:val="Heading2"/>
      </w:pPr>
      <w:r>
        <w:t>How the trend evolved: from backstage whispers to public declarations</w:t>
      </w:r>
      <w:r/>
    </w:p>
    <w:p>
      <w:r/>
      <w:r>
        <w:t>RuPaul’s Drag Race began as a competitive, campy celebration of drag, but over time its contestants’ lives have become part of the narrative. Industry coverage shows an evolution: early seasons tended to feature mostly cisgender male contestants presenting as women on stage, while later seasons and global spinoffs included more contestants who later identified as trans. Some came out during the show, others only after the cameras stopped rolling. That timeline matters because it reflects shifting social climates and the safety net performers feel to speak openly.</w:t>
      </w:r>
      <w:r/>
    </w:p>
    <w:p>
      <w:pPr>
        <w:pStyle w:val="Heading2"/>
      </w:pPr>
      <w:r>
        <w:t>What it means for the franchise and fans</w:t>
      </w:r>
      <w:r/>
    </w:p>
    <w:p>
      <w:r/>
      <w:r>
        <w:t>This wave of coming out has prompted conversations about casting, language and support. Fans are vocal across social platforms, with many offering heartfelt support and others debating the show’s approach to gender. For producers and fellow performers, these developments have led to clearer conversations about inclusion, pronouns and respectful representation. If you’re a longtime viewer, you’ll notice the tone of coverage has softened and matured as a result.</w:t>
      </w:r>
      <w:r/>
    </w:p>
    <w:p>
      <w:pPr>
        <w:pStyle w:val="Heading2"/>
      </w:pPr>
      <w:r>
        <w:t>The human side: careers, creativity and community work</w:t>
      </w:r>
      <w:r/>
    </w:p>
    <w:p>
      <w:r/>
      <w:r>
        <w:t>Coming out hasn’t been a one-note change. For many queens and kings, it opened new creative paths, music, activism, acting and speaking work that aligns with their true selves. Several former contestants have used their platforms to advocate for trans rights, mental-health awareness and safer spaces in nightlife. That practical activism is as meaningful as any runway win; it shows how personal decisions ripple outward into community care.</w:t>
      </w:r>
      <w:r/>
    </w:p>
    <w:p>
      <w:pPr>
        <w:pStyle w:val="Heading2"/>
      </w:pPr>
      <w:r>
        <w:t>How to follow respectfully and enjoyably</w:t>
      </w:r>
      <w:r/>
    </w:p>
    <w:p>
      <w:r/>
      <w:r>
        <w:t>If you want to catch up, start with performers’ own interviews and official social channels, there’s a lot of nuance in personal statements that headlines often miss. Be mindful of chosen names and pronouns, and avoid repeating speculation from gossip sites. For viewers curious about the broader picture, look into timelines and longform interviews that chart how each performer’s journey unfolded after their season aired. Your attention and respect are part of the support.</w:t>
      </w:r>
      <w:r/>
    </w:p>
    <w:p>
      <w:r/>
      <w:r>
        <w:t>It's a small shift in many careers that has made a big difference for visibility and understanding.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https://www.justjared.com/2026/08/25/30-rupauls-drag-race-stars-who-came-out-as-trans-after-competing-on-the-show/</w:t>
        </w:r>
      </w:hyperlink>
      <w:r>
        <w:t xml:space="preserve"> - Please view link - unable to able to access data</w:t>
      </w:r>
      <w:r/>
    </w:p>
    <w:p>
      <w:pPr>
        <w:pStyle w:val="ListNumber"/>
        <w:spacing w:line="240" w:lineRule="auto"/>
        <w:ind w:left="720"/>
      </w:pPr>
      <w:r/>
      <w:hyperlink r:id="rId9">
        <w:r>
          <w:rPr>
            <w:color w:val="0000EE"/>
            <w:u w:val="single"/>
          </w:rPr>
          <w:t>https://www.justjared.com/2026/08/25/30-rupauls-drag-race-stars-who-came-out-as-trans-after-competing-on-the-show/</w:t>
        </w:r>
      </w:hyperlink>
      <w:r>
        <w:t xml:space="preserve"> - This article from Just Jared lists 30 'RuPaul's Drag Race' contestants who have come out as transgender after competing on the show. It highlights the show's evolution and its impact on the LGBTQ+ community, noting that many performers who identified as male during filming have since come out as trans women. The piece also mentions that some contestants came out as trans during their time on the show. The article provides a comprehensive list of these performers, showcasing the show's inclusivity and the personal journeys of its contestants.</w:t>
      </w:r>
      <w:r/>
    </w:p>
    <w:p>
      <w:pPr>
        <w:pStyle w:val="ListNumber"/>
        <w:spacing w:line="240" w:lineRule="auto"/>
        <w:ind w:left="720"/>
      </w:pPr>
      <w:r/>
      <w:hyperlink r:id="rId11">
        <w:r>
          <w:rPr>
            <w:color w:val="0000EE"/>
            <w:u w:val="single"/>
          </w:rPr>
          <w:t>https://www.justjared.com/2026/01/06/every-rupauls-drag-race-contestant-who-has-come-out-as-trans-after-their-time-on-the-show/</w:t>
        </w:r>
      </w:hyperlink>
      <w:r>
        <w:t xml:space="preserve"> - This Just Jared article details every 'RuPaul's Drag Race' contestant who has come out as transgender after their time on the show. It discusses the show's expansion, noting that it has had 242 drag performers compete on the main American franchise and has expanded across 15 international versions. The piece highlights the increasing representation of transgender individuals in the drag community and the show's role in bringing these stories to a wider audience.</w:t>
      </w:r>
      <w:r/>
    </w:p>
    <w:p>
      <w:pPr>
        <w:pStyle w:val="ListNumber"/>
        <w:spacing w:line="240" w:lineRule="auto"/>
        <w:ind w:left="720"/>
      </w:pPr>
      <w:r/>
      <w:hyperlink r:id="rId10">
        <w:r>
          <w:rPr>
            <w:color w:val="0000EE"/>
            <w:u w:val="single"/>
          </w:rPr>
          <w:t>https://www.justjared.com/2024/09/02/rupauls-drag-race-20-contestants-have-come-out-as-trans-since-competing-on-reality-show/</w:t>
        </w:r>
      </w:hyperlink>
      <w:r>
        <w:t xml:space="preserve"> - This article from Just Jared lists 20 'RuPaul's Drag Race' contestants who have come out as transgender since competing on the reality show. It highlights the show's global reach, mentioning its expansion across 15 international versions, including Canada, UK, Thailand, Philippines, France, and Mexico. The piece underscores the show's role in providing a platform for transgender performers and the increasing visibility of transgender individuals in the drag community.</w:t>
      </w:r>
      <w:r/>
    </w:p>
    <w:p>
      <w:pPr>
        <w:pStyle w:val="ListNumber"/>
        <w:spacing w:line="240" w:lineRule="auto"/>
        <w:ind w:left="720"/>
      </w:pPr>
      <w:r/>
      <w:hyperlink r:id="rId12">
        <w:r>
          <w:rPr>
            <w:color w:val="0000EE"/>
            <w:u w:val="single"/>
          </w:rPr>
          <w:t>https://www.justjared.com/2023/12/21/20-rupauls-drag-race-contestants-have-come-out-as-trans-after-competing-on-the-reality-show/</w:t>
        </w:r>
      </w:hyperlink>
      <w:r>
        <w:t xml:space="preserve"> - This Just Jared article lists 20 'RuPaul's Drag Race' contestants who have come out as transgender after competing on the reality show. It discusses the show's impact on the LGBTQ+ community, noting that it has become a global phenomenon since its premiere in 2009. The piece highlights the increasing representation of transgender individuals in the drag community and the show's role in bringing these stories to a wider audience.</w:t>
      </w:r>
      <w:r/>
    </w:p>
    <w:p>
      <w:pPr>
        <w:pStyle w:val="ListNumber"/>
        <w:spacing w:line="240" w:lineRule="auto"/>
        <w:ind w:left="720"/>
      </w:pPr>
      <w:r/>
      <w:hyperlink r:id="rId13">
        <w:r>
          <w:rPr>
            <w:color w:val="0000EE"/>
            <w:u w:val="single"/>
          </w:rPr>
          <w:t>https://www.justjared.com/2024/01/30/every-rupauls-drag-race-star-who-has-come-out-as-trans-after-competing-on-reality-show/</w:t>
        </w:r>
      </w:hyperlink>
      <w:r>
        <w:t xml:space="preserve"> - This article from Just Jared lists every 'RuPaul's Drag Race' star who has come out as transgender after competing on the reality show. It highlights the show's evolution, noting that it has had 210 competitors on the main, flagship series in the US. The piece underscores the increasing representation of transgender individuals in the drag community and the show's role in providing a platform for these performers.</w:t>
      </w:r>
      <w:r/>
    </w:p>
    <w:p>
      <w:pPr>
        <w:pStyle w:val="ListNumber"/>
        <w:spacing w:line="240" w:lineRule="auto"/>
        <w:ind w:left="720"/>
      </w:pPr>
      <w:r/>
      <w:hyperlink r:id="rId14">
        <w:r>
          <w:rPr>
            <w:color w:val="0000EE"/>
            <w:u w:val="single"/>
          </w:rPr>
          <w:t>https://www.justjared.com/2024/12/02/heres-every-rupauls-drag-race-star-who-has-come-out-as-trans-after-being-on-the-show/</w:t>
        </w:r>
      </w:hyperlink>
      <w:r>
        <w:t xml:space="preserve"> - This Just Jared article lists every 'RuPaul's Drag Race' star who has come out as transgender after being on the show. It discusses the show's impact on the LGBTQ+ community, noting that it has been a trailblazing show in bringing drag to the mainstream. The piece highlights the increasing representation of transgender individuals in the drag community and the show's role in providing a platform for these performers.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ustjared.com/2026/08/25/30-rupauls-drag-race-stars-who-came-out-as-trans-after-competing-on-the-show/" TargetMode="External"/><Relationship Id="rId10" Type="http://schemas.openxmlformats.org/officeDocument/2006/relationships/hyperlink" Target="https://www.justjared.com/2024/09/02/rupauls-drag-race-20-contestants-have-come-out-as-trans-since-competing-on-reality-show/" TargetMode="External"/><Relationship Id="rId11" Type="http://schemas.openxmlformats.org/officeDocument/2006/relationships/hyperlink" Target="https://www.justjared.com/2026/01/06/every-rupauls-drag-race-contestant-who-has-come-out-as-trans-after-their-time-on-the-show/" TargetMode="External"/><Relationship Id="rId12" Type="http://schemas.openxmlformats.org/officeDocument/2006/relationships/hyperlink" Target="https://www.justjared.com/2023/12/21/20-rupauls-drag-race-contestants-have-come-out-as-trans-after-competing-on-the-reality-show/" TargetMode="External"/><Relationship Id="rId13" Type="http://schemas.openxmlformats.org/officeDocument/2006/relationships/hyperlink" Target="https://www.justjared.com/2024/01/30/every-rupauls-drag-race-star-who-has-come-out-as-trans-after-competing-on-reality-show/" TargetMode="External"/><Relationship Id="rId14" Type="http://schemas.openxmlformats.org/officeDocument/2006/relationships/hyperlink" Target="https://www.justjared.com/2024/12/02/heres-every-rupauls-drag-race-star-who-has-come-out-as-trans-after-being-on-the-sh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