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Extra Dirty Party Guide: Celebrate Sydney’s Kinkiest Queer Rave This October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skipping Saturday brunches and heading to the dancefloor , Extra Dirty, Sydney’s beloved kinky queer party, turns 18 this October and promises a night of harnesses, hard beats and unapologetic celebration at Space Nightclub. Here’s what to expect, who’s playing and how to make the most of the long‑weekend rave.</w:t>
      </w:r>
      <w:r/>
    </w:p>
    <w:p>
      <w:r/>
      <w:r>
        <w:t>Essential Takeaways</w:t>
      </w:r>
      <w:r/>
      <w:r/>
    </w:p>
    <w:p>
      <w:pPr>
        <w:pStyle w:val="ListBullet"/>
        <w:spacing w:line="240" w:lineRule="auto"/>
        <w:ind w:left="720"/>
      </w:pPr>
      <w:r/>
      <w:r>
        <w:rPr>
          <w:b/>
        </w:rPr>
        <w:t>When and where:</w:t>
      </w:r>
      <w:r>
        <w:t xml:space="preserve"> Sunday 4 October, 9pm–3:30am at Space Nightclub, Shark Hotel, 127 Liverpool St , roomy 900 sqm space with a 360° bar. </w:t>
      </w:r>
      <w:r/>
    </w:p>
    <w:p>
      <w:pPr>
        <w:pStyle w:val="ListBullet"/>
        <w:spacing w:line="240" w:lineRule="auto"/>
        <w:ind w:left="720"/>
      </w:pPr>
      <w:r/>
      <w:r>
        <w:rPr>
          <w:b/>
        </w:rPr>
        <w:t>Who’s it for:</w:t>
      </w:r>
      <w:r>
        <w:t xml:space="preserve"> Queer, gay, leather and fetish communities dominate the vibe, but the party welcomes all genders and bodies. </w:t>
      </w:r>
      <w:r/>
    </w:p>
    <w:p>
      <w:pPr>
        <w:pStyle w:val="ListBullet"/>
        <w:spacing w:line="240" w:lineRule="auto"/>
        <w:ind w:left="720"/>
      </w:pPr>
      <w:r/>
      <w:r>
        <w:rPr>
          <w:b/>
        </w:rPr>
        <w:t>Headline DJ:</w:t>
      </w:r>
      <w:r>
        <w:t xml:space="preserve"> Ben Manson returns , a seasoned French DJ known for deep, industrial techno and his LESS DRAMA MORE TECHNO project. </w:t>
      </w:r>
      <w:r/>
    </w:p>
    <w:p>
      <w:pPr>
        <w:pStyle w:val="ListBullet"/>
        <w:spacing w:line="240" w:lineRule="auto"/>
        <w:ind w:left="720"/>
      </w:pPr>
      <w:r/>
      <w:r>
        <w:rPr>
          <w:b/>
        </w:rPr>
        <w:t>Feel of the night:</w:t>
      </w:r>
      <w:r>
        <w:t xml:space="preserve"> Expect dirty house and harder techno, lots of harnesses and jockstraps, and a friendly, inclusive crowd. </w:t>
      </w:r>
      <w:r/>
    </w:p>
    <w:p>
      <w:pPr>
        <w:pStyle w:val="ListBullet"/>
        <w:spacing w:line="240" w:lineRule="auto"/>
        <w:ind w:left="720"/>
      </w:pPr>
      <w:r/>
      <w:r>
        <w:rPr>
          <w:b/>
        </w:rPr>
        <w:t>Practical tip:</w:t>
      </w:r>
      <w:r>
        <w:t xml:space="preserve"> Tickets are likely limited for this landmark edition; book early and pack comfy footwear for long sets.</w:t>
      </w:r>
      <w:r/>
      <w:r/>
    </w:p>
    <w:p>
      <w:r/>
      <w:r>
        <w:t>Why Extra Dirty matters , and why it’s packed with atmosphere</w:t>
      </w:r>
      <w:r/>
    </w:p>
    <w:p>
      <w:r/>
      <w:r>
        <w:t>Extra Dirty has been growing out of Sydney’s queer underground since 2008, and you can still feel that grassroots energy at every event. The room smells of leather and club perfume, the lights are low, and there’s a loose, heated camaraderie that makes strangers become friends by midnight. According to the event page, the anniversary slot at Space gives organisers plenty of room to stage big DJ battles and theatrical floor moments, so expect dramatic drops and sweaty sing-alongs.</w:t>
      </w:r>
      <w:r/>
    </w:p>
    <w:p>
      <w:r/>
      <w:r>
        <w:t>Origins and the long arc of queer nightlife</w:t>
      </w:r>
      <w:r/>
    </w:p>
    <w:p>
      <w:r/>
      <w:r>
        <w:t>Parties like Extra Dirty didn’t appear from nowhere; they’re the product of two decades of queer club culture evolving and claiming venues across the city. Ben Manson’s return is symbolic: he’s an international fixture who brings Parisian edge and experience back to Sydney’s scene. His LESS DRAMA MORE TECHNO ethos , a blend of hypnotic, raw textures and melodic hooks , is exactly the kind of sound that keeps dancefloors feeling both aggressive and poetic.</w:t>
      </w:r>
      <w:r/>
    </w:p>
    <w:p>
      <w:r/>
      <w:r>
        <w:t>What to wear and how to read the room</w:t>
      </w:r>
      <w:r/>
    </w:p>
    <w:p>
      <w:r/>
      <w:r>
        <w:t>This is a leather-and-latex-community night, but the unspoken rule is: dress to feel powerful. Harnesses, jockstraps, collars, bold makeup and statement boots are common, yet organisers emphasise inclusivity, so non‑fetish looks are absolutely fine. Practical advice: layer lightly , it gets hot fast , and put anything you don’t want to lose in a zipped pocket or locker. If you’re nervous about the fetish element, remember the crowd tends to be welcoming and respectful; personal space and consent are taken seriously.</w:t>
      </w:r>
      <w:r/>
    </w:p>
    <w:p>
      <w:r/>
      <w:r>
        <w:t>The music line-up , Ben Manson and local heavyweights</w:t>
      </w:r>
      <w:r/>
    </w:p>
    <w:p>
      <w:r/>
      <w:r>
        <w:t>Ben Manson is Extra Dirty royalty and a logical headline choice for an 18th birthday. He cut his teeth at Paris clubs and tours widely, bringing a tough, industrial techno flavour that fits late‑night intensity. Local DJs will pack the rest of the bill with dirty house and harder electronic styles, so you can expect tempo shifts that keep the energy cyclonic. If you like relentless beats and a floor that answers every build-up with a roar, this is your kind of party.</w:t>
      </w:r>
      <w:r/>
    </w:p>
    <w:p>
      <w:r/>
      <w:r>
        <w:t>Tickets, transport and staying safe</w:t>
      </w:r>
      <w:r/>
    </w:p>
    <w:p>
      <w:r/>
      <w:r>
        <w:t>Extra Dirty sits on a Sunday during the October long weekend, which means travel and accommodation could be busier than usual. Book train or rideshares in advance , Liverpool Street is central but late-night transport options thin out towards dawn. For safety, go with friends, agree check‑in times, and pace your drinks; the night will last well into the small hours. The venue’s 360° bar makes it easy to grab a drink without losing your place on the dancefloor, but a reusable water bottle is a smart move between sets.</w:t>
      </w:r>
      <w:r/>
    </w:p>
    <w:p>
      <w:r/>
      <w:r>
        <w:t>Looking ahead: why the 18th birthday feels like a milestone</w:t>
      </w:r>
      <w:r/>
    </w:p>
    <w:p>
      <w:r/>
      <w:r>
        <w:t>Eighteen years is a lot in clubland, where venues and parties can be fleeting. That longevity signals that Extra Dirty isn’t just a night out but a community hub that adapts, shields and celebrates queer expression. With an international name like Ben Manson returning, the party also underlines Sydney’s place on the global queer map. Expect memories, messy fun and a few iconic moments that will be talked about until the next birthday.</w:t>
      </w:r>
      <w:r/>
    </w:p>
    <w:p>
      <w:r/>
      <w:r>
        <w:t>It’s a small change that can make every night feel like a celebration , book early and bring your bravest outfit.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[6]</w:t>
        </w:r>
      </w:hyperlink>
      <w:r>
        <w:t xml:space="preserve">- Paragraph 2: </w:t>
      </w:r>
      <w:hyperlink r:id="rId9">
        <w:r>
          <w:rPr>
            <w:color w:val="0000EE"/>
            <w:u w:val="single"/>
          </w:rPr>
          <w:t>[1]</w:t>
        </w:r>
      </w:hyperlink>
      <w:r>
        <w:t xml:space="preserve">, </w:t>
      </w:r>
      <w:hyperlink r:id="rId9">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1">
        <w:r>
          <w:rPr>
            <w:color w:val="0000EE"/>
            <w:u w:val="single"/>
          </w:rPr>
          <w:t>[4]</w:t>
        </w:r>
      </w:hyperlink>
      <w:r>
        <w:t xml:space="preserve">, </w:t>
      </w:r>
      <w:hyperlink r:id="rId12">
        <w:r>
          <w:rPr>
            <w:color w:val="0000EE"/>
            <w:u w:val="single"/>
          </w:rPr>
          <w:t>[3]</w:t>
        </w:r>
      </w:hyperlink>
      <w:r>
        <w:t xml:space="preserve">- Paragraph 6: </w:t>
      </w:r>
      <w:hyperlink r:id="rId10">
        <w:r>
          <w:rPr>
            <w:color w:val="0000EE"/>
            <w:u w:val="single"/>
          </w:rPr>
          <w:t>[2]</w:t>
        </w:r>
      </w:hyperlink>
      <w:r>
        <w:t xml:space="preserve">, </w:t>
      </w:r>
      <w:hyperlink r:id="rId9">
        <w:r>
          <w:rPr>
            <w:color w:val="0000EE"/>
            <w:u w:val="single"/>
          </w:rPr>
          <w:t>[1]</w:t>
        </w:r>
      </w:hyperlink>
      <w:r>
        <w:t xml:space="preserve">- Paragraph 7: </w:t>
      </w:r>
      <w:hyperlink r:id="rId9">
        <w:r>
          <w:rPr>
            <w:color w:val="0000EE"/>
            <w:u w:val="single"/>
          </w:rPr>
          <w:t>[1]</w:t>
        </w:r>
      </w:hyperlink>
      <w:r>
        <w:t xml:space="preserve">, </w:t>
      </w:r>
      <w:hyperlink r:id="rId9">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https://www.starobserver.com.au/artsentertainment/extra-dirty-sydneys-sexiest-kinkiest-queer-dance-party-is-turning-18/243523</w:t>
        </w:r>
      </w:hyperlink>
      <w:r>
        <w:t xml:space="preserve"> - Please view link - unable to able to access data</w:t>
      </w:r>
      <w:r/>
    </w:p>
    <w:p>
      <w:pPr>
        <w:pStyle w:val="ListNumber"/>
        <w:spacing w:line="240" w:lineRule="auto"/>
        <w:ind w:left="720"/>
      </w:pPr>
      <w:r/>
      <w:hyperlink r:id="rId10">
        <w:r>
          <w:rPr>
            <w:color w:val="0000EE"/>
            <w:u w:val="single"/>
          </w:rPr>
          <w:t>https://events.humanitix.com/extra-dirty-october-long-weekend-2024</w:t>
        </w:r>
      </w:hyperlink>
      <w:r>
        <w:t xml:space="preserve"> - Extra Dirty, Sydney's renowned queer dance party, is celebrating its 16th anniversary on the October long weekend in 2024. The event is scheduled for Sunday, 6 October, from 9pm to 3:30am at Space Nightclub, located at 127 Liverpool Street, Sydney. The night will feature DJs MBVR and Late To The Party from Aotearoa New Zealand, along with local talents Baby Bear, Colin Gaff, Brad James, Chip, and Mac Ramirez. The venue boasts a 1,000-capacity space with two dance floors, offering techno and dirty house music. The event is known for its inclusive atmosphere, welcoming all genders and bodies, and celebrating diverse aesthetics. The organisers have highlighted that the final release tickets are selling fast, indicating high demand for this special anniversary celebration. For more details and ticket purchases, attendees can visit the event's page on Humanitix.</w:t>
      </w:r>
      <w:r/>
    </w:p>
    <w:p>
      <w:pPr>
        <w:pStyle w:val="ListNumber"/>
        <w:spacing w:line="240" w:lineRule="auto"/>
        <w:ind w:left="720"/>
      </w:pPr>
      <w:r/>
      <w:hyperlink r:id="rId12">
        <w:r>
          <w:rPr>
            <w:color w:val="0000EE"/>
            <w:u w:val="single"/>
          </w:rPr>
          <w:t>https://www.lademence.com/djs/ben-manson/</w:t>
        </w:r>
      </w:hyperlink>
      <w:r>
        <w:t xml:space="preserve"> - Ben Manson is a Paris-based DJ and producer renowned for his contributions to the European techno queer scene. He has held residencies at esteemed venues such as Queen Club and Scream in Paris, and has performed globally in cities including Madrid, Rome, Montreal, Milan, Moscow, Warsaw, Vienna, Singapore, Tokyo, Barcelona, Zurich, Rio, and São Paulo. In 2015, he founded 'Less Drama More Techno', a party that embodies a deep, hypnotic, and raw techno sound, blending industrial elements with smooth melodies. This vision is also reflected in his label, LDMT Records, which aims to champion Paris's queer music scene. Manson's performances are celebrated for their energy and the unique atmosphere they create, making him a significant figure in the global techno community.</w:t>
      </w:r>
      <w:r/>
    </w:p>
    <w:p>
      <w:pPr>
        <w:pStyle w:val="ListNumber"/>
        <w:spacing w:line="240" w:lineRule="auto"/>
        <w:ind w:left="720"/>
      </w:pPr>
      <w:r/>
      <w:hyperlink r:id="rId11">
        <w:r>
          <w:rPr>
            <w:color w:val="0000EE"/>
            <w:u w:val="single"/>
          </w:rPr>
          <w:t>https://ra.co/dj/benmanson/biography</w:t>
        </w:r>
      </w:hyperlink>
      <w:r>
        <w:t xml:space="preserve"> - Ben Manson is a French DJ and producer based in Paris, whose name has become synonymous with the European techno queer scene. He began his career in 1998 during Paris Fashion Week and had an eight-year residency at Queen Paris, followed by many others such as La Demence, Scream, and Green Komm. Ben now also has his own party: LESS DRAMA MORE TECHNO. For over 20 years, Ben has played all over the world from Paris to Sydney via Madrid, Rome, Montreal, Milan, Moscow, Warsaw, Vienna, Singapore, Tokyo, Barcelona, Rio, São Paulo, Zurich, and many more. He has played alongside some of the major DJs and producers of the world including Marcel Dettmann, Answer Code Request, Ellen Allien, Freddy K, Somewhen, Nd Baumecker, Boris, Volvox, Ø [PHASE], Drumcell, Rødhåd, Cem, Monoloc, MCMLXXXV, Steffi, Roy Perrez, Giant Swan, Hector Oaks, in some of the best clubs: Fuse (Brussels), Magdalena (Berlin), Blitz (Munich), Block (Tel Aviv), Ministry Of Sound (London), Radion (Amsterdam), Pratersauna (Vienna), Space of Sound (Madrid) and many more, and of course Nouveau Casino in Paris where LDMT* takes place every month. In spring 2021 he created his own label called LDMT RECORDS, to promote new talents of the international queer scene with tunes from nu disco to raw deep and hypnotic techno, always underground but open-minded! The best way to describe his sound is: a sweet melting pot hypnotic, groovy, tribal raw, nu techno.</w:t>
      </w:r>
      <w:r/>
    </w:p>
    <w:p>
      <w:pPr>
        <w:pStyle w:val="ListNumber"/>
        <w:spacing w:line="240" w:lineRule="auto"/>
        <w:ind w:left="720"/>
      </w:pPr>
      <w:r/>
      <w:hyperlink r:id="rId9">
        <w:r>
          <w:rPr>
            <w:color w:val="0000EE"/>
            <w:u w:val="single"/>
          </w:rPr>
          <w:t>https://www.starobserver.com.au/artsentertainment/extra-dirty-sydneys-sexiest-kinkiest-queer-dance-party-is-turning-18/243523</w:t>
        </w:r>
      </w:hyperlink>
      <w:r>
        <w:t xml:space="preserve"> - Extra Dirty, Sydney's most beloved kink dance party, is returning to celebrate its 18th birthday in October 2026. The event is scheduled for Sunday, 4 October, from 9pm to 3:30am at Space Nightclub, a 900 sqm rave space located on the second floor of 127 Liverpool Street's Shark Hotel. The crowd at Extra Dirty is diverse, encompassing queer, gay, leather, and fetish communities, and is known for its inclusive atmosphere where all genders are welcome, all bodies are celebrated, and all aesthetics have an equal claim to space. To commemorate the special occasion, international DJ and Extra Dirty royalty Ben Manson will return, alongside a lineup of the best techno and dirty house DJs Sydney has to offer. Tickets for the event are available through the provided link.</w:t>
      </w:r>
      <w:r/>
    </w:p>
    <w:p>
      <w:pPr>
        <w:pStyle w:val="ListNumber"/>
        <w:spacing w:line="240" w:lineRule="auto"/>
        <w:ind w:left="720"/>
      </w:pPr>
      <w:r/>
      <w:hyperlink r:id="rId9">
        <w:r>
          <w:rPr>
            <w:color w:val="0000EE"/>
            <w:u w:val="single"/>
          </w:rPr>
          <w:t>https://www.starobserver.com.au/artsentertainment/extra-dirty-sydneys-sexiest-kinkiest-queer-dance-party-is-turning-18/243523</w:t>
        </w:r>
      </w:hyperlink>
      <w:r>
        <w:t xml:space="preserve"> - Extra Dirty, Sydney's most beloved kink dance party, is returning to celebrate its 18th birthday in October 2026. The event is scheduled for Sunday, 4 October, from 9pm to 3:30am at Space Nightclub, a 900 sqm rave space located on the second floor of 127 Liverpool Street's Shark Hotel. The crowd at Extra Dirty is diverse, encompassing queer, gay, leather, and fetish communities, and is known for its inclusive atmosphere where all genders are welcome, all bodies are celebrated, and all aesthetics have an equal claim to space. To commemorate the special occasion, international DJ and Extra Dirty royalty Ben Manson will return, alongside a lineup of the best techno and dirty house DJs Sydney has to offer. Tickets for the event are available through the provided link.</w:t>
      </w:r>
      <w:r/>
    </w:p>
    <w:p>
      <w:pPr>
        <w:pStyle w:val="ListNumber"/>
        <w:spacing w:line="240" w:lineRule="auto"/>
        <w:ind w:left="720"/>
      </w:pPr>
      <w:r/>
      <w:hyperlink r:id="rId9">
        <w:r>
          <w:rPr>
            <w:color w:val="0000EE"/>
            <w:u w:val="single"/>
          </w:rPr>
          <w:t>https://www.starobserver.com.au/artsentertainment/extra-dirty-sydneys-sexiest-kinkiest-queer-dance-party-is-turning-18/243523</w:t>
        </w:r>
      </w:hyperlink>
      <w:r>
        <w:t xml:space="preserve"> - Extra Dirty, Sydney's most beloved kink dance party, is returning to celebrate its 18th birthday in October 2026. The event is scheduled for Sunday, 4 October, from 9pm to 3:30am at Space Nightclub, a 900 sqm rave space located on the second floor of 127 Liverpool Street's Shark Hotel. The crowd at Extra Dirty is diverse, encompassing queer, gay, leather, and fetish communities, and is known for its inclusive atmosphere where all genders are welcome, all bodies are celebrated, and all aesthetics have an equal claim to space. To commemorate the special occasion, international DJ and Extra Dirty royalty Ben Manson will return, alongside a lineup of the best techno and dirty house DJs Sydney has to offer. Tickets for the event are available through the provided link.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artsentertainment/extra-dirty-sydneys-sexiest-kinkiest-queer-dance-party-is-turning-18/243523" TargetMode="External"/><Relationship Id="rId10" Type="http://schemas.openxmlformats.org/officeDocument/2006/relationships/hyperlink" Target="https://events.humanitix.com/extra-dirty-october-long-weekend-2024" TargetMode="External"/><Relationship Id="rId11" Type="http://schemas.openxmlformats.org/officeDocument/2006/relationships/hyperlink" Target="https://ra.co/dj/benmanson/biography" TargetMode="External"/><Relationship Id="rId12" Type="http://schemas.openxmlformats.org/officeDocument/2006/relationships/hyperlink" Target="https://www.lademence.com/djs/ben-man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