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Dreams Store in Manchester: 225th Opening Blends Pride Spirit with Sleep Science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heading to Manchester Fort to try Manchester’s new Dreams store, where a Pride-ready “Sleep Like a Queen” campaign meets Sleepmatch® mattress tech , it matters because local customers get hands-on fittings, brand choice and an opening discount just in time for the city’s big weekend.</w:t>
      </w:r>
      <w:r/>
    </w:p>
    <w:p>
      <w:r/>
      <w:r>
        <w:t>Essential Takeaways</w:t>
      </w:r>
      <w:r/>
      <w:r/>
    </w:p>
    <w:p>
      <w:pPr>
        <w:pStyle w:val="ListBullet"/>
        <w:spacing w:line="240" w:lineRule="auto"/>
        <w:ind w:left="720"/>
      </w:pPr>
      <w:r/>
      <w:r>
        <w:rPr>
          <w:b/>
        </w:rPr>
        <w:t>Milestone opening:</w:t>
      </w:r>
      <w:r>
        <w:t xml:space="preserve"> Dreams has launched its 225th UK store at Manchester Fort Shopping Park, expanding its nationwide network.</w:t>
      </w:r>
      <w:r/>
    </w:p>
    <w:p>
      <w:pPr>
        <w:pStyle w:val="ListBullet"/>
        <w:spacing w:line="240" w:lineRule="auto"/>
        <w:ind w:left="720"/>
      </w:pPr>
      <w:r/>
      <w:r>
        <w:rPr>
          <w:b/>
        </w:rPr>
        <w:t>Pride tie-in:</w:t>
      </w:r>
      <w:r>
        <w:t xml:space="preserve"> The store opens alongside a “Sleep Like a Queen” campaign featuring drag performers to celebrate Manchester Pride.</w:t>
      </w:r>
      <w:r/>
    </w:p>
    <w:p>
      <w:pPr>
        <w:pStyle w:val="ListBullet"/>
        <w:spacing w:line="240" w:lineRule="auto"/>
        <w:ind w:left="720"/>
      </w:pPr>
      <w:r/>
      <w:r>
        <w:rPr>
          <w:b/>
        </w:rPr>
        <w:t>Sleepmatch® tech:</w:t>
      </w:r>
      <w:r>
        <w:t xml:space="preserve"> Exclusive in-store Sleepmatch® fittings use measurements developed over 20 years to recommend mattresses.</w:t>
      </w:r>
      <w:r/>
    </w:p>
    <w:p>
      <w:pPr>
        <w:pStyle w:val="ListBullet"/>
        <w:spacing w:line="240" w:lineRule="auto"/>
        <w:ind w:left="720"/>
      </w:pPr>
      <w:r/>
      <w:r>
        <w:rPr>
          <w:b/>
        </w:rPr>
        <w:t>Brands on display:</w:t>
      </w:r>
      <w:r>
        <w:t xml:space="preserve"> Shoppers can test ranges from Flaxby, Sleepeezee, TEMPUR and Silentnight for feel and support.</w:t>
      </w:r>
      <w:r/>
    </w:p>
    <w:p>
      <w:pPr>
        <w:pStyle w:val="ListBullet"/>
        <w:spacing w:line="240" w:lineRule="auto"/>
        <w:ind w:left="720"/>
      </w:pPr>
      <w:r/>
      <w:r>
        <w:rPr>
          <w:b/>
        </w:rPr>
        <w:t>Opening offer:</w:t>
      </w:r>
      <w:r>
        <w:t xml:space="preserve"> Get 10% off purchases of £750+ during the opening promotion window.</w:t>
      </w:r>
      <w:r/>
      <w:r/>
    </w:p>
    <w:p>
      <w:pPr>
        <w:pStyle w:val="Heading2"/>
      </w:pPr>
      <w:r>
        <w:t>Why this Manchester opening feels like a proper celebration</w:t>
      </w:r>
      <w:r/>
    </w:p>
    <w:p>
      <w:r/>
      <w:r>
        <w:t>There’s a theatrical buzz to this launch , think glitter, glamour and the quietly satisfying thud of a great mattress. Dreams timed the Manchester Fort opening to land just ahead of Pride, so the store reveal doubles as a community moment and a retail milestone. According to Dreams’ marketing team, the flag‑up links the retailer’s support for LGBTQ+ colleagues and customers with the city’s creativity and colour.</w:t>
      </w:r>
      <w:r/>
    </w:p>
    <w:p>
      <w:r/>
      <w:r>
        <w:t>The result is a launch that’s part product trial, part party. If you like your shopping trips lively, this is the kind of store opening that makes mattress hunting feel social rather than clinical.</w:t>
      </w:r>
      <w:r/>
    </w:p>
    <w:p>
      <w:pPr>
        <w:pStyle w:val="Heading2"/>
      </w:pPr>
      <w:r>
        <w:t>Meet the faces: drag stars bring personality to mattress shopping</w:t>
      </w:r>
      <w:r/>
    </w:p>
    <w:p>
      <w:r/>
      <w:r>
        <w:t>Dreams roped in Juno Birch, The Real Banksie and Miss Naomi Carter to front the “Sleep Like a Queen” creative, using playful social clips that show the less glamorous side of Pride , the sleep, the recovery, the morning-after flop onto a comfy bed. Juno’s comment about needing proper rest after platform heels underlines the relatable angle: even performers need a decent mattress.</w:t>
      </w:r>
      <w:r/>
    </w:p>
    <w:p>
      <w:r/>
      <w:r>
        <w:t>This campaign isn’t just window dressing; it’s an invitation to make rest part of the conversation about wellbeing and performance. And in a city that takes Pride seriously, it’s a welcome local touch.</w:t>
      </w:r>
      <w:r/>
    </w:p>
    <w:p>
      <w:pPr>
        <w:pStyle w:val="Heading2"/>
      </w:pPr>
      <w:r>
        <w:t>Sleepmatch® explained: why measurements matter when you’re mattress shopping</w:t>
      </w:r>
      <w:r/>
    </w:p>
    <w:p>
      <w:r/>
      <w:r>
        <w:t>Dreams emphasises its Sleepmatch® system as the technical heart of the store experience. The technology uses measurements to match shoppers to mattresses that suit their body shape and sleeping style, which helps cut through the bewildering choice on the shop floor.</w:t>
      </w:r>
      <w:r/>
    </w:p>
    <w:p>
      <w:r/>
      <w:r>
        <w:t>If you’re someone who buys on feel alone, try Sleepmatch® as a reality check , it’s useful if you sleep hot, share a bed, or wake up with aches. Staff can guide you through the options, so take your usual night‑time routine into account when testing surfaces.</w:t>
      </w:r>
      <w:r/>
    </w:p>
    <w:p>
      <w:pPr>
        <w:pStyle w:val="Heading2"/>
      </w:pPr>
      <w:r>
        <w:t>What’s on the shop floor: brands, features and the feel test</w:t>
      </w:r>
      <w:r/>
    </w:p>
    <w:p>
      <w:r/>
      <w:r>
        <w:t>Manchester’s new store stocks a wide range of beds, mattresses and bedroom furniture, including well‑known names such as Flaxby, Sleepeezee, TEMPUR and Silentnight. That mix means you can compare memory foam, pocket springs and hybrid builds side by side, and notice real differences , the give of a foam topper, the quiet bounce of springs, the coolness of gel‑infused covers.</w:t>
      </w:r>
      <w:r/>
    </w:p>
    <w:p>
      <w:r/>
      <w:r>
        <w:t>Practical tip: wear socks or thin trousers for a quick lie‑down, and bring your partner if you share a bed , two people testing together avoids surprises later.</w:t>
      </w:r>
      <w:r/>
    </w:p>
    <w:p>
      <w:pPr>
        <w:pStyle w:val="Heading2"/>
      </w:pPr>
      <w:r>
        <w:t>Deals, location and practicalities for shoppers</w:t>
      </w:r>
      <w:r/>
    </w:p>
    <w:p>
      <w:r/>
      <w:r>
        <w:t>The new Dreams sits at Unit 12–13, Manchester Fort Shopping Park, Cheetham Hill, and opened at 10am on the announced day. To nudge people through the doors, there’s a 10% discount on spends over £750 for a limited period, which is handy if you’re upgrading to a bed and mattress set.</w:t>
      </w:r>
      <w:r/>
    </w:p>
    <w:p>
      <w:r/>
      <w:r>
        <w:t>Plan a visit around quieter hours if you want a thorough test , late mornings midweek are usually less busy than weekend Pride build-up days. Also check delivery slots and assembly options if you’re replacing a heavy frame.</w:t>
      </w:r>
      <w:r/>
    </w:p>
    <w:p>
      <w:pPr>
        <w:pStyle w:val="Heading2"/>
      </w:pPr>
      <w:r>
        <w:t>Looking ahead: what this opening says about retail and community</w:t>
      </w:r>
      <w:r/>
    </w:p>
    <w:p>
      <w:r/>
      <w:r>
        <w:t>This launch is both a commercial marker for Dreams and a nod to city culture. It shows how modern retailers can combine tech, trusted brands and local storytelling to create experiences people actually enjoy. For Manchester, it’s another retail choice; for shoppers, it’s an opportunity to upgrade sleep with a bit of theatre.</w:t>
      </w:r>
      <w:r/>
    </w:p>
    <w:p>
      <w:r/>
      <w:r>
        <w:t>It’s a small shift that can make every night feel a touch more fabulous.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[4]</w:t>
        </w:r>
      </w:hyperlink>
      <w:r>
        <w:t xml:space="preserve">- Paragraph 5: </w:t>
      </w:r>
      <w:hyperlink r:id="rId9">
        <w:r>
          <w:rPr>
            <w:color w:val="0000EE"/>
            <w:u w:val="single"/>
          </w:rPr>
          <w:t>[1]</w:t>
        </w:r>
      </w:hyperlink>
      <w:r>
        <w:t xml:space="preserve">, </w:t>
      </w:r>
      <w:hyperlink r:id="rId14">
        <w:r>
          <w:rPr>
            <w:color w:val="0000EE"/>
            <w:u w:val="single"/>
          </w:rPr>
          <w:t>[5]</w:t>
        </w:r>
      </w:hyperlink>
      <w:r>
        <w:t xml:space="preserve">- Paragraph 6: </w:t>
      </w:r>
      <w:hyperlink r:id="rId10">
        <w:r>
          <w:rPr>
            <w:color w:val="0000EE"/>
            <w:u w:val="single"/>
          </w:rPr>
          <w:t>[2]</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https://www.manchestereveningnews.co.uk/whats-on/shopping/dreams-225th-store-opens-manchester-34508442</w:t>
        </w:r>
      </w:hyperlink>
      <w:r>
        <w:t xml:space="preserve"> - Please view link - unable to able to access data</w:t>
      </w:r>
      <w:r/>
    </w:p>
    <w:p>
      <w:pPr>
        <w:pStyle w:val="ListNumber"/>
        <w:spacing w:line="240" w:lineRule="auto"/>
        <w:ind w:left="720"/>
      </w:pPr>
      <w:r/>
      <w:hyperlink r:id="rId10">
        <w:r>
          <w:rPr>
            <w:color w:val="0000EE"/>
            <w:u w:val="single"/>
          </w:rPr>
          <w:t>https://www.dreams.co.uk/store/manchester-fort</w:t>
        </w:r>
      </w:hyperlink>
      <w:r>
        <w:t xml:space="preserve"> - Dreams has opened its 225th UK store at Manchester Fort Shopping Park, located at Unit 12-13, Manchester, M8 8EP. The store offers a range of beds, mattresses, and bedroom furniture, including products from leading brands such as Flaxby, Sleepeezee, TEMPUR, and Silentnight. Customers can also experience Dreams' Sleepmatch® technology, which uses measurements to help match shoppers with mattresses suited to their individual needs. The store operates from Monday to Friday, 10:00 am to 8:00 pm; Saturday, 9:00 am to 6:00 pm; and Sunday, 11:00 am to 5:00 pm. For more information, visit their website or call 0161 564 4153.</w:t>
      </w:r>
      <w:r/>
    </w:p>
    <w:p>
      <w:pPr>
        <w:pStyle w:val="ListNumber"/>
        <w:spacing w:line="240" w:lineRule="auto"/>
        <w:ind w:left="720"/>
      </w:pPr>
      <w:r/>
      <w:hyperlink r:id="rId11">
        <w:r>
          <w:rPr>
            <w:color w:val="0000EE"/>
            <w:u w:val="single"/>
          </w:rPr>
          <w:t>https://bigfurnituregroup.com/dreams-celebrates-225-store-milestone-with-new-manchester-opening/</w:t>
        </w:r>
      </w:hyperlink>
      <w:r>
        <w:t xml:space="preserve"> - Dreams has celebrated the opening of its 225th UK store at Manchester Fort Shopping Park, marking a significant milestone for the national bed retailer. The new 4,750 sq ft store has created seven new roles for retail professionals in the local area, demonstrating Dreams' continued investment in physical retail. The store offers a wide range of beds, mattresses, and bedroom furniture, and features Dreams' exclusive Sleepmatch® technology, which takes 18 statistical measurements to match customers with their perfect bed. To mark the opening, customers can receive 10% off when spending £750 or more at the Manchester Fort store from Friday 21 August to Thursday 3 September. For more details, visit the Big Furniture Group website.</w:t>
      </w:r>
      <w:r/>
    </w:p>
    <w:p>
      <w:pPr>
        <w:pStyle w:val="ListNumber"/>
        <w:spacing w:line="240" w:lineRule="auto"/>
        <w:ind w:left="720"/>
      </w:pPr>
      <w:r/>
      <w:hyperlink r:id="rId13">
        <w:r>
          <w:rPr>
            <w:color w:val="0000EE"/>
            <w:u w:val="single"/>
          </w:rPr>
          <w:t>https://www.dreams.co.uk/?language=en-GB</w:t>
        </w:r>
      </w:hyperlink>
      <w:r>
        <w:t xml:space="preserve"> - Dreams, the UK's most trusted bed and mattress retailer, has been helping the nation sleep better since 1987. With the largest network of bed stores in the UK, Dreams offers a wide range of beds, mattresses, and bedroom furniture, including products from leading brands such as Flaxby, Sleepeezee, TEMPUR, and Silentnight. Customers can also experience Dreams' Sleepmatch® technology, which uses measurements to help match shoppers with mattresses suited to their individual needs. For more information, visit their website.</w:t>
      </w:r>
      <w:r/>
    </w:p>
    <w:p>
      <w:pPr>
        <w:pStyle w:val="ListNumber"/>
        <w:spacing w:line="240" w:lineRule="auto"/>
        <w:ind w:left="720"/>
      </w:pPr>
      <w:r/>
      <w:hyperlink r:id="rId14">
        <w:r>
          <w:rPr>
            <w:color w:val="0000EE"/>
            <w:u w:val="single"/>
          </w:rPr>
          <w:t>https://www.harrisonspinks.co.uk/retailers/dreams-manchester</w:t>
        </w:r>
      </w:hyperlink>
      <w:r>
        <w:t xml:space="preserve"> - Harrison Spinks, a luxury handmade mattress manufacturer, collaborates with Dreams to offer a range of their mattresses at Dreams' Manchester store. The store is located at Unit B1, White City Retail Park, Chester Road, Manchester, M16 0RP. Customers can browse the range of luxury handmade Harrison Spinks mattresses available at this location. For more information, visit the Harrison Spinks website.</w:t>
      </w:r>
      <w:r/>
    </w:p>
    <w:p>
      <w:pPr>
        <w:pStyle w:val="ListNumber"/>
        <w:spacing w:line="240" w:lineRule="auto"/>
        <w:ind w:left="720"/>
      </w:pPr>
      <w:r/>
      <w:hyperlink r:id="rId15">
        <w:r>
          <w:rPr>
            <w:color w:val="0000EE"/>
            <w:u w:val="single"/>
          </w:rPr>
          <w:t>https://www.argos.co.uk/stores/848-manchester-fort-argos</w:t>
        </w:r>
      </w:hyperlink>
      <w:r>
        <w:t xml:space="preserve"> - Argos operates a store at Manchester Fort Shopping Park, located at Unit 7A, Manchester Fort Shopping Park, M8 8EP. The store offers a wide range of products, including technology, home and furniture items, toys, and appliances. Customers can also use the Click &amp; Collect service to shop online and pick up their orders in-store. For more information, visit the Argos website.</w:t>
      </w:r>
      <w:r/>
    </w:p>
    <w:p>
      <w:pPr>
        <w:pStyle w:val="ListNumber"/>
        <w:spacing w:line="240" w:lineRule="auto"/>
        <w:ind w:left="720"/>
      </w:pPr>
      <w:r/>
      <w:hyperlink r:id="rId12">
        <w:r>
          <w:rPr>
            <w:color w:val="0000EE"/>
            <w:u w:val="single"/>
          </w:rPr>
          <w:t>https://www.itv.com/news/granada/2026-03-19/pride-parade-returns-to-manchester-with-no-place-like-home-theme</w:t>
        </w:r>
      </w:hyperlink>
      <w:r>
        <w:t xml:space="preserve"> - The Manchester Pride parade returns with the theme 'No Place Like Home', offering community groups the opportunity to celebrate a homecoming and safe landing for Pride in the city after recent uncertainties. The theme also honours Manchester as a welcoming place for all. The parade is scheduled to take place from 28 to 31 August 2026. For more details, visit the ITV News Granada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nchestereveningnews.co.uk/whats-on/shopping/dreams-225th-store-opens-manchester-34508442" TargetMode="External"/><Relationship Id="rId10" Type="http://schemas.openxmlformats.org/officeDocument/2006/relationships/hyperlink" Target="https://www.dreams.co.uk/store/manchester-fort" TargetMode="External"/><Relationship Id="rId11" Type="http://schemas.openxmlformats.org/officeDocument/2006/relationships/hyperlink" Target="https://bigfurnituregroup.com/dreams-celebrates-225-store-milestone-with-new-manchester-opening/" TargetMode="External"/><Relationship Id="rId12" Type="http://schemas.openxmlformats.org/officeDocument/2006/relationships/hyperlink" Target="https://www.itv.com/news/granada/2026-03-19/pride-parade-returns-to-manchester-with-no-place-like-home-theme" TargetMode="External"/><Relationship Id="rId13" Type="http://schemas.openxmlformats.org/officeDocument/2006/relationships/hyperlink" Target="https://www.dreams.co.uk/?language=en-GB" TargetMode="External"/><Relationship Id="rId14" Type="http://schemas.openxmlformats.org/officeDocument/2006/relationships/hyperlink" Target="https://www.harrisonspinks.co.uk/retailers/dreams-manchester" TargetMode="External"/><Relationship Id="rId15" Type="http://schemas.openxmlformats.org/officeDocument/2006/relationships/hyperlink" Target="https://www.argos.co.uk/stores/848-manchester-fort-argo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