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Dolly Parton Drag Tributes in San Francisco This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show-goers are already planning glitter-filled goodbyes , San Francisco drag performers are staging the first of likely many Dolly Parton tributes this Friday, a celebration of life and music that matters to the city’s queer community and beyond. Expect big hair, rhinestones and singalongs at venues across the Castro.</w:t>
      </w:r>
      <w:r/>
    </w:p>
    <w:p>
      <w:r/>
      <w:r>
        <w:t>Essential Takeaways</w:t>
      </w:r>
      <w:r/>
      <w:r/>
    </w:p>
    <w:p>
      <w:pPr>
        <w:pStyle w:val="ListBullet"/>
        <w:spacing w:line="240" w:lineRule="auto"/>
        <w:ind w:left="720"/>
      </w:pPr>
      <w:r/>
      <w:r>
        <w:rPr>
          <w:b/>
        </w:rPr>
        <w:t>When and where:</w:t>
      </w:r>
      <w:r>
        <w:t xml:space="preserve"> A Dolly Parton drag tribute is scheduled for 9:30pm on Friday at Beaux in the Castro, with VJ sets running earlier in the night. </w:t>
      </w:r>
      <w:r/>
    </w:p>
    <w:p>
      <w:pPr>
        <w:pStyle w:val="ListBullet"/>
        <w:spacing w:line="240" w:lineRule="auto"/>
        <w:ind w:left="720"/>
      </w:pPr>
      <w:r/>
      <w:r>
        <w:rPr>
          <w:b/>
        </w:rPr>
        <w:t>Who’s on stage:</w:t>
      </w:r>
      <w:r>
        <w:t xml:space="preserve"> The show is headlined by RuPaul’s Drag Race runner-up Lady Camden and features at least eight other performers, including Adriana Roy and Bionic Simon. </w:t>
      </w:r>
      <w:r/>
    </w:p>
    <w:p>
      <w:pPr>
        <w:pStyle w:val="ListBullet"/>
        <w:spacing w:line="240" w:lineRule="auto"/>
        <w:ind w:left="720"/>
      </w:pPr>
      <w:r/>
      <w:r>
        <w:rPr>
          <w:b/>
        </w:rPr>
        <w:t>Dress code:</w:t>
      </w:r>
      <w:r>
        <w:t xml:space="preserve"> Audience participation encouraged , think big hair, rhinestones and full-on Dolly glamour. </w:t>
      </w:r>
      <w:r/>
    </w:p>
    <w:p>
      <w:pPr>
        <w:pStyle w:val="ListBullet"/>
        <w:spacing w:line="240" w:lineRule="auto"/>
        <w:ind w:left="720"/>
      </w:pPr>
      <w:r/>
      <w:r>
        <w:rPr>
          <w:b/>
        </w:rPr>
        <w:t>Vibe and purpose:</w:t>
      </w:r>
      <w:r>
        <w:t xml:space="preserve"> Organisers are framing the night as both mourning and celebration, highlighting Dolly’s ties to generosity, humour and LGBTQ+ acceptance. </w:t>
      </w:r>
      <w:r/>
    </w:p>
    <w:p>
      <w:pPr>
        <w:pStyle w:val="ListBullet"/>
        <w:spacing w:line="240" w:lineRule="auto"/>
        <w:ind w:left="720"/>
      </w:pPr>
      <w:r/>
      <w:r>
        <w:rPr>
          <w:b/>
        </w:rPr>
        <w:t>What to expect:</w:t>
      </w:r>
      <w:r>
        <w:t xml:space="preserve"> Music videos, live numbers, dancing and a communal singalong atmosphere; tickets available in advance.</w:t>
      </w:r>
      <w:r/>
      <w:r/>
    </w:p>
    <w:p>
      <w:pPr>
        <w:pStyle w:val="Heading2"/>
      </w:pPr>
      <w:r>
        <w:t>A glittering first tribute , why Beaux is leading the send-off</w:t>
      </w:r>
      <w:r/>
    </w:p>
    <w:p>
      <w:r/>
      <w:r>
        <w:t>Beaux announced the Friday night tribute within hours of news breaking, and the timing feels right: the city always turns quickly to performance as a way to grieve and celebrate. The room’s going to smell faintly of hairspray, and organisers have already said they want the night joyful rather than solemn. According to the event listing, VJ Aki will be looping Parton videos before the drag set, which helps get the crowd warmed up and nostalgic. If you want to be in the thick of the first local response, this is the one to book.</w:t>
      </w:r>
      <w:r/>
    </w:p>
    <w:p>
      <w:pPr>
        <w:pStyle w:val="Heading2"/>
      </w:pPr>
      <w:r>
        <w:t>Big names, big numbers , Lady Camden and a stacked lineup</w:t>
      </w:r>
      <w:r/>
    </w:p>
    <w:p>
      <w:r/>
      <w:r>
        <w:t>Bringing a familiar face like Lady Camden gives the evening a spotlight beyond the neighbourhood, and the card includes several well-known local performers such as Adriana Roy and Bionic Simon. That mix signals a show built for both camp and heartfelt moments , expect big production numbers alongside stripped-back tributes. For fans, this blend is a comfort: a reminder that Dolly’s songs translate whether they’re belted with full drag theatrics or crooned from a mic with a single spotlight.</w:t>
      </w:r>
      <w:r/>
    </w:p>
    <w:p>
      <w:pPr>
        <w:pStyle w:val="Heading2"/>
      </w:pPr>
      <w:r>
        <w:t>Why the Castro , community, ritual and shared joy</w:t>
      </w:r>
      <w:r/>
    </w:p>
    <w:p>
      <w:r/>
      <w:r>
        <w:t>San Francisco has a long history of using bars and clubs as communal hearths after a public figure’s passing. The organisers’ message frames the night as an act of community: to sing, laugh, dance and remember. That’s typical of how the city processes loss, especially within the LGBTQ+ scene, and it’s why you’ll see people dress up and bring friends , it’s therapy with sequins. If officials decide to light City Hall in homage, it would be following a local pattern of public mourning turned colourful display.</w:t>
      </w:r>
      <w:r/>
    </w:p>
    <w:p>
      <w:pPr>
        <w:pStyle w:val="Heading2"/>
      </w:pPr>
      <w:r>
        <w:t>How to take part , tickets, etiquette and what to wear</w:t>
      </w:r>
      <w:r/>
    </w:p>
    <w:p>
      <w:r/>
      <w:r>
        <w:t>Advance tickets are available and it’s sensible to buy early: a first tribute like this will likely sell fast. Arrive ready to sing , Dolly’s catalogue is perfect for audience participation , and consider comfort; heels and rhinestones are great, but you’ll be on your feet. If you’re attending with friends, set a meeting point; crowded nights can make phones hard to spot. And remember, this is both celebration and remembrance, so a warm, inclusive attitude is the best accessory.</w:t>
      </w:r>
      <w:r/>
    </w:p>
    <w:p>
      <w:pPr>
        <w:pStyle w:val="Heading2"/>
      </w:pPr>
      <w:r>
        <w:t>What comes next , more tributes and a city remembering</w:t>
      </w:r>
      <w:r/>
    </w:p>
    <w:p>
      <w:r/>
      <w:r>
        <w:t>Expect other venues to follow with their own takes: drag brunches, concert-hall tributes, and late-night singalongs could pop up across town in the next few days. According to event calendars and local venue listings, San Francisco’s live-music spots and drag rooms are well set up to respond. This first Friday night could feel like the opening act for a week of shared reminiscence and song, as fans find different ways to honour an artist who meant a lot to many communities.</w:t>
      </w:r>
      <w:r/>
    </w:p>
    <w:p>
      <w:r/>
      <w:r>
        <w:t>It's a small change of plans that can turn a sad moment into a warm, glittering goodbye.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https://sfist.com/2026/08/25/first-of-what-are-likely-to-be-many-drag-tributes-to-dolly-set-for-friday-in-the-castro/</w:t>
        </w:r>
      </w:hyperlink>
      <w:r>
        <w:t xml:space="preserve"> - Please view link - unable to able to access data</w:t>
      </w:r>
      <w:r/>
    </w:p>
    <w:p>
      <w:pPr>
        <w:pStyle w:val="ListNumber"/>
        <w:spacing w:line="240" w:lineRule="auto"/>
        <w:ind w:left="720"/>
      </w:pPr>
      <w:r/>
      <w:hyperlink r:id="rId10">
        <w:r>
          <w:rPr>
            <w:color w:val="0000EE"/>
            <w:u w:val="single"/>
          </w:rPr>
          <w:t>https://www.beauxsf.com/events-collection/2026/8/29/beaux-baddies-drag-brunch</w:t>
        </w:r>
      </w:hyperlink>
      <w:r>
        <w:t xml:space="preserve"> - Beaux SF is hosting a Drag Brunch event on Saturday, August 29, 2026, from 12:00 PM to 4:30 PM. The event features drag performances, a taqueria brunch provided by Taco Boys, and a variety of beverages including champagne, mimosas, and mocktails. Reservations are recommended to secure a spot at this popular event in San Francisco's Castro district.</w:t>
      </w:r>
      <w:r/>
    </w:p>
    <w:p>
      <w:pPr>
        <w:pStyle w:val="ListNumber"/>
        <w:spacing w:line="240" w:lineRule="auto"/>
        <w:ind w:left="720"/>
      </w:pPr>
      <w:r/>
      <w:hyperlink r:id="rId12">
        <w:r>
          <w:rPr>
            <w:color w:val="0000EE"/>
            <w:u w:val="single"/>
          </w:rPr>
          <w:t>https://www.ticketweb.com/event/drag-at-the-feinsteins-august-feinsteins-at-the-nikko-tickets/15020203</w:t>
        </w:r>
      </w:hyperlink>
      <w:r>
        <w:t xml:space="preserve"> - Feinstein's at The Nikko is hosting a Drag at the Feinstein's event on Friday, August 28, 2026, at 8:00 PM. The show is hosted by Katya Smirnoff Skyy and features performances by local drag legends including Leigh Crow, Helena Devine, and Dulce De Leche. Tickets are available for purchase through TicketWeb.</w:t>
      </w:r>
      <w:r/>
    </w:p>
    <w:p>
      <w:pPr>
        <w:pStyle w:val="ListNumber"/>
        <w:spacing w:line="240" w:lineRule="auto"/>
        <w:ind w:left="720"/>
      </w:pPr>
      <w:r/>
      <w:hyperlink r:id="rId13">
        <w:r>
          <w:rPr>
            <w:color w:val="0000EE"/>
            <w:u w:val="single"/>
          </w:rPr>
          <w:t>https://www.songkick.com/concerts/43227468-sweet-pill-at-august-hall</w:t>
        </w:r>
      </w:hyperlink>
      <w:r>
        <w:t xml:space="preserve"> - August Hall is hosting a concert featuring Sweet Pill, Deux Visages, and Stereosity on Friday, August 28, 2026, at 8:00 PM. The event is part of Sweet Pill's US Tour 2026 and offers an opportunity to experience live performances from these artists in San Francisco.</w:t>
      </w:r>
      <w:r/>
    </w:p>
    <w:p>
      <w:pPr>
        <w:pStyle w:val="ListNumber"/>
        <w:spacing w:line="240" w:lineRule="auto"/>
        <w:ind w:left="720"/>
      </w:pPr>
      <w:r/>
      <w:hyperlink r:id="rId14">
        <w:r>
          <w:rPr>
            <w:color w:val="0000EE"/>
            <w:u w:val="single"/>
          </w:rPr>
          <w:t>https://www.augusthallsf.com/grid/</w:t>
        </w:r>
      </w:hyperlink>
      <w:r>
        <w:t xml:space="preserve"> - August Hall's event calendar includes a variety of performances and concerts throughout the year. Upcoming events include Sweet Pill on August 28, 2026, and Valerie – A Tribute to Amy Winehouse on September 5, 2026. The venue offers a diverse lineup of events catering to different musical tastes.</w:t>
      </w:r>
      <w:r/>
    </w:p>
    <w:p>
      <w:pPr>
        <w:pStyle w:val="ListNumber"/>
        <w:spacing w:line="240" w:lineRule="auto"/>
        <w:ind w:left="720"/>
      </w:pPr>
      <w:r/>
      <w:hyperlink r:id="rId11">
        <w:r>
          <w:rPr>
            <w:color w:val="0000EE"/>
            <w:u w:val="single"/>
          </w:rPr>
          <w:t>https://www.studsf.com/calendar/2026/2/28/carole-kings-tapestry-in-drag</w:t>
        </w:r>
      </w:hyperlink>
      <w:r>
        <w:t xml:space="preserve"> - The Stud in San Francisco hosted 'Carole King's Tapestry in Drag' on Saturday, February 28, 2026. The event featured drag performances of Carole King's classic 1971 album 'Tapestry,' with a lineup of San Francisco Bay Area drag artists interpreting the album's tracks in their unique styles.</w:t>
      </w:r>
      <w:r/>
    </w:p>
    <w:p>
      <w:pPr>
        <w:pStyle w:val="ListNumber"/>
        <w:spacing w:line="240" w:lineRule="auto"/>
        <w:ind w:left="720"/>
      </w:pPr>
      <w:r/>
      <w:hyperlink r:id="rId15">
        <w:r>
          <w:rPr>
            <w:color w:val="0000EE"/>
            <w:u w:val="single"/>
          </w:rPr>
          <w:t>https://www.ticketmaster.com/august-hall-tickets-san-francisco/venue/341897?tt_scene=anchor_view</w:t>
        </w:r>
      </w:hyperlink>
      <w:r>
        <w:t xml:space="preserve"> - Ticketmaster provides ticketing services for events at August Hall in San Francisco. Upcoming events include Sweet Pill on August 28, 2026, and Valerie – A Tribute to Amy Winehouse on September 5, 2026. The venue hosts a variety of concerts and performances throughout the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ist.com/2026/08/25/first-of-what-are-likely-to-be-many-drag-tributes-to-dolly-set-for-friday-in-the-castro/" TargetMode="External"/><Relationship Id="rId10" Type="http://schemas.openxmlformats.org/officeDocument/2006/relationships/hyperlink" Target="https://www.beauxsf.com/events-collection/2026/8/29/beaux-baddies-drag-brunch" TargetMode="External"/><Relationship Id="rId11" Type="http://schemas.openxmlformats.org/officeDocument/2006/relationships/hyperlink" Target="https://www.studsf.com/calendar/2026/2/28/carole-kings-tapestry-in-drag" TargetMode="External"/><Relationship Id="rId12" Type="http://schemas.openxmlformats.org/officeDocument/2006/relationships/hyperlink" Target="https://www.ticketweb.com/event/drag-at-the-feinsteins-august-feinsteins-at-the-nikko-tickets/15020203" TargetMode="External"/><Relationship Id="rId13" Type="http://schemas.openxmlformats.org/officeDocument/2006/relationships/hyperlink" Target="https://www.songkick.com/concerts/43227468-sweet-pill-at-august-hall" TargetMode="External"/><Relationship Id="rId14" Type="http://schemas.openxmlformats.org/officeDocument/2006/relationships/hyperlink" Target="https://www.augusthallsf.com/grid/" TargetMode="External"/><Relationship Id="rId15" Type="http://schemas.openxmlformats.org/officeDocument/2006/relationships/hyperlink" Target="https://www.ticketmaster.com/august-hall-tickets-san-francisco/venue/341897?tt_scene=anchor_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