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Diversa Pride Festival 2026 Guide: Line‑up, tickets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music lovers and the LGTBIQ+ community are already marking their calendars for Diversa Pride Festival in Seville; the one‑night celebration on 3 October blends pop, indie and electronica riverside, with a bold line‑up and a clear message about visibility and joy.</w:t>
      </w:r>
      <w:r/>
    </w:p>
    <w:p>
      <w:r/>
      <w:r>
        <w:t>Essential Takeaways</w:t>
      </w:r>
      <w:r/>
      <w:r/>
    </w:p>
    <w:p>
      <w:pPr>
        <w:pStyle w:val="ListBullet"/>
        <w:spacing w:line="240" w:lineRule="auto"/>
        <w:ind w:left="720"/>
      </w:pPr>
      <w:r/>
      <w:r>
        <w:rPr>
          <w:b/>
        </w:rPr>
        <w:t>When and where:</w:t>
      </w:r>
      <w:r>
        <w:t xml:space="preserve"> Diversa Pride Festival returns on 3 October at Seville’s Pabellón de la Navegación, a scenic riverside venue.</w:t>
      </w:r>
      <w:r/>
    </w:p>
    <w:p>
      <w:pPr>
        <w:pStyle w:val="ListBullet"/>
        <w:spacing w:line="240" w:lineRule="auto"/>
        <w:ind w:left="720"/>
      </w:pPr>
      <w:r/>
      <w:r>
        <w:rPr>
          <w:b/>
        </w:rPr>
        <w:t>Line‑up highlights:</w:t>
      </w:r>
      <w:r>
        <w:t xml:space="preserve"> Eleven acts include Ladilla Rusa, Samantha Hudson, Agoney and Putochinomaricón, with Memi Power closing as DJ , expect pop, indie and electronic textures.</w:t>
      </w:r>
      <w:r/>
    </w:p>
    <w:p>
      <w:pPr>
        <w:pStyle w:val="ListBullet"/>
        <w:spacing w:line="240" w:lineRule="auto"/>
        <w:ind w:left="720"/>
      </w:pPr>
      <w:r/>
      <w:r>
        <w:rPr>
          <w:b/>
        </w:rPr>
        <w:t>Vibe and purpose:</w:t>
      </w:r>
      <w:r>
        <w:t xml:space="preserve"> The festival mixes celebration with activism, framing music as a space to affirm LGTBIQ+ identity and rights.</w:t>
      </w:r>
      <w:r/>
    </w:p>
    <w:p>
      <w:pPr>
        <w:pStyle w:val="ListBullet"/>
        <w:spacing w:line="240" w:lineRule="auto"/>
        <w:ind w:left="720"/>
      </w:pPr>
      <w:r/>
      <w:r>
        <w:rPr>
          <w:b/>
        </w:rPr>
        <w:t>Tickets:</w:t>
      </w:r>
      <w:r>
        <w:t xml:space="preserve"> Tickets are available via Eventick and the organiser’s website; early planning advised as it’s a one‑night event.</w:t>
      </w:r>
      <w:r/>
    </w:p>
    <w:p>
      <w:pPr>
        <w:pStyle w:val="ListBullet"/>
        <w:spacing w:line="240" w:lineRule="auto"/>
        <w:ind w:left="720"/>
      </w:pPr>
      <w:r/>
      <w:r>
        <w:rPr>
          <w:b/>
        </w:rPr>
        <w:t>Practical feel:</w:t>
      </w:r>
      <w:r>
        <w:t xml:space="preserve"> The setting promises energetic dancing, late‑night beats and a sense of community , bring comfy shoes and a reusable bottle.</w:t>
      </w:r>
      <w:r/>
      <w:r/>
    </w:p>
    <w:p>
      <w:pPr>
        <w:pStyle w:val="Heading2"/>
      </w:pPr>
      <w:r>
        <w:t>What Diversa Pride Festival is aiming to be this year</w:t>
      </w:r>
      <w:r/>
    </w:p>
    <w:p>
      <w:r/>
      <w:r>
        <w:t>The festival opens with a clear, bright intention: more than a concert, it wants to be a public act of celebration and defence of identity. The mood organisers are pitching is upbeat and defiant, with a soundtrack to match , think glittery pop hooks, witty electro and raw indie. According to festival listings, last year’s edition laid the groundwork and this year’s bill feels more ambitious, designed to draw a bigger crowd to the banks of the Guadalquivir.</w:t>
      </w:r>
      <w:r/>
    </w:p>
    <w:p>
      <w:r/>
      <w:r>
        <w:t>That framing matters because cultural events like this double as spaces for visibility. For attendees it’s both a party and a statement, so expect signage, moments of recognition between sets and a crowd ready to celebrate loudly. If you’re going, pack layers: the riverside can be pleasantly cool in the evening.</w:t>
      </w:r>
      <w:r/>
    </w:p>
    <w:p>
      <w:pPr>
        <w:pStyle w:val="Heading2"/>
      </w:pPr>
      <w:r>
        <w:t>The line‑up: who to watch and why they matter</w:t>
      </w:r>
      <w:r/>
    </w:p>
    <w:p>
      <w:r/>
      <w:r>
        <w:t>Eleven artists populate the poster, with names that cross scenes and styles. Ladilla Rusa bring satirical pop energy, Samantha Hudson a performative electronic flair, while Agoney offers vocal power rooted in pop tradition. Putochinomaricón and Nebulossa add experimental and indie edge; La Bien Querida and Nya de la Rubia lend melodic and emotional depth.</w:t>
      </w:r>
      <w:r/>
    </w:p>
    <w:p>
      <w:r/>
      <w:r>
        <w:t>Programming like this signals a deliberate mix , pop singalongs, tougher electronic sets and singer‑songwriter moments , so there’s something for different moods. If you want to plan your night, look up each artist’s recent singles or playlists beforehand to map who you can’t miss.</w:t>
      </w:r>
      <w:r/>
    </w:p>
    <w:p>
      <w:pPr>
        <w:pStyle w:val="Heading2"/>
      </w:pPr>
      <w:r>
        <w:t>The venue: Pabellón de la Navegación and the riverside setting</w:t>
      </w:r>
      <w:r/>
    </w:p>
    <w:p>
      <w:r/>
      <w:r>
        <w:t>Seville’s Pabellón de la Navegación sits beside the Guadalquivir, giving the festival a scenic backdrop and a compact footprint for a single‑night event. The space feels urban and connected, with river views and practical access from the city centre. Organisers have chosen a venue that’s both atmospheric and manageable for a concentrated celebration.</w:t>
      </w:r>
      <w:r/>
    </w:p>
    <w:p>
      <w:r/>
      <w:r>
        <w:t>That choice keeps the experience tight: shorter walks between stages, better sound control and easier crowd management. For locals and visitors alike, it’s a pleasant place to combine city sightseeing with a big night out. Just bear in mind transport plans , book your return or check night buses ahead of time.</w:t>
      </w:r>
      <w:r/>
    </w:p>
    <w:p>
      <w:pPr>
        <w:pStyle w:val="Heading2"/>
      </w:pPr>
      <w:r>
        <w:t>Tickets, logistics and what to pack</w:t>
      </w:r>
      <w:r/>
    </w:p>
    <w:p>
      <w:r/>
      <w:r>
        <w:t>Tickets are on sale via Eventick and the Inala Producciones website. Because this is a one‑night festival with a compact line‑up, tickets could move quickly: if you’re set on specific acts, buy early. Look for any tiered pricing or early bird options and check the organiser’s site for details on age restrictions, accessibility and prohibited items.</w:t>
      </w:r>
      <w:r/>
    </w:p>
    <w:p>
      <w:r/>
      <w:r>
        <w:t>For the day, bring essentials: ID, a fully charged phone, cash or card for merch and food, and a small reusable water bottle if allowed. Comfortable footwear makes dancing easier; a light jacket will help when the riverside air cools. If you need accessible facilities, contact organisers in advance to confirm provisions.</w:t>
      </w:r>
      <w:r/>
    </w:p>
    <w:p>
      <w:pPr>
        <w:pStyle w:val="Heading2"/>
      </w:pPr>
      <w:r>
        <w:t>Why festivals like Diversa matter beyond the music</w:t>
      </w:r>
      <w:r/>
    </w:p>
    <w:p>
      <w:r/>
      <w:r>
        <w:t>Cultural festivals anchored in LGTBIQ+ visibility create communal moments that resonate beyond a single night. They give artists a platform, raise cultural awareness and offer safe, celebratory spaces where identity and joy come first. According to event descriptions and listings, Diversa frames itself as both celebration and defence , a reminder that culture can be an act of resistance.</w:t>
      </w:r>
      <w:r/>
    </w:p>
    <w:p>
      <w:r/>
      <w:r>
        <w:t>Looking ahead, a successful second edition could cement Diversa as a staple in Spain’s festival calendar, drawing bigger acts and more international visitors. For now, it’s a crisp, hopeful proposition: a night by the river to sing, dance and be seen.</w:t>
      </w:r>
      <w:r/>
    </w:p>
    <w:p>
      <w:r/>
      <w:r>
        <w:t>It's a small choice to join in, but for many it will feel like a big night of music and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4">
        <w:r>
          <w:rPr>
            <w:color w:val="0000EE"/>
            <w:u w:val="single"/>
          </w:rPr>
          <w:t>[6]</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https://www.popelera.net/diversa-pride-festival-2026/</w:t>
        </w:r>
      </w:hyperlink>
      <w:r>
        <w:t xml:space="preserve"> - Please view link - unable to able to access data</w:t>
      </w:r>
      <w:r/>
    </w:p>
    <w:p>
      <w:pPr>
        <w:pStyle w:val="ListNumber"/>
        <w:spacing w:line="240" w:lineRule="auto"/>
        <w:ind w:left="720"/>
      </w:pPr>
      <w:r/>
      <w:hyperlink r:id="rId10">
        <w:r>
          <w:rPr>
            <w:color w:val="0000EE"/>
            <w:u w:val="single"/>
          </w:rPr>
          <w:t>https://www.agendadesevilla.com/diversa-pride-festival/</w:t>
        </w:r>
      </w:hyperlink>
      <w:r>
        <w:t xml:space="preserve"> - The Diversa Pride Festival 2026 is set to take place on Saturday, 3 October, at the Pabellón de la Navegación in Seville. Organised by Inala Producciones, the event aims to celebrate music, diversity, and the LGTBIQ+ community. The lineup features eleven artists: Ladilla Rusa, Samantha Hudson, Nebulossa, Agoney, La Bien Querida, Jimena Amarillo, Putochinomaricón, Atomic Lemons, Lagore, Nya de la Rubia, and Memi Power as the closing DJ. Tickets are available on Eventick and Inala Producciones' official website. (</w:t>
      </w:r>
      <w:hyperlink r:id="rId15">
        <w:r>
          <w:rPr>
            <w:color w:val="0000EE"/>
            <w:u w:val="single"/>
          </w:rPr>
          <w:t>agendadesevilla.com</w:t>
        </w:r>
      </w:hyperlink>
      <w:r>
        <w:t>)</w:t>
      </w:r>
      <w:r/>
    </w:p>
    <w:p>
      <w:pPr>
        <w:pStyle w:val="ListNumber"/>
        <w:spacing w:line="240" w:lineRule="auto"/>
        <w:ind w:left="720"/>
      </w:pPr>
      <w:r/>
      <w:hyperlink r:id="rId12">
        <w:r>
          <w:rPr>
            <w:color w:val="0000EE"/>
            <w:u w:val="single"/>
          </w:rPr>
          <w:t>https://www.festivalesdeespana.com/en/festival/diversa-pride-festival-sevilla</w:t>
        </w:r>
      </w:hyperlink>
      <w:r>
        <w:t xml:space="preserve"> - The Diversa Pride Festival in Seville is the central event for LGTBIQ+ Pride in the city. Every June, it hosts a major open-air concert at the La Cartuja Stadium with national and international pop headliners, and throughout the month, it organises the 'Month of Diversity' featuring over thirty activities, exhibitions, debates, and art shows. The Pride March takes place the Saturday following the main concert, advocating for the community's rights under its own annual slogans. (</w:t>
      </w:r>
      <w:hyperlink r:id="rId16">
        <w:r>
          <w:rPr>
            <w:color w:val="0000EE"/>
            <w:u w:val="single"/>
          </w:rPr>
          <w:t>festivalesdeespana.com</w:t>
        </w:r>
      </w:hyperlink>
      <w:r>
        <w:t>)</w:t>
      </w:r>
      <w:r/>
    </w:p>
    <w:p>
      <w:pPr>
        <w:pStyle w:val="ListNumber"/>
        <w:spacing w:line="240" w:lineRule="auto"/>
        <w:ind w:left="720"/>
      </w:pPr>
      <w:r/>
      <w:hyperlink r:id="rId11">
        <w:r>
          <w:rPr>
            <w:color w:val="0000EE"/>
            <w:u w:val="single"/>
          </w:rPr>
          <w:t>https://festivalea.es/event/diversa-pride-festival-2026-sevilla/</w:t>
        </w:r>
      </w:hyperlink>
      <w:r>
        <w:t xml:space="preserve"> - The Diversa Pride Festival 2026 is scheduled for 3 October, featuring a day of concerts and sessions along the river. The event presents a diverse artistic lineup designed to bring together various pop, electronic, and independent music styles in a space of encounter and diversity. (</w:t>
      </w:r>
      <w:hyperlink r:id="rId17">
        <w:r>
          <w:rPr>
            <w:color w:val="0000EE"/>
            <w:u w:val="single"/>
          </w:rPr>
          <w:t>festivalea.es</w:t>
        </w:r>
      </w:hyperlink>
      <w:r>
        <w:t>)</w:t>
      </w:r>
      <w:r/>
    </w:p>
    <w:p>
      <w:pPr>
        <w:pStyle w:val="ListNumber"/>
        <w:spacing w:line="240" w:lineRule="auto"/>
        <w:ind w:left="720"/>
      </w:pPr>
      <w:r/>
      <w:hyperlink r:id="rId13">
        <w:r>
          <w:rPr>
            <w:color w:val="0000EE"/>
            <w:u w:val="single"/>
          </w:rPr>
          <w:t>https://www.festivalesdeespana.com/festival/diversa-pride-festival-sevilla</w:t>
        </w:r>
      </w:hyperlink>
      <w:r>
        <w:t xml:space="preserve"> - The Diversa Pride Festival in Seville is the central event for LGTBIQ+ Pride in the city. Every June, it hosts a major open-air concert at the La Cartuja Stadium with national and international pop headliners, and throughout the month, it organises the 'Month of Diversity' featuring over thirty activities, exhibitions, debates, and art shows. The Pride March takes place the Saturday following the main concert, advocating for the community's rights under its own annual slogans. (</w:t>
      </w:r>
      <w:hyperlink r:id="rId18">
        <w:r>
          <w:rPr>
            <w:color w:val="0000EE"/>
            <w:u w:val="single"/>
          </w:rPr>
          <w:t>festivalesdeespana.com</w:t>
        </w:r>
      </w:hyperlink>
      <w:r>
        <w:t>)</w:t>
      </w:r>
      <w:r/>
    </w:p>
    <w:p>
      <w:pPr>
        <w:pStyle w:val="ListNumber"/>
        <w:spacing w:line="240" w:lineRule="auto"/>
        <w:ind w:left="720"/>
      </w:pPr>
      <w:r/>
      <w:hyperlink r:id="rId14">
        <w:r>
          <w:rPr>
            <w:color w:val="0000EE"/>
            <w:u w:val="single"/>
          </w:rPr>
          <w:t>https://eventick.es/v2/diversa-pride-festival-2026/</w:t>
        </w:r>
      </w:hyperlink>
      <w:r>
        <w:t xml:space="preserve"> - The Diversa Pride Festival 2026 is scheduled for 3 October at the Pabellón de la Navegación in Seville. The event promises a grand celebration of diversity, music, and freedom. Tickets are available on Eventick, with prices starting from €25. (</w:t>
      </w:r>
      <w:hyperlink r:id="rId19">
        <w:r>
          <w:rPr>
            <w:color w:val="0000EE"/>
            <w:u w:val="single"/>
          </w:rPr>
          <w:t>eventick.es</w:t>
        </w:r>
      </w:hyperlink>
      <w:r>
        <w:t>)</w:t>
      </w:r>
      <w:r/>
    </w:p>
    <w:p>
      <w:pPr>
        <w:pStyle w:val="ListNumber"/>
        <w:spacing w:line="240" w:lineRule="auto"/>
        <w:ind w:left="720"/>
      </w:pPr>
      <w:r/>
      <w:hyperlink r:id="rId9">
        <w:r>
          <w:rPr>
            <w:color w:val="0000EE"/>
            <w:u w:val="single"/>
          </w:rPr>
          <w:t>https://www.popelera.net/diversa-pride-festival-2026/</w:t>
        </w:r>
      </w:hyperlink>
      <w:r>
        <w:t xml:space="preserve"> - The Diversa Pride Festival 2026 is set to take place on Saturday, 3 October, at the Pabellón de la Navegación in Seville. Organised by Inala Producciones, the event aims to celebrate music, diversity, and the LGTBIQ+ community. The lineup features eleven artists: Ladilla Rusa, Samantha Hudson, Nebulossa, Agoney, La Bien Querida, Jimena Amarillo, Putochinomaricón, Atomic Lemons, Lagore, Nya de la Rubia, and Memi Power as the closing DJ. Tickets are available on Eventick and Inala Producciones'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pelera.net/diversa-pride-festival-2026/" TargetMode="External"/><Relationship Id="rId10" Type="http://schemas.openxmlformats.org/officeDocument/2006/relationships/hyperlink" Target="https://www.agendadesevilla.com/diversa-pride-festival/" TargetMode="External"/><Relationship Id="rId11" Type="http://schemas.openxmlformats.org/officeDocument/2006/relationships/hyperlink" Target="https://festivalea.es/event/diversa-pride-festival-2026-sevilla/" TargetMode="External"/><Relationship Id="rId12" Type="http://schemas.openxmlformats.org/officeDocument/2006/relationships/hyperlink" Target="https://www.festivalesdeespana.com/en/festival/diversa-pride-festival-sevilla" TargetMode="External"/><Relationship Id="rId13" Type="http://schemas.openxmlformats.org/officeDocument/2006/relationships/hyperlink" Target="https://www.festivalesdeespana.com/festival/diversa-pride-festival-sevilla" TargetMode="External"/><Relationship Id="rId14" Type="http://schemas.openxmlformats.org/officeDocument/2006/relationships/hyperlink" Target="https://eventick.es/v2/diversa-pride-festival-2026/" TargetMode="External"/><Relationship Id="rId15" Type="http://schemas.openxmlformats.org/officeDocument/2006/relationships/hyperlink" Target="https://www.agendadesevilla.com/diversa-pride-festival/?utm_source=openai" TargetMode="External"/><Relationship Id="rId16" Type="http://schemas.openxmlformats.org/officeDocument/2006/relationships/hyperlink" Target="https://www.festivalesdeespana.com/en/festival/diversa-pride-festival-sevilla?utm_source=openai" TargetMode="External"/><Relationship Id="rId17" Type="http://schemas.openxmlformats.org/officeDocument/2006/relationships/hyperlink" Target="https://festivalea.es/event/diversa-pride-festival-2026-sevilla/?utm_source=openai" TargetMode="External"/><Relationship Id="rId18" Type="http://schemas.openxmlformats.org/officeDocument/2006/relationships/hyperlink" Target="https://www.festivalesdeespana.com/festival/diversa-pride-festival-sevilla?utm_source=openai" TargetMode="External"/><Relationship Id="rId19" Type="http://schemas.openxmlformats.org/officeDocument/2006/relationships/hyperlink" Target="https://eventick.es/v2/diversa-pride-festival-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