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CSD in Wismar: What to Expect at the September Pride Under Police Protection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residents are bracing for a colourful but tightly policed Christopher Street Day in Wismar on 12 September, after organisers planned a celebration that also doubles as a political demonstration , and authorities say counter-protests are already registered, so safety and visibility are front of mind.</w:t>
      </w:r>
      <w:r/>
    </w:p>
    <w:p>
      <w:r/>
      <w:r>
        <w:t>Essential Takeaways</w:t>
      </w:r>
      <w:r/>
      <w:r/>
    </w:p>
    <w:p>
      <w:pPr>
        <w:pStyle w:val="ListBullet"/>
        <w:spacing w:line="240" w:lineRule="auto"/>
        <w:ind w:left="720"/>
      </w:pPr>
      <w:r/>
      <w:r>
        <w:rPr>
          <w:b/>
        </w:rPr>
        <w:t>Confirmed date and place:</w:t>
      </w:r>
      <w:r>
        <w:t xml:space="preserve"> Wismar’s Christopher Street Day is set for 12 September, organised locally and billed as both festival and demonstration. </w:t>
      </w:r>
      <w:r/>
    </w:p>
    <w:p>
      <w:pPr>
        <w:pStyle w:val="ListBullet"/>
        <w:spacing w:line="240" w:lineRule="auto"/>
        <w:ind w:left="720"/>
      </w:pPr>
      <w:r/>
      <w:r>
        <w:rPr>
          <w:b/>
        </w:rPr>
        <w:t>Counter-demonstration registered:</w:t>
      </w:r>
      <w:r>
        <w:t xml:space="preserve"> At least one opposing action has been officially filed with the county’s assembly authority, organiser identity undisclosed. </w:t>
      </w:r>
      <w:r/>
    </w:p>
    <w:p>
      <w:pPr>
        <w:pStyle w:val="ListBullet"/>
        <w:spacing w:line="240" w:lineRule="auto"/>
        <w:ind w:left="720"/>
      </w:pPr>
      <w:r/>
      <w:r>
        <w:rPr>
          <w:b/>
        </w:rPr>
        <w:t>Security costs and measures:</w:t>
      </w:r>
      <w:r>
        <w:t xml:space="preserve"> Organisers expect roughly €10,000 in expenses, with a large share for security and stage tech; police will provide visible protection. </w:t>
      </w:r>
      <w:r/>
    </w:p>
    <w:p>
      <w:pPr>
        <w:pStyle w:val="ListBullet"/>
        <w:spacing w:line="240" w:lineRule="auto"/>
        <w:ind w:left="720"/>
      </w:pPr>
      <w:r/>
      <w:r>
        <w:rPr>
          <w:b/>
        </w:rPr>
        <w:t>Recent local context:</w:t>
      </w:r>
      <w:r>
        <w:t xml:space="preserve"> Right-wing groups have previously targeted CSD events in Wismar (2024) and Grevesmühlen (2025), prompting heavy police presence and attempts to disrupt. </w:t>
      </w:r>
      <w:r/>
    </w:p>
    <w:p>
      <w:pPr>
        <w:pStyle w:val="ListBullet"/>
        <w:spacing w:line="240" w:lineRule="auto"/>
        <w:ind w:left="720"/>
      </w:pPr>
      <w:r/>
      <w:r>
        <w:rPr>
          <w:b/>
        </w:rPr>
        <w:t>Political as well as festive:</w:t>
      </w:r>
      <w:r>
        <w:t xml:space="preserve"> The event stresses rights, visibility and safety for queer people, not just entertainment , and organisers adjusted plans after a recent attack on another CSD.</w:t>
      </w:r>
      <w:r/>
      <w:r/>
    </w:p>
    <w:p>
      <w:pPr>
        <w:pStyle w:val="Heading2"/>
      </w:pPr>
      <w:r>
        <w:t>Why organisers say this year’s CSD feels different</w:t>
      </w:r>
      <w:r/>
    </w:p>
    <w:p>
      <w:r/>
      <w:r>
        <w:t>There’s a quieter urgency behind the bunting this year, a sense you can see in organisers’ faces and hear in their planning calls. After an attack on a CSD in Berlin, Rachel Hanf and the Wismar team revisited their security plan to reassure participants and passers-by. They want the day to feel colourful and musical, but safe; the sound of a stage isn’t supposed to be drowned out by conflict.</w:t>
      </w:r>
      <w:r/>
    </w:p>
    <w:p>
      <w:r/>
      <w:r>
        <w:t>Organisers are clear it’s both a party and a protest , a reminder that queer visibility in smaller towns still draws resistance. Expect speeches on equality and personal testimony as well as live acts, with stewards and police keeping routes and gathering points under watch.</w:t>
      </w:r>
      <w:r/>
    </w:p>
    <w:p>
      <w:pPr>
        <w:pStyle w:val="Heading2"/>
      </w:pPr>
      <w:r>
        <w:t>The counter-protest question: what we know so far</w:t>
      </w:r>
      <w:r/>
    </w:p>
    <w:p>
      <w:r/>
      <w:r>
        <w:t>Local authorities confirm one counter-demonstration application sits with the county assembly office, filed by a private person from the wider district. They haven’t published the applicant’s name or affiliation, so whether it’s an organised far-right action or an isolated complaint remains unclear. Past events offer a hint: right-wing mobilisation at Wismar’s 2024 CSD drew roughly 200 people who tried repeatedly to disrupt proceedings.</w:t>
      </w:r>
      <w:r/>
    </w:p>
    <w:p>
      <w:r/>
      <w:r>
        <w:t>That history matters because it shapes how police and organisers prepare. Expect controlled access points, defined protest zones and a visible cordon; the aim is to allow both lawful forms of expression while preventing clashes. If you plan to attend, follow official route maps and steward instructions.</w:t>
      </w:r>
      <w:r/>
    </w:p>
    <w:p>
      <w:pPr>
        <w:pStyle w:val="Heading2"/>
      </w:pPr>
      <w:r>
        <w:t>Costs, logistics and why the price tag matters</w:t>
      </w:r>
      <w:r/>
    </w:p>
    <w:p>
      <w:r/>
      <w:r>
        <w:t>Putting on a safe, visible march isn’t cheap. The organisers estimate about €10,000 in costs, covering stage and sound, musicians and the beefed-up security measures the moment demands. That’s a reminder that public demonstrations require resources beyond enthusiasm , money for barriers, trained stewards, and sometimes legal advice.</w:t>
      </w:r>
      <w:r/>
    </w:p>
    <w:p>
      <w:r/>
      <w:r>
        <w:t>If you’re donating or volunteering, ask organisers where funds go. Small contributions or a few hours on a stewarding rota can make the difference between a joyful, organised event and one where safety concerns dampen turnout.</w:t>
      </w:r>
      <w:r/>
    </w:p>
    <w:p>
      <w:pPr>
        <w:pStyle w:val="Heading2"/>
      </w:pPr>
      <w:r>
        <w:t>What happened in Grevesmühlen and what it suggests</w:t>
      </w:r>
      <w:r/>
    </w:p>
    <w:p>
      <w:r/>
      <w:r>
        <w:t>Last year’s CSD in Grevesmühlen was a mixed result: roughly 1,700 people attended several political gatherings, with about 1,000 at the CSD , fewer than hoped. Organisers said potential attendees were likely deterred by the prospect of counter-demonstrations. Local politicians publicly urged peace, and despite tensions, major clashes were avoided thanks to planning and police presence.</w:t>
      </w:r>
      <w:r/>
    </w:p>
    <w:p>
      <w:r/>
      <w:r>
        <w:t>That pattern , mobilisation by opponents reducing expected crowds , is a key risk this year. For anyone worried about safety or the atmosphere, consider attending in groups, choosing family-friendly areas of the event and checking organiser channels for real-time advice.</w:t>
      </w:r>
      <w:r/>
    </w:p>
    <w:p>
      <w:pPr>
        <w:pStyle w:val="Heading2"/>
      </w:pPr>
      <w:r>
        <w:t>How to join, support or watch safely</w:t>
      </w:r>
      <w:r/>
    </w:p>
    <w:p>
      <w:r/>
      <w:r>
        <w:t>If you want to go, plan ahead. Wear comfortable shoes, carry a small water bottle, and charge your phone. Arrive early to find stewards and information points, and stick to marked routes. If you can’t attend, support the cause by donating to the organisers or sharing verified information on social channels rather than amplifying rumours.</w:t>
      </w:r>
      <w:r/>
    </w:p>
    <w:p>
      <w:r/>
      <w:r>
        <w:t>And if you’re travelling in, check local transport updates: increased policing can mean road closures and altered timetables. Most importantly, treat the day as both celebration and solidarity , your presence matters.</w:t>
      </w:r>
      <w:r/>
    </w:p>
    <w:p>
      <w:r/>
      <w:r>
        <w:t>It's a small change that can make every march safer and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14">
        <w:r>
          <w:rPr>
            <w:color w:val="0000EE"/>
            <w:u w:val="single"/>
          </w:rPr>
          <w:t>[5]</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https://www.ostsee-zeitung.de/lokales/nordwestmecklenburg/wismar/csd-in-wismar-am-12-9-unter-polizeischutz-gegendemo-bereits-angemeldet-E5EYECITXFAAHERWI7CKTJXODY.html</w:t>
        </w:r>
      </w:hyperlink>
      <w:r>
        <w:t xml:space="preserve"> - Please view link - unable to able to access data</w:t>
      </w:r>
      <w:r/>
    </w:p>
    <w:p>
      <w:pPr>
        <w:pStyle w:val="ListNumber"/>
        <w:spacing w:line="240" w:lineRule="auto"/>
        <w:ind w:left="720"/>
      </w:pPr>
      <w:r/>
      <w:hyperlink r:id="rId10">
        <w:r>
          <w:rPr>
            <w:color w:val="0000EE"/>
            <w:u w:val="single"/>
          </w:rPr>
          <w:t>https://www.wismar.fm/christopher-street-day-in-wismar-proteste-rechter-gruppen/</w:t>
        </w:r>
      </w:hyperlink>
      <w:r>
        <w:t xml:space="preserve"> - The first Christopher Street Day (CSD) in Wismar took place on 14 September 2024, with approximately 2,000 participants marching through the city centre. The event was accompanied by protests from right-wing groups, with around 200 individuals gathering near the train station. The police intervened to prevent clashes, and the CSD proceeded peacefully, highlighting Wismar's commitment to tolerance and diversity.</w:t>
      </w:r>
      <w:r/>
    </w:p>
    <w:p>
      <w:pPr>
        <w:pStyle w:val="ListNumber"/>
        <w:spacing w:line="240" w:lineRule="auto"/>
        <w:ind w:left="720"/>
      </w:pPr>
      <w:r/>
      <w:hyperlink r:id="rId11">
        <w:r>
          <w:rPr>
            <w:color w:val="0000EE"/>
            <w:u w:val="single"/>
          </w:rPr>
          <w:t>https://www.zeit.de/news/2024-09/15/christopher-street-day-in-wismar-proteste-rechter-gruppen</w:t>
        </w:r>
      </w:hyperlink>
      <w:r>
        <w:t xml:space="preserve"> - The inaugural CSD in Wismar on 14 September 2024 saw over 2,000 participants celebrating LGBTQ+ rights. The event was marred by protests from right-wing groups, with participants gathering near the train station. The police intervened to prevent clashes, and the CSD proceeded peacefully, underscoring Wismar's commitment to tolerance and diversity.</w:t>
      </w:r>
      <w:r/>
    </w:p>
    <w:p>
      <w:pPr>
        <w:pStyle w:val="ListNumber"/>
        <w:spacing w:line="240" w:lineRule="auto"/>
        <w:ind w:left="720"/>
      </w:pPr>
      <w:r/>
      <w:hyperlink r:id="rId13">
        <w:r>
          <w:rPr>
            <w:color w:val="0000EE"/>
            <w:u w:val="single"/>
          </w:rPr>
          <w:t>https://katapult-mv.de/artikel/rechtsextreme-stoeren-ersten-csd-in-wismar/</w:t>
        </w:r>
      </w:hyperlink>
      <w:r>
        <w:t xml:space="preserve"> - On 14 September 2024, Wismar hosted its first CSD, attracting around 2,100 participants advocating for queer rights. The event faced disruptions from approximately 200 right-wing extremists. Despite the disturbances, the CSD proceeded peacefully, reflecting Wismar's dedication to inclusivity and diversity.</w:t>
      </w:r>
      <w:r/>
    </w:p>
    <w:p>
      <w:pPr>
        <w:pStyle w:val="ListNumber"/>
        <w:spacing w:line="240" w:lineRule="auto"/>
        <w:ind w:left="720"/>
      </w:pPr>
      <w:r/>
      <w:hyperlink r:id="rId14">
        <w:r>
          <w:rPr>
            <w:color w:val="0000EE"/>
            <w:u w:val="single"/>
          </w:rPr>
          <w:t>https://www.wismar.fm/1-000-teilnehmer-beim-csd-grevesmuehlen-rechte-gegenaktion/</w:t>
        </w:r>
      </w:hyperlink>
      <w:r>
        <w:t xml:space="preserve"> - The CSD in Grevesmühlen on 13 September 2025 attracted around 1,000 participants. Prior to the event, approximately 350 right-wing extremists protested against the CSD. Despite the opposition, the CSD proceeded peacefully, with no clashes reported, highlighting the community's resilience and commitment to LGBTQ+ rights.</w:t>
      </w:r>
      <w:r/>
    </w:p>
    <w:p>
      <w:pPr>
        <w:pStyle w:val="ListNumber"/>
        <w:spacing w:line="240" w:lineRule="auto"/>
        <w:ind w:left="720"/>
      </w:pPr>
      <w:r/>
      <w:hyperlink r:id="rId12">
        <w:r>
          <w:rPr>
            <w:color w:val="0000EE"/>
            <w:u w:val="single"/>
          </w:rPr>
          <w:t>https://www.ndr.de/nachrichten/mecklenburg-vorpommern/Auseinandersetzungen-bei-Christopher-Street-Day-in-Wismar%2Cwismar834.html</w:t>
        </w:r>
      </w:hyperlink>
      <w:r>
        <w:t xml:space="preserve"> - The first CSD in Wismar on 14 September 2024 was attended by around 2,100 people. The event faced disruptions from right-wing groups, with approximately 200 participants gathering near the train station. The police intervened to prevent clashes, and the CSD proceeded peacefully, underscoring Wismar's commitment to tolerance and diversity.</w:t>
      </w:r>
      <w:r/>
    </w:p>
    <w:p>
      <w:pPr>
        <w:pStyle w:val="ListNumber"/>
        <w:spacing w:line="240" w:lineRule="auto"/>
        <w:ind w:left="720"/>
      </w:pPr>
      <w:r/>
      <w:hyperlink r:id="rId15">
        <w:r>
          <w:rPr>
            <w:color w:val="0000EE"/>
            <w:u w:val="single"/>
          </w:rPr>
          <w:t>https://gruene-nordwestmecklenburg.de/2024/09/11/erster-csd-in-wismar/</w:t>
        </w:r>
      </w:hyperlink>
      <w:r>
        <w:t xml:space="preserve"> - The first CSD in Wismar is scheduled for 14 September 2024, featuring a demonstration through the city centre and a gathering in the market square with music and speeches. The event aims to showcase Wismar as a vibrant and tolerant city, providing a platform for the local queer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stsee-zeitung.de/lokales/nordwestmecklenburg/wismar/csd-in-wismar-am-12-9-unter-polizeischutz-gegendemo-bereits-angemeldet-E5EYECITXFAAHERWI7CKTJXODY.html" TargetMode="External"/><Relationship Id="rId10" Type="http://schemas.openxmlformats.org/officeDocument/2006/relationships/hyperlink" Target="https://www.wismar.fm/christopher-street-day-in-wismar-proteste-rechter-gruppen/" TargetMode="External"/><Relationship Id="rId11" Type="http://schemas.openxmlformats.org/officeDocument/2006/relationships/hyperlink" Target="https://www.zeit.de/news/2024-09/15/christopher-street-day-in-wismar-proteste-rechter-gruppen" TargetMode="External"/><Relationship Id="rId12" Type="http://schemas.openxmlformats.org/officeDocument/2006/relationships/hyperlink" Target="https://www.ndr.de/nachrichten/mecklenburg-vorpommern/Auseinandersetzungen-bei-Christopher-Street-Day-in-Wismar%2Cwismar834.html" TargetMode="External"/><Relationship Id="rId13" Type="http://schemas.openxmlformats.org/officeDocument/2006/relationships/hyperlink" Target="https://katapult-mv.de/artikel/rechtsextreme-stoeren-ersten-csd-in-wismar/" TargetMode="External"/><Relationship Id="rId14" Type="http://schemas.openxmlformats.org/officeDocument/2006/relationships/hyperlink" Target="https://www.wismar.fm/1-000-teilnehmer-beim-csd-grevesmuehlen-rechte-gegenaktion/" TargetMode="External"/><Relationship Id="rId15" Type="http://schemas.openxmlformats.org/officeDocument/2006/relationships/hyperlink" Target="https://gruene-nordwestmecklenburg.de/2024/09/11/erster-csd-in-wisma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