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Bear Frolic 2026 Guide: What to Expect at Ottawa’s Expanded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good times, mark your calendars , Bear Frolic is back and bigger. Ottawa Bears are stretching the celebration into a five‑day Canadian Thanksgiving weekend (8–12 October 2026), with more parties, new social moments, and fresh ways for bears and admirers to connect across the capital.</w:t>
      </w:r>
      <w:r/>
    </w:p>
    <w:p>
      <w:r/>
      <w:r>
        <w:t>Essential Takeaways</w:t>
      </w:r>
      <w:r/>
      <w:r/>
    </w:p>
    <w:p>
      <w:pPr>
        <w:pStyle w:val="ListBullet"/>
        <w:spacing w:line="240" w:lineRule="auto"/>
        <w:ind w:left="720"/>
      </w:pPr>
      <w:r/>
      <w:r>
        <w:rPr>
          <w:b/>
        </w:rPr>
        <w:t>Dates and place:</w:t>
      </w:r>
      <w:r>
        <w:t xml:space="preserve"> Bear Frolic runs 8–12 October 2026 in Ottawa, coinciding with Canadian Thanksgiving.</w:t>
      </w:r>
      <w:r/>
    </w:p>
    <w:p>
      <w:pPr>
        <w:pStyle w:val="ListBullet"/>
        <w:spacing w:line="240" w:lineRule="auto"/>
        <w:ind w:left="720"/>
      </w:pPr>
      <w:r/>
      <w:r>
        <w:rPr>
          <w:b/>
        </w:rPr>
        <w:t>Bigger schedule:</w:t>
      </w:r>
      <w:r>
        <w:t xml:space="preserve"> The event expands to five days with extra parties, social events, and an afternoon tea dance , more chances to meet people.</w:t>
      </w:r>
      <w:r/>
    </w:p>
    <w:p>
      <w:pPr>
        <w:pStyle w:val="ListBullet"/>
        <w:spacing w:line="240" w:lineRule="auto"/>
        <w:ind w:left="720"/>
      </w:pPr>
      <w:r/>
      <w:r>
        <w:rPr>
          <w:b/>
        </w:rPr>
        <w:t>New partnerships:</w:t>
      </w:r>
      <w:r>
        <w:t xml:space="preserve"> An exclusive afternoon play party comes via a special tie‑up with Illuminaughty, near the host hotel.</w:t>
      </w:r>
      <w:r/>
    </w:p>
    <w:p>
      <w:pPr>
        <w:pStyle w:val="ListBullet"/>
        <w:spacing w:line="240" w:lineRule="auto"/>
        <w:ind w:left="720"/>
      </w:pPr>
      <w:r/>
      <w:r>
        <w:rPr>
          <w:b/>
        </w:rPr>
        <w:t>Fan favourites return:</w:t>
      </w:r>
      <w:r>
        <w:t xml:space="preserve"> Expect Mr Ottawa Bear, the big dance party with DJ sets, the wave pool and pizza outing, and communal meals.</w:t>
      </w:r>
      <w:r/>
    </w:p>
    <w:p>
      <w:pPr>
        <w:pStyle w:val="ListBullet"/>
        <w:spacing w:line="240" w:lineRule="auto"/>
        <w:ind w:left="720"/>
      </w:pPr>
      <w:r/>
      <w:r>
        <w:rPr>
          <w:b/>
        </w:rPr>
        <w:t>Ticketing tip:</w:t>
      </w:r>
      <w:r>
        <w:t xml:space="preserve"> VIB (Very Important Bear) passes cover most events , book early and reserve your hotel to avoid sold‑out disappointment.</w:t>
      </w:r>
      <w:r/>
      <w:r/>
    </w:p>
    <w:p>
      <w:pPr>
        <w:pStyle w:val="Heading2"/>
      </w:pPr>
      <w:r>
        <w:t>Why the festival grew , and why that matters</w:t>
      </w:r>
      <w:r/>
    </w:p>
    <w:p>
      <w:r/>
      <w:r>
        <w:t>Bear Frolic has long been a cosy, community‑led weekend for bears, admirers and queer friends, and organisers heard a clear demand for more time together. The result is an expanded five‑day format over Thanksgiving that gives folks extra space to socialise, rest, and explore the city. That means less FOMO and more late‑night conversations that actually finish before breakfast.</w:t>
      </w:r>
      <w:r/>
    </w:p>
    <w:p>
      <w:r/>
      <w:r>
        <w:t>The change reflects a wider trend in LGBTQ+ events: people want multi‑day experiences that blend parties with safer, lower‑pressure meetups. If you’re used to jam‑packed single nights, this staggered schedule feels noticeably friendlier , more chance to pace yourself and try something new.</w:t>
      </w:r>
      <w:r/>
    </w:p>
    <w:p>
      <w:pPr>
        <w:pStyle w:val="Heading2"/>
      </w:pPr>
      <w:r>
        <w:t>What’s new this year , the extras to look out for</w:t>
      </w:r>
      <w:r/>
    </w:p>
    <w:p>
      <w:r/>
      <w:r>
        <w:t>New for 2026 are an afternoon tea dance and an Illuminaughty partnership that stages a private, daytime play party steps from the host hotel. Those additions broaden the weekend from strictly nightlife into daylight socialising and curated adult spaces.</w:t>
      </w:r>
      <w:r/>
    </w:p>
    <w:p>
      <w:r/>
      <w:r>
        <w:t>Think of the tea dance as a sunnier way to catch the same crowd you’ll see at the evening raves, while the Illuminaughty event gives a discreet, organised space for play , handy if you prefer structured settings to random meetups. If you’re deciding what to try first, consider your comfort level and energy: daytime events are great for making introductions, evenings for letting loose.</w:t>
      </w:r>
      <w:r/>
    </w:p>
    <w:p>
      <w:pPr>
        <w:pStyle w:val="Heading2"/>
      </w:pPr>
      <w:r>
        <w:t>Returning favourites , what won’t change</w:t>
      </w:r>
      <w:r/>
    </w:p>
    <w:p>
      <w:r/>
      <w:r>
        <w:t>All the staples are coming back: the Mr Ottawa Bear competition, the headline dance party with acclaimed DJs, the wave pool and pizza outing, and plenty of group meals. These familiar beats keep the weekend grounded in tradition even as the schedule grows.</w:t>
      </w:r>
      <w:r/>
    </w:p>
    <w:p>
      <w:r/>
      <w:r>
        <w:t>For many attendees, those moments are the emotional core , crowning a new winner, belting out tunes on the dance floor, then winding down with pizza. If you’ve been before, the vibe should feel recognisably warm; if you’re new, expect approachable rituals that make it easy to slot in.</w:t>
      </w:r>
      <w:r/>
    </w:p>
    <w:p>
      <w:pPr>
        <w:pStyle w:val="Heading2"/>
      </w:pPr>
      <w:r>
        <w:t>Practical planning , tickets, travel and where to stay</w:t>
      </w:r>
      <w:r/>
    </w:p>
    <w:p>
      <w:r/>
      <w:r>
        <w:t>VIB tickets offer the most comprehensive access, so they’re worth considering if you want the full experience without picking and choosing. Organisers urge guests to book hotels early: Ottawa fills up fast over Thanksgiving, and popular blocks close to the host hotel will move quickly.</w:t>
      </w:r>
      <w:r/>
    </w:p>
    <w:p>
      <w:r/>
      <w:r>
        <w:t>A few tips: pick a ticket level that matches how many events you want to join, check venue details for dress or age policies, and leave time to explore Ottawa’s restaurants and parks between parties. Travelling from outside Canada? Allow extra time at the border and for paperwork if you need it.</w:t>
      </w:r>
      <w:r/>
    </w:p>
    <w:p>
      <w:pPr>
        <w:pStyle w:val="Heading2"/>
      </w:pPr>
      <w:r>
        <w:t>Community and culture , more than just a party</w:t>
      </w:r>
      <w:r/>
    </w:p>
    <w:p>
      <w:r/>
      <w:r>
        <w:t>Bear Frolic remains rooted in community building: it’s as much about positive body image, friendship and inclusivity as it is about music and dancing. The Ottawa Bears describe the weekend as an opportunity to celebrate bear culture while welcoming people of all shapes and backgrounds.</w:t>
      </w:r>
      <w:r/>
    </w:p>
    <w:p>
      <w:r/>
      <w:r>
        <w:t>That communal spirit is what keeps attendees returning year after year. Whether you’re there to make new friends, support the scene, or simply have a blast, the weekend aims to be an affirming space where people can be themselves.</w:t>
      </w:r>
      <w:r/>
    </w:p>
    <w:p>
      <w:r/>
      <w:r>
        <w:t>It’s a small change that can make every meet, dance and memory feel a little more relaxed , enjoy the Frolic.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9">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https://bearworldmag.com/bear-frolic-2026-ottawa/?utm_source=rss&amp;utm_medium=rss&amp;utm_campaign=bear-frolic-2026-ottawa</w:t>
        </w:r>
      </w:hyperlink>
      <w:r>
        <w:t xml:space="preserve"> - Please view link - unable to able to access data</w:t>
      </w:r>
      <w:r/>
    </w:p>
    <w:p>
      <w:pPr>
        <w:pStyle w:val="ListNumber"/>
        <w:spacing w:line="240" w:lineRule="auto"/>
        <w:ind w:left="720"/>
      </w:pPr>
      <w:r/>
      <w:hyperlink r:id="rId10">
        <w:r>
          <w:rPr>
            <w:color w:val="0000EE"/>
            <w:u w:val="single"/>
          </w:rPr>
          <w:t>https://ottawabears.com/bear-frolic/</w:t>
        </w:r>
      </w:hyperlink>
      <w:r>
        <w:t xml:space="preserve"> - The Ottawa Bears have announced that Bear Frolic 2026 will take place from October 8 to 12, 2026, during the Canadian Thanksgiving weekend. This expanded five-day event will feature a variety of activities, including social gatherings, meals, dance parties with DJ Dis Moi Oui, a wave pool excursion, and the annual Mr. Ottawa Bear competition. New additions for 2026 include an afternoon tea dance, a boat tour of the Ottawa River, line and square dancing, and a private play party with Illuminaughty. The host hotel, Courtyard Ottawa Downtown, is located in the ByWard Market area, offering easy access to local attractions. Attendees are encouraged to purchase a Very Important Bear (VIB) pass for access to nearly all events at a discounted price. For more information and ticket purchases, visit the Ottawa Bears' official website.</w:t>
      </w:r>
      <w:r/>
    </w:p>
    <w:p>
      <w:pPr>
        <w:pStyle w:val="ListNumber"/>
        <w:spacing w:line="240" w:lineRule="auto"/>
        <w:ind w:left="720"/>
      </w:pPr>
      <w:r/>
      <w:hyperlink r:id="rId11">
        <w:r>
          <w:rPr>
            <w:color w:val="0000EE"/>
            <w:u w:val="single"/>
          </w:rPr>
          <w:t>https://ottawabears.com/</w:t>
        </w:r>
      </w:hyperlink>
      <w:r>
        <w:t xml:space="preserve"> - The Ottawa Bears is a community group based in Ottawa, Ontario, and Gatineau, Québec, dedicated to organizing social events for the bear community. Their mission is to promote a positive body image among large and/or furry gay men and to foster bear culture within both gay and straight communities in the greater Ottawa region. The group welcomes individuals of all types—big or small, furry or smooth, bear or admirer—who appreciate the company of bears. Membership is open to all, regardless of age, size, race, religion, gender, or sexual orientation. The group hosts various events, including brunches, social gatherings, and the annual Bear Frolic.</w:t>
      </w:r>
      <w:r/>
    </w:p>
    <w:p>
      <w:pPr>
        <w:pStyle w:val="ListNumber"/>
        <w:spacing w:line="240" w:lineRule="auto"/>
        <w:ind w:left="720"/>
      </w:pPr>
      <w:r/>
      <w:hyperlink r:id="rId12">
        <w:r>
          <w:rPr>
            <w:color w:val="0000EE"/>
            <w:u w:val="single"/>
          </w:rPr>
          <w:t>https://ottawabears.com/shop/</w:t>
        </w:r>
      </w:hyperlink>
      <w:r>
        <w:t xml:space="preserve"> - The Ottawa Bears' online store offers a range of tickets and merchandise for their events. For Bear Frolic 2026, the store provides the Very Important Bear (VIB) pass, granting access to nearly all events for one price. Additional tickets are available for specific activities, such as the Ottawa River Boat Tour, Frisky Bears Play Party hosted by Illuminaughty, Survivor’s Brunch, Wet Fur Pool and Pizza Party, Bear Brunch at Tucker’s Marketplace, Bear Frolic Dance Party, and the Mr. Ottawa Bear Competition. The store also offers Bear Frolic Additional Bingo Cards for those interested in participating in the bingo event. For more details and to purchase tickets, visit the Ottawa Bears' online store.</w:t>
      </w:r>
      <w:r/>
    </w:p>
    <w:p>
      <w:pPr>
        <w:pStyle w:val="ListNumber"/>
        <w:spacing w:line="240" w:lineRule="auto"/>
        <w:ind w:left="720"/>
      </w:pPr>
      <w:r/>
      <w:hyperlink r:id="rId13">
        <w:r>
          <w:rPr>
            <w:color w:val="0000EE"/>
            <w:u w:val="single"/>
          </w:rPr>
          <w:t>https://maxottawa.ca/resources-directory/ottawa-bears/</w:t>
        </w:r>
      </w:hyperlink>
      <w:r>
        <w:t xml:space="preserve"> - Ottawa Bears is a community group located in the Ottawa, Ontario, and Gatineau, Québec region of Canada. The group organizes social events for the bear community, aiming to promote a positive body image among large and/or furry gay men and to promote bear culture within both gay and straight communities in the greater Ottawa region. They welcome people of all types—big or small, furry or smooth, bear or admirer—who enjoy the company of bears. For more information, visit their website.</w:t>
      </w:r>
      <w:r/>
    </w:p>
    <w:p>
      <w:pPr>
        <w:pStyle w:val="ListNumber"/>
        <w:spacing w:line="240" w:lineRule="auto"/>
        <w:ind w:left="720"/>
      </w:pPr>
      <w:r/>
      <w:hyperlink r:id="rId9">
        <w:r>
          <w:rPr>
            <w:color w:val="0000EE"/>
            <w:u w:val="single"/>
          </w:rPr>
          <w:t>https://bearworldmag.com/bear-frolic-2026-ottawa/?utm_source=rss&amp;utm_medium=rss&amp;utm_campaign=bear-frolic-2026-ottawa</w:t>
        </w:r>
      </w:hyperlink>
      <w:r>
        <w:t xml:space="preserve"> - Bear Frolic 2026 is set to return from October 8 to 12, 2026, during the Canadian Thanksgiving weekend. This expanded five-day event will feature a variety of activities, including social gatherings, meals, dance parties with DJ Dis Moi Oui, a wave pool excursion, and the annual Mr. Ottawa Bear competition. New additions for 2026 include an afternoon tea dance, a boat tour of the Ottawa River, line and square dancing, and a private play party with Illuminaughty. The host hotel, Courtyard Ottawa Downtown, is located in the ByWard Market area, offering easy access to local attractions. Attendees are encouraged to purchase a Very Important Bear (VIB) pass for access to nearly all events at a discounted price. For more information and ticket purchases, visit the Ottawa Bears' official website.</w:t>
      </w:r>
      <w:r/>
    </w:p>
    <w:p>
      <w:pPr>
        <w:pStyle w:val="ListNumber"/>
        <w:spacing w:line="240" w:lineRule="auto"/>
        <w:ind w:left="720"/>
      </w:pPr>
      <w:r/>
      <w:hyperlink r:id="rId10">
        <w:r>
          <w:rPr>
            <w:color w:val="0000EE"/>
            <w:u w:val="single"/>
          </w:rPr>
          <w:t>https://ottawabears.com/bear-frolic/</w:t>
        </w:r>
      </w:hyperlink>
      <w:r>
        <w:t xml:space="preserve"> - The Ottawa Bears have announced that Bear Frolic 2026 will take place from October 8 to 12, 2026, during the Canadian Thanksgiving weekend. This expanded five-day event will feature a variety of activities, including social gatherings, meals, dance parties with DJ Dis Moi Oui, a wave pool excursion, and the annual Mr. Ottawa Bear competition. New additions for 2026 include an afternoon tea dance, a boat tour of the Ottawa River, line and square dancing, and a private play party with Illuminaughty. The host hotel, Courtyard Ottawa Downtown, is located in the ByWard Market area, offering easy access to local attractions. Attendees are encouraged to purchase a Very Important Bear (VIB) pass for access to nearly all events at a discounted price. For more information and ticket purchases, visit the Ottawa Bears'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arworldmag.com/bear-frolic-2026-ottawa/?utm_source=rss&amp;utm_medium=rss&amp;utm_campaign=bear-frolic-2026-ottawa" TargetMode="External"/><Relationship Id="rId10" Type="http://schemas.openxmlformats.org/officeDocument/2006/relationships/hyperlink" Target="https://ottawabears.com/bear-frolic/" TargetMode="External"/><Relationship Id="rId11" Type="http://schemas.openxmlformats.org/officeDocument/2006/relationships/hyperlink" Target="https://ottawabears.com/" TargetMode="External"/><Relationship Id="rId12" Type="http://schemas.openxmlformats.org/officeDocument/2006/relationships/hyperlink" Target="https://ottawabears.com/shop/" TargetMode="External"/><Relationship Id="rId13" Type="http://schemas.openxmlformats.org/officeDocument/2006/relationships/hyperlink" Target="https://maxottawa.ca/resources-directory/ottawa-b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