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Bank Holiday Plans at Great Northern Warehouse: Family Fun, Pride and Late-Summer Nights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Manchester’s Great Northern Warehouse for one last long-weekend splash of summer , from family sandpits and free Pride celebrations to Balearic DJ sets, terrace cocktails and grassroots gigs, all stitched together so locals can squeeze the most out of the bank holiday.</w:t>
      </w:r>
      <w:r/>
    </w:p>
    <w:p>
      <w:r/>
      <w:r>
        <w:t>Essential Takeaways</w:t>
      </w:r>
      <w:r/>
      <w:r/>
    </w:p>
    <w:p>
      <w:pPr>
        <w:pStyle w:val="ListBullet"/>
        <w:spacing w:line="240" w:lineRule="auto"/>
        <w:ind w:left="720"/>
      </w:pPr>
      <w:r/>
      <w:r>
        <w:rPr>
          <w:b/>
        </w:rPr>
        <w:t>Family-friendly:</w:t>
      </w:r>
      <w:r>
        <w:t xml:space="preserve"> Free Create It messy play and sandpit sessions for little ones, no booking required, 1–3pm on Fridays.</w:t>
      </w:r>
      <w:r/>
    </w:p>
    <w:p>
      <w:pPr>
        <w:pStyle w:val="ListBullet"/>
        <w:spacing w:line="240" w:lineRule="auto"/>
        <w:ind w:left="720"/>
      </w:pPr>
      <w:r/>
      <w:r>
        <w:rPr>
          <w:b/>
        </w:rPr>
        <w:t>Pride-focused:</w:t>
      </w:r>
      <w:r>
        <w:t xml:space="preserve"> Proud Fest offers a free, all-ages celebration with live entertainment, baby-and-toddler spaces, crafts and a parade viewing area.</w:t>
      </w:r>
      <w:r/>
    </w:p>
    <w:p>
      <w:pPr>
        <w:pStyle w:val="ListBullet"/>
        <w:spacing w:line="240" w:lineRule="auto"/>
        <w:ind w:left="720"/>
      </w:pPr>
      <w:r/>
      <w:r>
        <w:rPr>
          <w:b/>
        </w:rPr>
        <w:t>Music scene:</w:t>
      </w:r>
      <w:r>
        <w:t xml:space="preserve"> Lions Den’s MCR1 Live Festival brings free gigs from local, emerging bands across the weekend.</w:t>
      </w:r>
      <w:r/>
    </w:p>
    <w:p>
      <w:pPr>
        <w:pStyle w:val="ListBullet"/>
        <w:spacing w:line="240" w:lineRule="auto"/>
        <w:ind w:left="720"/>
      </w:pPr>
      <w:r/>
      <w:r>
        <w:rPr>
          <w:b/>
        </w:rPr>
        <w:t>Nightlife &amp; drinks:</w:t>
      </w:r>
      <w:r>
        <w:t xml:space="preserve"> Ibiza-style DJ night at Vega Bar and a Malibu takeover on the terrace with tropical cocktails and BBQ food.</w:t>
      </w:r>
      <w:r/>
    </w:p>
    <w:p>
      <w:pPr>
        <w:pStyle w:val="ListBullet"/>
        <w:spacing w:line="240" w:lineRule="auto"/>
        <w:ind w:left="720"/>
      </w:pPr>
      <w:r/>
      <w:r>
        <w:rPr>
          <w:b/>
        </w:rPr>
        <w:t>Value options:</w:t>
      </w:r>
      <w:r>
        <w:t xml:space="preserve"> ODEON screens reduced-price family tickets under the Great British Summer Savings and The Mews runs two-for-one draughts on Thursday.</w:t>
      </w:r>
      <w:r/>
      <w:r/>
    </w:p>
    <w:p>
      <w:pPr>
        <w:pStyle w:val="Heading2"/>
      </w:pPr>
      <w:r>
        <w:t>What to expect if you go with kids , sand, paint and sticky smiles</w:t>
      </w:r>
      <w:r/>
    </w:p>
    <w:p>
      <w:r/>
      <w:r>
        <w:t>If you’ve been hunting for something low-stress and properly tactile, Great Northern’s Little Northerners has your back. The Create It session turns the sandpit into a nature-themed messy-play zone, and parents report kids get delightfully grubby and absorbed. There’s no booking, sessions run in the afternoon and the on-site play specialist leads the activities, so it’s easy to drop in and watch small hands make a glorious mess.</w:t>
      </w:r>
      <w:r/>
    </w:p>
    <w:p>
      <w:r/>
      <w:r>
        <w:t>Behind the scenes, these kinds of free family activations are a savvy way venues keep regular footfall through quieter post-summer weeks. Practical tip: bring a spare T‑shirt and a small towel , the kids will thank you and you’ll walk away with fewer stains to tackle.</w:t>
      </w:r>
      <w:r/>
    </w:p>
    <w:p>
      <w:pPr>
        <w:pStyle w:val="Heading2"/>
      </w:pPr>
      <w:r>
        <w:t>Proud Fest and family Pride , visibility, space and tiny humans welcome</w:t>
      </w:r>
      <w:r/>
    </w:p>
    <w:p>
      <w:r/>
      <w:r>
        <w:t>Proud Fest returns as a gentle, family-centred slice of Pride, complete with community stalls, kids’ crafts and dedicated spaces for babies and toddlers. It’s free and runs through the afternoon, which makes it accessible for carers and younger families who don’t want the late-night crowds. You can also watch the Manchester Pride Parade from the Proud 2 b Parents Viewing Area , a nice touch if you want a central vantage point without the crush.</w:t>
      </w:r>
      <w:r/>
    </w:p>
    <w:p>
      <w:r/>
      <w:r>
        <w:t>Events like this aren’t just celebratory; they’re practical, too. They create a safe, visible space for LGBTQ+ families and allies and help normalise Pride as community-focused rather than just nightlife. If you’re planning to attend, pack sunscreen and a picnic blanket , the day encourages lingering.</w:t>
      </w:r>
      <w:r/>
    </w:p>
    <w:p>
      <w:pPr>
        <w:pStyle w:val="Heading2"/>
      </w:pPr>
      <w:r>
        <w:t>Grassroots music and local discovery , why MCR1 Live matters</w:t>
      </w:r>
      <w:r/>
    </w:p>
    <w:p>
      <w:r/>
      <w:r>
        <w:t>Lions Den’s MCR1 Live Festival keeps the weekend rooted in Manchester’s independent music scene, offering three days of free performances from emerging acts. For anyone who loves discovering new bands, this is the kind of programme that feels honest and energising , you get raw sets in a relaxed outdoor Sun Trap stage, and it’s all free to enjoy.</w:t>
      </w:r>
      <w:r/>
    </w:p>
    <w:p>
      <w:r/>
      <w:r>
        <w:t>This is exactly the sort of local showcase that helps unsigned artists build an audience. If you want to support the scene, drop by early, buy a drink from the stall or follow an act you like on socials , small gestures make a big difference.</w:t>
      </w:r>
      <w:r/>
    </w:p>
    <w:p>
      <w:pPr>
        <w:pStyle w:val="Heading2"/>
      </w:pPr>
      <w:r>
        <w:t>Late-night Ibiza vibes and tropical terraces , drinks, DJs and photo ops</w:t>
      </w:r>
      <w:r/>
    </w:p>
    <w:p>
      <w:r/>
      <w:r>
        <w:t>If your idea of a bank holiday is neon lights and a lively crowd, look out for Manchester235’s Ibiza-themed night at Vega Bar and Malibu’s terrace takeover at Impossible. Expect dancefloor favourites, DJs spinning Balearic anthems and a more sophisticated late-night crowd. The Malibu activation adds a carnivalish touch with a coconut shy, photo opportunities and barbecue-style food like jerk chicken skewers and mango-salsa burgers.</w:t>
      </w:r>
      <w:r/>
    </w:p>
    <w:p>
      <w:r/>
      <w:r>
        <w:t>Practical note: some events are over‑18s and entry is recommended with tickets, so check age rules and book ahead for weekend peak times. And yes, your camera will get used , these activations are made for social snaps.</w:t>
      </w:r>
      <w:r/>
    </w:p>
    <w:p>
      <w:pPr>
        <w:pStyle w:val="Heading2"/>
      </w:pPr>
      <w:r>
        <w:t>Cinema, savings and easy options for quieter moments</w:t>
      </w:r>
      <w:r/>
    </w:p>
    <w:p>
      <w:r/>
      <w:r>
        <w:t>Not everyone wants decking and DJs, and ODEON Great Northern provides a quieter alternative with sixteen screens showing animated family favourites, blockbusters and more grown-up choices. Thanks to the Great British Summer Savings initiative, eligible family and child tickets are reduced for certain performances, which makes catching a matinée an economical option for a rainy bank holiday hour or two.</w:t>
      </w:r>
      <w:r/>
    </w:p>
    <w:p>
      <w:r/>
      <w:r>
        <w:t>If you’re after an early-evening drink before the main events, The Mews’ Thirsty Thursdays two-for-one on draughts runs midday to early evening , a neat warm-up for the weekend crowds and a way to snag a cheap pint and some small plates.</w:t>
      </w:r>
      <w:r/>
    </w:p>
    <w:p>
      <w:r/>
      <w:r>
        <w:t>It's a small change that can make the weekend feel like a proper summer finale.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Paragraph 3: </w:t>
      </w:r>
      <w:hyperlink r:id="rId12">
        <w:r>
          <w:rPr>
            <w:color w:val="0000EE"/>
            <w:u w:val="single"/>
          </w:rPr>
          <w:t>[6]</w:t>
        </w:r>
      </w:hyperlink>
      <w:r>
        <w:t xml:space="preserve">, </w:t>
      </w:r>
      <w:hyperlink r:id="rId11">
        <w:r>
          <w:rPr>
            <w:color w:val="0000EE"/>
            <w:u w:val="single"/>
          </w:rPr>
          <w:t>[3]</w:t>
        </w:r>
      </w:hyperlink>
      <w:r>
        <w:t xml:space="preserve">- Paragraph 4: </w:t>
      </w:r>
      <w:hyperlink r:id="rId13">
        <w:r>
          <w:rPr>
            <w:color w:val="0000EE"/>
            <w:u w:val="single"/>
          </w:rPr>
          <w:t>[4]</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https://manchesterwire.co.uk/great-northern-presents-a-packed-bank-holiday-weekend-of-pride-celebrations-and-late-summer-fun/</w:t>
        </w:r>
      </w:hyperlink>
      <w:r>
        <w:t xml:space="preserve"> - Please view link - unable to able to access data</w:t>
      </w:r>
      <w:r/>
    </w:p>
    <w:p>
      <w:pPr>
        <w:pStyle w:val="ListNumber"/>
        <w:spacing w:line="240" w:lineRule="auto"/>
        <w:ind w:left="720"/>
      </w:pPr>
      <w:r/>
      <w:hyperlink r:id="rId10">
        <w:r>
          <w:rPr>
            <w:color w:val="0000EE"/>
            <w:u w:val="single"/>
          </w:rPr>
          <w:t>https://thegreatnorthern.com/event/family-pride-mcr-great-northern/</w:t>
        </w:r>
      </w:hyperlink>
      <w:r>
        <w:t xml:space="preserve"> - Family Pride MCR is a free event held at Great Northern Warehouse on Saturday, 27 August, from 12pm to 6pm. Organised in association with Proud 2 b Parents, the event offers a range of activities for LGBTQ+ families, including live entertainment, arts and crafts, interactive games, and community stalls. Attendees can also view the Manchester Pride Parade from the Proud 2 b Parents Viewing Area overlooking Deansgate. The event aims to provide a celebratory space for children and families, featuring performances by artists such as Lady Bushra, Yshee Black, and Ginny Lemon.</w:t>
      </w:r>
      <w:r/>
    </w:p>
    <w:p>
      <w:pPr>
        <w:pStyle w:val="ListNumber"/>
        <w:spacing w:line="240" w:lineRule="auto"/>
        <w:ind w:left="720"/>
      </w:pPr>
      <w:r/>
      <w:hyperlink r:id="rId11">
        <w:r>
          <w:rPr>
            <w:color w:val="0000EE"/>
            <w:u w:val="single"/>
          </w:rPr>
          <w:t>https://themanc.com/kids-and-family/family-pride-mcr-manchester-pride-2023-lineup/</w:t>
        </w:r>
      </w:hyperlink>
      <w:r>
        <w:t xml:space="preserve"> - The Manc reports on the Family Pride MCR event, highlighting its free admission and family-friendly activities. The event includes music, cabaret, workshops, and discos, aiming to provide an exciting and celebratory day for LGBTQ+ families, parents, carers, and children. The programme features a rainbow disco and showcases performances and artists that champion love, self-expression, and individuality. The event is scheduled for Saturday, 26 August, between midday and 6pm at the Great Northern Warehouse.</w:t>
      </w:r>
      <w:r/>
    </w:p>
    <w:p>
      <w:pPr>
        <w:pStyle w:val="ListNumber"/>
        <w:spacing w:line="240" w:lineRule="auto"/>
        <w:ind w:left="720"/>
      </w:pPr>
      <w:r/>
      <w:hyperlink r:id="rId13">
        <w:r>
          <w:rPr>
            <w:color w:val="0000EE"/>
            <w:u w:val="single"/>
          </w:rPr>
          <w:t>https://thegreatnorthern.com/deansgate-mews-festival-returns-to-great-northern-for-another-year-of-free-live-music-great-food-and-free-flowing-drinks/</w:t>
        </w:r>
      </w:hyperlink>
      <w:r>
        <w:t xml:space="preserve"> - Great Northern Warehouse is hosting the Deansgate Mews Festival from 23rd to 25th May. The free event features live music, food, drink, and entertainment, with over 40 artists performing across four stages. The festival supports local charity Forever Manchester and offers a pop-up market with a variety of wares from local traders. The event aims to celebrate Manchester's grassroots music scene and provide a vibrant atmosphere for attendees.</w:t>
      </w:r>
      <w:r/>
    </w:p>
    <w:p>
      <w:pPr>
        <w:pStyle w:val="ListNumber"/>
        <w:spacing w:line="240" w:lineRule="auto"/>
        <w:ind w:left="720"/>
      </w:pPr>
      <w:r/>
      <w:hyperlink r:id="rId14">
        <w:r>
          <w:rPr>
            <w:color w:val="0000EE"/>
            <w:u w:val="single"/>
          </w:rPr>
          <w:t>https://aboutmanchester.co.uk/deansgate-mews-festival-returns-to-manchester-may-spring-bank-holiday/</w:t>
        </w:r>
      </w:hyperlink>
      <w:r>
        <w:t xml:space="preserve"> - About Manchester announces the return of the Deansgate Mews Festival at Great Northern Warehouse from 26th to 28th May. The free event represents the best of Manchester culture, offering a lively celebration of food, entertainment, stalls from independent local retailers, and family-friendly activities. The festival aims to showcase Manchester's vibrant community and provide a fun-filled experience for all attendees.</w:t>
      </w:r>
      <w:r/>
    </w:p>
    <w:p>
      <w:pPr>
        <w:pStyle w:val="ListNumber"/>
        <w:spacing w:line="240" w:lineRule="auto"/>
        <w:ind w:left="720"/>
      </w:pPr>
      <w:r/>
      <w:hyperlink r:id="rId12">
        <w:r>
          <w:rPr>
            <w:color w:val="0000EE"/>
            <w:u w:val="single"/>
          </w:rPr>
          <w:t>https://manchester-tv.co.uk/proud-fest-2025-a-celebration-of-pride-family-and-community/</w:t>
        </w:r>
      </w:hyperlink>
      <w:r>
        <w:t xml:space="preserve"> - Manchester TV reports on Proud Fest 2025, a free celebration for LGBTQ+ families and their allies, taking place on Saturday, 23rd August, from 12pm to 6pm at Great Northern Warehouse. The event features live entertainment, creative activities, and playful spaces designed with families in mind. Proud Fest offers a space where LGBTQ+ families feel seen, celebrated, and welcomed, running alongside Manchester Pride to provide a relaxed and inclusive environment for families to join in the city's celebrations.</w:t>
      </w:r>
      <w:r/>
    </w:p>
    <w:p>
      <w:pPr>
        <w:pStyle w:val="ListNumber"/>
        <w:spacing w:line="240" w:lineRule="auto"/>
        <w:ind w:left="720"/>
      </w:pPr>
      <w:r/>
      <w:hyperlink r:id="rId15">
        <w:r>
          <w:rPr>
            <w:color w:val="0000EE"/>
            <w:u w:val="single"/>
          </w:rPr>
          <w:t>https://themanc.com/sponsored/festival-full-of-food-live-entertainment-and-more-to-take-over-hidden-street-in-manchester-city-centre/</w:t>
        </w:r>
      </w:hyperlink>
      <w:r>
        <w:t xml:space="preserve"> - The Manc reports on the Deansgate Mews Festival, a three-day outdoor festival taking place from 26th to 28th May at Great Northern Warehouse. The free event features food, drink, live entertainment, and more, with a lineup of independent traders and family-friendly activities. The festival aims to provide a vibrant atmosphere in the heart of Manchester, showcasing the city's diverse culture and community spirit.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nchesterwire.co.uk/great-northern-presents-a-packed-bank-holiday-weekend-of-pride-celebrations-and-late-summer-fun/" TargetMode="External"/><Relationship Id="rId10" Type="http://schemas.openxmlformats.org/officeDocument/2006/relationships/hyperlink" Target="https://thegreatnorthern.com/event/family-pride-mcr-great-northern/" TargetMode="External"/><Relationship Id="rId11" Type="http://schemas.openxmlformats.org/officeDocument/2006/relationships/hyperlink" Target="https://themanc.com/kids-and-family/family-pride-mcr-manchester-pride-2023-lineup/" TargetMode="External"/><Relationship Id="rId12" Type="http://schemas.openxmlformats.org/officeDocument/2006/relationships/hyperlink" Target="https://manchester-tv.co.uk/proud-fest-2025-a-celebration-of-pride-family-and-community/" TargetMode="External"/><Relationship Id="rId13" Type="http://schemas.openxmlformats.org/officeDocument/2006/relationships/hyperlink" Target="https://thegreatnorthern.com/deansgate-mews-festival-returns-to-great-northern-for-another-year-of-free-live-music-great-food-and-free-flowing-drinks/" TargetMode="External"/><Relationship Id="rId14" Type="http://schemas.openxmlformats.org/officeDocument/2006/relationships/hyperlink" Target="https://aboutmanchester.co.uk/deansgate-mews-festival-returns-to-manchester-may-spring-bank-holiday/" TargetMode="External"/><Relationship Id="rId15" Type="http://schemas.openxmlformats.org/officeDocument/2006/relationships/hyperlink" Target="https://themanc.com/sponsored/festival-full-of-food-live-entertainment-and-more-to-take-over-hidden-street-in-manchester-city-cent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