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Aurora Pride Festival Guide: What to Know About Winged Melody Park’s Big Day Out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families and locals are heading to Aurora Highlands this Saturday as Aurora Pride grows into Winged Melody Park , a bigger, art-filled celebration designed to be welcoming, family-friendly and all about inclusion, dignity and community connection. Here’s what to expect and how to make the most of the day.</w:t>
      </w:r>
      <w:r/>
    </w:p>
    <w:p>
      <w:r/>
      <w:r>
        <w:t>Essential Takeaways</w:t>
      </w:r>
      <w:r/>
      <w:r/>
    </w:p>
    <w:p>
      <w:pPr>
        <w:pStyle w:val="ListBullet"/>
        <w:spacing w:line="240" w:lineRule="auto"/>
        <w:ind w:left="720"/>
      </w:pPr>
      <w:r/>
      <w:r>
        <w:rPr>
          <w:b/>
        </w:rPr>
        <w:t>New, larger venue:</w:t>
      </w:r>
      <w:r>
        <w:t xml:space="preserve"> Winged Melody Park offers open lawns, a nostalgic carousel and dozens of public art installations, making the festival feel like a neighbourhood day at a small theme park.</w:t>
      </w:r>
      <w:r/>
    </w:p>
    <w:p>
      <w:pPr>
        <w:pStyle w:val="ListBullet"/>
        <w:spacing w:line="240" w:lineRule="auto"/>
        <w:ind w:left="720"/>
      </w:pPr>
      <w:r/>
      <w:r>
        <w:rPr>
          <w:b/>
        </w:rPr>
        <w:t>Family-friendly tone:</w:t>
      </w:r>
      <w:r>
        <w:t xml:space="preserve"> Organisers deliberately keep programming PG-13 so kids can enjoy playgrounds, rides and performances without worry.</w:t>
      </w:r>
      <w:r/>
    </w:p>
    <w:p>
      <w:pPr>
        <w:pStyle w:val="ListBullet"/>
        <w:spacing w:line="240" w:lineRule="auto"/>
        <w:ind w:left="720"/>
      </w:pPr>
      <w:r/>
      <w:r>
        <w:rPr>
          <w:b/>
        </w:rPr>
        <w:t>Wide entertainment mix:</w:t>
      </w:r>
      <w:r>
        <w:t xml:space="preserve"> DJs, drag acts, folkloric dance troupes and Latino Pride performers will share the stage across the afternoon.</w:t>
      </w:r>
      <w:r/>
    </w:p>
    <w:p>
      <w:pPr>
        <w:pStyle w:val="ListBullet"/>
        <w:spacing w:line="240" w:lineRule="auto"/>
        <w:ind w:left="720"/>
      </w:pPr>
      <w:r/>
      <w:r>
        <w:rPr>
          <w:b/>
        </w:rPr>
        <w:t>Practical tips:</w:t>
      </w:r>
      <w:r>
        <w:t xml:space="preserve"> Bring lawn chairs, water, sunscreen and consider rideshare , general parking and street spaces are limited.</w:t>
      </w:r>
      <w:r/>
    </w:p>
    <w:p>
      <w:pPr>
        <w:pStyle w:val="ListBullet"/>
        <w:spacing w:line="240" w:lineRule="auto"/>
        <w:ind w:left="720"/>
      </w:pPr>
      <w:r/>
      <w:r>
        <w:rPr>
          <w:b/>
        </w:rPr>
        <w:t>Free entry, lots to buy:</w:t>
      </w:r>
      <w:r>
        <w:t xml:space="preserve"> Admission is free; food, drinks and vendor goods are pay-as-you-go at dozens of stalls.</w:t>
      </w:r>
      <w:r/>
      <w:r/>
    </w:p>
    <w:p>
      <w:pPr>
        <w:pStyle w:val="Heading2"/>
      </w:pPr>
      <w:r>
        <w:t>Why the move to Winged Melody Park matters</w:t>
      </w:r>
      <w:r/>
    </w:p>
    <w:p>
      <w:r/>
      <w:r>
        <w:t>Winged Melody Park gives Aurora Pride room to breathe , literally and visually , with long art paths and an open, airy layout that changes the festival vibe from compact to spacious. The carousel and Umi sculpture add quaint, photogenic focal points, so expect colourful snaps and lingering crowds. Organisers told local outlets they wanted a site that reflects Pride’s spirit of belonging, and this park, with its public art and family attractions, fits the bill.</w:t>
      </w:r>
      <w:r/>
    </w:p>
    <w:p>
      <w:pPr>
        <w:pStyle w:val="Heading2"/>
      </w:pPr>
      <w:r>
        <w:t>How organisers kept Pride welcoming for families</w:t>
      </w:r>
      <w:r/>
    </w:p>
    <w:p>
      <w:r/>
      <w:r>
        <w:t>Aurora Pride has leaned into a family-first approach, keeping performances and staging within a PG-13 comfort zone so parents feel relaxed bringing children. There’s a playground for younger visitors, free carousel rides and plenty of daylight entertainment , so the event reads as both celebratory and approachable. If you’re bringing kids, pack snacks and layers; late August temperatures can surprise you.</w:t>
      </w:r>
      <w:r/>
    </w:p>
    <w:p>
      <w:pPr>
        <w:pStyle w:val="Heading2"/>
      </w:pPr>
      <w:r>
        <w:t>What’s on stage and when to arrive</w:t>
      </w:r>
      <w:r/>
    </w:p>
    <w:p>
      <w:r/>
      <w:r>
        <w:t>The day begins at 11 a.m. with DJ and dance sets, continuing through afternoon drag showcases and cultural dance troupes such as Ballet Folklorico Sangre de Mexico and Grupo Huitzilopochtli. Headline DJs and final drag performances wind down by 7 p.m., followed by an aftershow concert near the Umi sculpture. If you want prime viewing for headline acts, aim to arrive mid-afternoon; early arrivals will find the best picnic spots and carousel queues.</w:t>
      </w:r>
      <w:r/>
    </w:p>
    <w:p>
      <w:pPr>
        <w:pStyle w:val="Heading2"/>
      </w:pPr>
      <w:r>
        <w:t>Latino Pride and community partnerships , why they matter</w:t>
      </w:r>
      <w:r/>
    </w:p>
    <w:p>
      <w:r/>
      <w:r>
        <w:t>This year’s partnership with Latino Pride layers another cultural dimension onto the programme, broadening representation and the kinds of performances on offer. It’s a reminder that local Pride events are increasingly coalition-led, blending traditions and creating space for cross-cultural celebration. For visitors, that means more varied food, music and vendor stalls to explore.</w:t>
      </w:r>
      <w:r/>
    </w:p>
    <w:p>
      <w:pPr>
        <w:pStyle w:val="Heading2"/>
      </w:pPr>
      <w:r>
        <w:t>Practical logistics: parking, accessibility and what to bring</w:t>
      </w:r>
      <w:r/>
    </w:p>
    <w:p>
      <w:r/>
      <w:r>
        <w:t>Winged Melody Park has ADA parking and several hundred spaces, but organisers recommend carpooling or using rideshare to avoid circling for a spot. Bring a refillable water bottle, sunscreen, lawn chairs or a blanket, and an umbrella if you want shade. Vendors will sell food and cocktails, and there are about 65 stalls to browse, so budget for snacks and souvenirs if you plan to linger.</w:t>
      </w:r>
      <w:r/>
    </w:p>
    <w:p>
      <w:pPr>
        <w:pStyle w:val="Heading2"/>
      </w:pPr>
      <w:r>
        <w:t>Sunset plans and the Umi aftershow</w:t>
      </w:r>
      <w:r/>
    </w:p>
    <w:p>
      <w:r/>
      <w:r>
        <w:t>When the festival proper wraps, the park transforms again: Aurora Highlands’ Umi sculpture becomes a small concert stage with acoustic and DJ sets, then a projection lighting show at dusk. It’s a neat one-two punch , inclusive daytime Pride followed by a calmer, artsy evening , so you can choose the vibe that suits you or stay for both.</w:t>
      </w:r>
      <w:r/>
    </w:p>
    <w:p>
      <w:r/>
      <w:r>
        <w:t>It’s a small change of place that helps the celebration feel bigger, friendlier and more rooted in community art.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3">
        <w:r>
          <w:rPr>
            <w:color w:val="0000EE"/>
            <w:u w:val="single"/>
          </w:rPr>
          <w:t>[5]</w:t>
        </w:r>
      </w:hyperlink>
      <w:r>
        <w:t xml:space="preserve">- Paragraph 6: </w:t>
      </w:r>
      <w:hyperlink r:id="rId9">
        <w:r>
          <w:rPr>
            <w:color w:val="0000EE"/>
            <w:u w:val="single"/>
          </w:rPr>
          <w:t>[1]</w:t>
        </w:r>
      </w:hyperlink>
      <w:r>
        <w:t xml:space="preserve">, </w:t>
      </w:r>
      <w:hyperlink r:id="rId11">
        <w:r>
          <w:rPr>
            <w:color w:val="0000EE"/>
            <w:u w:val="single"/>
          </w:rPr>
          <w:t>[3]</w:t>
        </w:r>
      </w:hyperlink>
      <w:r>
        <w:t xml:space="preserve">- Paragraph 7: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https://sentinelcolorado.com/metro/aurora-pride-plans-big-annual-festival-at-winged-melody-park-this-saturday/</w:t>
        </w:r>
      </w:hyperlink>
      <w:r>
        <w:t xml:space="preserve"> - Please view link - unable to able to access data</w:t>
      </w:r>
      <w:r/>
    </w:p>
    <w:p>
      <w:pPr>
        <w:pStyle w:val="ListNumber"/>
        <w:spacing w:line="240" w:lineRule="auto"/>
        <w:ind w:left="720"/>
      </w:pPr>
      <w:r/>
      <w:hyperlink r:id="rId10">
        <w:r>
          <w:rPr>
            <w:color w:val="0000EE"/>
            <w:u w:val="single"/>
          </w:rPr>
          <w:t>https://www.aurorapride.com/</w:t>
        </w:r>
      </w:hyperlink>
      <w:r>
        <w:t xml:space="preserve"> - Aurora Pride is an annual festival celebrating LGBTQ+ pride, community, and inclusion. In 2026, the event is scheduled for Saturday, August 29, from 11:00 AM to 7:00 PM at Winged Melody Park in The Aurora Highlands. The festival is free to attend and aims to bring together the LGBTQ+ community, families, performers, and the broader Aurora community. The event features live music, drag performances, DJs, artisan and craft vendors, food and drinks, free carousel rides, and family-friendly activities. The festival is partnering with Latino Pride to add a cultural experience to the event. For more information, visit their official website.</w:t>
      </w:r>
      <w:r/>
    </w:p>
    <w:p>
      <w:pPr>
        <w:pStyle w:val="ListNumber"/>
        <w:spacing w:line="240" w:lineRule="auto"/>
        <w:ind w:left="720"/>
      </w:pPr>
      <w:r/>
      <w:hyperlink r:id="rId11">
        <w:r>
          <w:rPr>
            <w:color w:val="0000EE"/>
            <w:u w:val="single"/>
          </w:rPr>
          <w:t>https://theaurorahighlands.com/winged-melody-park/</w:t>
        </w:r>
      </w:hyperlink>
      <w:r>
        <w:t xml:space="preserve"> - Winged Melody Park is a central feature of The Aurora Highlands community, offering a blend of natural beauty and functional versatility. The park includes a 1,890-square-foot event stage, a whimsical carousel, a playground, and a garden area. It hosts various community events, including the Market in the Park on the second Saturdays from June through September. The park is also available for rent for private events. For more details, visit the official website of The Aurora Highlands.</w:t>
      </w:r>
      <w:r/>
    </w:p>
    <w:p>
      <w:pPr>
        <w:pStyle w:val="ListNumber"/>
        <w:spacing w:line="240" w:lineRule="auto"/>
        <w:ind w:left="720"/>
      </w:pPr>
      <w:r/>
      <w:hyperlink r:id="rId12">
        <w:r>
          <w:rPr>
            <w:color w:val="0000EE"/>
            <w:u w:val="single"/>
          </w:rPr>
          <w:t>https://denvermomcollective.com/event/aurora-pride/</w:t>
        </w:r>
      </w:hyperlink>
      <w:r>
        <w:t xml:space="preserve"> - The Denver Mom Collective provides information about the Aurora Pride Festival, highlighting its move to Winged Melody Park in The Aurora Highlands for a more spacious event. The festival is scheduled for August 29, 2026, from 11:00 AM to 7:00 PM. The event is free to attend and aims to celebrate LGBTQ+ pride and community. For more details, visit the Denver Mom Collective's website.</w:t>
      </w:r>
      <w:r/>
    </w:p>
    <w:p>
      <w:pPr>
        <w:pStyle w:val="ListNumber"/>
        <w:spacing w:line="240" w:lineRule="auto"/>
        <w:ind w:left="720"/>
      </w:pPr>
      <w:r/>
      <w:hyperlink r:id="rId13">
        <w:r>
          <w:rPr>
            <w:color w:val="0000EE"/>
            <w:u w:val="single"/>
          </w:rPr>
          <w:t>https://www.milehighonthecheap.com/aurora-pride/</w:t>
        </w:r>
      </w:hyperlink>
      <w:r>
        <w:t xml:space="preserve"> - Mile High on the Cheap reports on the Aurora Pride Festival, noting its expansion to Winged Melody Park at The Aurora Highlands for the 2026 event. The festival is set for Saturday, August 29, 2026, from 11:00 AM to 7:00 PM. Attendees can expect live music, drag performances, DJs, artisan and craft vendors, food and drinks, free carousel rides, and family-friendly activities. The event is free and open to all ages. For more information, visit Mile High on the Cheap's website.</w:t>
      </w:r>
      <w:r/>
    </w:p>
    <w:p>
      <w:pPr>
        <w:pStyle w:val="ListNumber"/>
        <w:spacing w:line="240" w:lineRule="auto"/>
        <w:ind w:left="720"/>
      </w:pPr>
      <w:r/>
      <w:hyperlink r:id="rId15">
        <w:r>
          <w:rPr>
            <w:color w:val="0000EE"/>
            <w:u w:val="single"/>
          </w:rPr>
          <w:t>https://www.denver7.com/about/community-affairs/aurora-borealis-arrives-in-the-front-range-nov-1-3</w:t>
        </w:r>
      </w:hyperlink>
      <w:r>
        <w:t xml:space="preserve"> - Denver7 reports on the Aurora Borealis Festival, an event held at Winged Melody Park in The Aurora Highlands from November 1-3, 2024. The festival transformed the park into a luminous wonderland, recreating the northern lights with interactive lighting installations. The event also featured a global gift bazaar and the Flavors of Aurora Food Court. For more details, visit Denver7's website.</w:t>
      </w:r>
      <w:r/>
    </w:p>
    <w:p>
      <w:pPr>
        <w:pStyle w:val="ListNumber"/>
        <w:spacing w:line="240" w:lineRule="auto"/>
        <w:ind w:left="720"/>
      </w:pPr>
      <w:r/>
      <w:hyperlink r:id="rId14">
        <w:r>
          <w:rPr>
            <w:color w:val="0000EE"/>
            <w:u w:val="single"/>
          </w:rPr>
          <w:t>https://theaurorahighlands.com/independence-2024/</w:t>
        </w:r>
      </w:hyperlink>
      <w:r>
        <w:t xml:space="preserve"> - The Aurora Highlands hosted the Independence Festival 2024 at Winged Melody Park, featuring a concert by Diamond Empire Band and a patriotic drone show. Attendees enjoyed tacos, hotdogs, face painting, balloon twisting, caricature artists, and glow sticks. The event aimed to celebrate community and independence. For more information, visit The Aurora Highlands'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entinelcolorado.com/metro/aurora-pride-plans-big-annual-festival-at-winged-melody-park-this-saturday/" TargetMode="External"/><Relationship Id="rId10" Type="http://schemas.openxmlformats.org/officeDocument/2006/relationships/hyperlink" Target="https://www.aurorapride.com/" TargetMode="External"/><Relationship Id="rId11" Type="http://schemas.openxmlformats.org/officeDocument/2006/relationships/hyperlink" Target="https://theaurorahighlands.com/winged-melody-park/" TargetMode="External"/><Relationship Id="rId12" Type="http://schemas.openxmlformats.org/officeDocument/2006/relationships/hyperlink" Target="https://denvermomcollective.com/event/aurora-pride/" TargetMode="External"/><Relationship Id="rId13" Type="http://schemas.openxmlformats.org/officeDocument/2006/relationships/hyperlink" Target="https://www.milehighonthecheap.com/aurora-pride/" TargetMode="External"/><Relationship Id="rId14" Type="http://schemas.openxmlformats.org/officeDocument/2006/relationships/hyperlink" Target="https://theaurorahighlands.com/independence-2024/" TargetMode="External"/><Relationship Id="rId15" Type="http://schemas.openxmlformats.org/officeDocument/2006/relationships/hyperlink" Target="https://www.denver7.com/about/community-affairs/aurora-borealis-arrives-in-the-front-range-nov-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