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Wear It Purple Day Events in Sydney’s Inner West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courage: Wear It Purple Day lights up Sydney’s Inner West with free, friendly events on 28 August , plus a crafty warm‑up and follow‑up community meet‑ups that matter to LGBTQIA+ young people and allies.</w:t>
      </w:r>
      <w:r/>
    </w:p>
    <w:p>
      <w:r/>
      <w:r>
        <w:t>Essential Takeaways</w:t>
      </w:r>
      <w:r/>
      <w:r/>
    </w:p>
    <w:p>
      <w:pPr>
        <w:pStyle w:val="ListBullet"/>
        <w:spacing w:line="240" w:lineRule="auto"/>
        <w:ind w:left="720"/>
      </w:pPr>
      <w:r/>
      <w:r>
        <w:rPr>
          <w:b/>
        </w:rPr>
        <w:t>When and where:</w:t>
      </w:r>
      <w:r>
        <w:t xml:space="preserve"> Official Wear It Purple Day events are on Friday 28 August across Newtown, Chippendale and the Inner West Pride Centre. </w:t>
      </w:r>
      <w:r/>
    </w:p>
    <w:p>
      <w:pPr>
        <w:pStyle w:val="ListBullet"/>
        <w:spacing w:line="240" w:lineRule="auto"/>
        <w:ind w:left="720"/>
      </w:pPr>
      <w:r/>
      <w:r>
        <w:rPr>
          <w:b/>
        </w:rPr>
        <w:t>Free and family‑friendly:</w:t>
      </w:r>
      <w:r>
        <w:t xml:space="preserve"> Activities include a craft session, morning tea with cupcakes and a drag performance, panels, and resources , all free to attend. </w:t>
      </w:r>
      <w:r/>
    </w:p>
    <w:p>
      <w:pPr>
        <w:pStyle w:val="ListBullet"/>
        <w:spacing w:line="240" w:lineRule="auto"/>
        <w:ind w:left="720"/>
      </w:pPr>
      <w:r/>
      <w:r>
        <w:rPr>
          <w:b/>
        </w:rPr>
        <w:t>Support and speakers:</w:t>
      </w:r>
      <w:r>
        <w:t xml:space="preserve"> Organisations like Twenty10, The Gender Centre and Mental Health Carers NSW will host panels and a keynote by young carer Luke Randala. </w:t>
      </w:r>
      <w:r/>
    </w:p>
    <w:p>
      <w:pPr>
        <w:pStyle w:val="ListBullet"/>
        <w:spacing w:line="240" w:lineRule="auto"/>
        <w:ind w:left="720"/>
      </w:pPr>
      <w:r/>
      <w:r>
        <w:rPr>
          <w:b/>
        </w:rPr>
        <w:t>More to come:</w:t>
      </w:r>
      <w:r>
        <w:t xml:space="preserve"> Follow‑up community gatherings, including ACON’s LOVE Project on 10 September, offer social connection and health support. </w:t>
      </w:r>
      <w:r/>
      <w:r/>
    </w:p>
    <w:p>
      <w:pPr>
        <w:pStyle w:val="Heading2"/>
      </w:pPr>
      <w:r>
        <w:t>A crafty warm‑up the day before , purple glitter and good vibes</w:t>
      </w:r>
      <w:r/>
    </w:p>
    <w:p>
      <w:r/>
      <w:r>
        <w:t>If you like getting hands‑on, Newtown Library is hosting a Wear It Purple Day craft session the day before the main events. Expect a relaxed, inclusive space where people of all ages can make purple‑themed art, snack on light refreshments and swap stories. It’s the kind of low‑key, friendly activity that helps people ease into the day and meet neighbours they might see again at larger events.</w:t>
      </w:r>
      <w:r/>
    </w:p>
    <w:p>
      <w:r/>
      <w:r>
        <w:t>Local libraries and community hubs have become go‑to spaces for inclusive programming, and this session fits that trend. If you’re bringing kids, pick washable craft glue and a spare shirt , purple paint can be stubborn. And if you want to arrive early for a quieter moment, that works too.</w:t>
      </w:r>
      <w:r/>
    </w:p>
    <w:p>
      <w:pPr>
        <w:pStyle w:val="Heading2"/>
      </w:pPr>
      <w:r>
        <w:t>Morning tea at the Inner West Pride Centre , cupcakes, pronoun pins and drag</w:t>
      </w:r>
      <w:r/>
    </w:p>
    <w:p>
      <w:r/>
      <w:r>
        <w:t>The official Wear It Purple Day celebration kicks off with a morning tea hosted by Twenty10 at the Inner West Pride Centre from 8am to 9.30am. There’ll be free cupcakes, facepainting, pronoun pins and official Wear It Purple merchandise, plus a drag performance to lift the energy. It’s short, celebratory and designed to welcome people who want a safe, upbeat start to the day.</w:t>
      </w:r>
      <w:r/>
    </w:p>
    <w:p>
      <w:r/>
      <w:r>
        <w:t>This kind of community breakfast does more than feed you; it normalises visible support for LGBTQIA+ youth and gives people a simple way to participate. If you’re new to these events, wear something purple and bring a friend , it makes the room feel even more supportive.</w:t>
      </w:r>
      <w:r/>
    </w:p>
    <w:p>
      <w:pPr>
        <w:pStyle w:val="Heading2"/>
      </w:pPr>
      <w:r>
        <w:t>Chippendale panels , tough topics handled with care</w:t>
      </w:r>
      <w:r/>
    </w:p>
    <w:p>
      <w:r/>
      <w:r>
        <w:t>Later on 28 August, Mental Health Carers NSW hosts an event at the Dale Studio in Chippendale from 10am to 1pm, featuring panels on diversity, inclusion, stigma and intersectionality. Representatives from Twenty10 and The Gender Centre will be on hand, and Luke Randala, a young carer and lived‑experience advocate, will deliver a keynote address.</w:t>
      </w:r>
      <w:r/>
    </w:p>
    <w:p>
      <w:r/>
      <w:r>
        <w:t>These discussions aim to move beyond surface celebrations and into real conversation about support systems and mental health. If you’re attending, consider jotting down questions you’d like raised , panel events often spark useful local connections and follow‑up support options.</w:t>
      </w:r>
      <w:r/>
    </w:p>
    <w:p>
      <w:pPr>
        <w:pStyle w:val="Heading2"/>
      </w:pPr>
      <w:r>
        <w:t>Why community meet‑ups matter , connection, resources and care</w:t>
      </w:r>
      <w:r/>
    </w:p>
    <w:p>
      <w:r/>
      <w:r>
        <w:t>Wear It Purple Day isn’t just a one‑day photo op; it’s a reminder that visible, local support helps young people feel less isolated. Organisations running these events also connect attendees with ongoing services, from counselling to peer groups. That continuity is why follow‑up events are important , they turn a single day of solidarity into lasting networks.</w:t>
      </w:r>
      <w:r/>
    </w:p>
    <w:p>
      <w:r/>
      <w:r>
        <w:t>If you or someone you care for needs practical help, grab a leaflet or a contact card at these gatherings. A short conversation at a stall can be the first step toward ongoing support.</w:t>
      </w:r>
      <w:r/>
    </w:p>
    <w:p>
      <w:pPr>
        <w:pStyle w:val="Heading2"/>
      </w:pPr>
      <w:r>
        <w:t>What’s next , ACON’s LOVE Project and beyond</w:t>
      </w:r>
      <w:r/>
    </w:p>
    <w:p>
      <w:r/>
      <w:r>
        <w:t>You won’t have to wait long for the next chance to connect: ACON’s LOVE Project is set for 10 September at the Inner West Pride Centre, bringing together LGBTQ+ people and allies aged 18+ for social time, intergenerational connection and information about local health services. The Sisters of Perpetual Indulgence are also slated to appear, promising warmth, humour and community theatre.</w:t>
      </w:r>
      <w:r/>
    </w:p>
    <w:p>
      <w:r/>
      <w:r>
        <w:t>Think of Wear It Purple Day as the opening act for a season of community events through the spring. If you enjoyed the August activities, mark September’s date and sign up for newsletters from local groups so you catch smaller pop‑ups and support sessions too.</w:t>
      </w:r>
      <w:r/>
    </w:p>
    <w:p>
      <w:r/>
      <w:r>
        <w:t>It's a small change that can make every purple moment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https://www.starobserver.com.au/news/community-news/wear-it-purple-day-august-28-inspires-fun-free-lgbtq-events-across-sydney/243495</w:t>
        </w:r>
      </w:hyperlink>
      <w:r>
        <w:t xml:space="preserve"> - Please view link - unable to able to access data</w:t>
      </w:r>
      <w:r/>
    </w:p>
    <w:p>
      <w:pPr>
        <w:pStyle w:val="ListNumber"/>
        <w:spacing w:line="240" w:lineRule="auto"/>
        <w:ind w:left="720"/>
      </w:pPr>
      <w:r/>
      <w:hyperlink r:id="rId9">
        <w:r>
          <w:rPr>
            <w:color w:val="0000EE"/>
            <w:u w:val="single"/>
          </w:rPr>
          <w:t>https://www.starobserver.com.au/news/community-news/wear-it-purple-day-august-28-inspires-fun-free-lgbtq-events-across-sydney/243495</w:t>
        </w:r>
      </w:hyperlink>
      <w:r>
        <w:t xml:space="preserve"> - This article from the Star Observer details the events planned for Wear It Purple Day in Sydney's Inner West on August 28, 2026. It highlights a Wear It Purple Day Craft Session at Newtown Library on August 27, featuring purple-themed crafts and refreshments. The official celebration on August 28 includes a morning tea at the Inner West Pride Centre with free cupcakes, face painting, pronoun pins, official merchandise, and a drag performance. Additionally, Mental Health Carers NSW is hosting an event in Chippendale with panels on diversity, inclusion, stigma, and intersectionality, featuring a keynote address by advocate Luke Randala. The article also mentions an upcoming LGBTQ+ community event on September 10, 2026, hosted by ACON’s LOVE Project at the Inner West Pride Centre, featuring social time, local health and support services, and a special guest appearance from The Sisters of Perpetual Indulgence.</w:t>
      </w:r>
      <w:r/>
    </w:p>
    <w:p>
      <w:pPr>
        <w:pStyle w:val="ListNumber"/>
        <w:spacing w:line="240" w:lineRule="auto"/>
        <w:ind w:left="720"/>
      </w:pPr>
      <w:r/>
      <w:hyperlink r:id="rId10">
        <w:r>
          <w:rPr>
            <w:color w:val="0000EE"/>
            <w:u w:val="single"/>
          </w:rPr>
          <w:t>https://www.igssyd.nsw.edu.au/blog/wear-it-purple-day/</w:t>
        </w:r>
      </w:hyperlink>
      <w:r>
        <w:t xml:space="preserve"> - International Grammar School Sydney's blog post discusses their participation in Wear It Purple Day, emphasizing the school's commitment to fostering an environment where everyone feels safe, supported, and proud of who they are. The post includes a quote from a Year 10 student expressing the fun and support associated with the day, highlighting the school's dedication to inclusivity and diversity.</w:t>
      </w:r>
      <w:r/>
    </w:p>
    <w:p>
      <w:pPr>
        <w:pStyle w:val="ListNumber"/>
        <w:spacing w:line="240" w:lineRule="auto"/>
        <w:ind w:left="720"/>
      </w:pPr>
      <w:r/>
      <w:hyperlink r:id="rId11">
        <w:r>
          <w:rPr>
            <w:color w:val="0000EE"/>
            <w:u w:val="single"/>
          </w:rPr>
          <w:t>https://www.thebuzz.net.au/fortstreet/article/wear-it-purple-day-2023/</w:t>
        </w:r>
      </w:hyperlink>
      <w:r>
        <w:t xml:space="preserve"> - This article from Fort Street High School's student magazine, Mercurius, outlines the school's activities for Wear It Purple Day 2023. The event aimed to foster supportive, safe, empowering, and inclusive environments for rainbow young people, with the theme 'Write Your Story'. Activities included wearing purple mufti dress, making donations, a bake sale, a student-curated playlist of short films, and a story wall. The event was successful, raising over $1,250 for the Wear It Purple Day organisation.</w:t>
      </w:r>
      <w:r/>
    </w:p>
    <w:p>
      <w:pPr>
        <w:pStyle w:val="ListNumber"/>
        <w:spacing w:line="240" w:lineRule="auto"/>
        <w:ind w:left="720"/>
      </w:pPr>
      <w:r/>
      <w:hyperlink r:id="rId13">
        <w:r>
          <w:rPr>
            <w:color w:val="0000EE"/>
            <w:u w:val="single"/>
          </w:rPr>
          <w:t>https://www.abc.net.au/news/2023-08-25/wear-it-purple-day-by-founder-katherine-hudson/102769734</w:t>
        </w:r>
      </w:hyperlink>
      <w:r>
        <w:t xml:space="preserve"> - In this ABC News article, Katherine Hudson, co-founder of Wear It Purple Day, reflects on the origins and impact of the initiative. She recounts the nervousness she felt when launching the movement in 2010, aiming to support LGBTQIA+ youth and combat feelings of isolation. Hudson discusses the growth of Wear It Purple Day into a significant advocacy organisation for young rainbow people in Australia, highlighting its role in promoting acceptance and inclusion.</w:t>
      </w:r>
      <w:r/>
    </w:p>
    <w:p>
      <w:pPr>
        <w:pStyle w:val="ListNumber"/>
        <w:spacing w:line="240" w:lineRule="auto"/>
        <w:ind w:left="720"/>
      </w:pPr>
      <w:r/>
      <w:hyperlink r:id="rId12">
        <w:r>
          <w:rPr>
            <w:color w:val="0000EE"/>
            <w:u w:val="single"/>
          </w:rPr>
          <w:t>https://feedwell.com.au/shop/category/office-catering/wear-it-purple-day-catering/</w:t>
        </w:r>
      </w:hyperlink>
      <w:r>
        <w:t xml:space="preserve"> - Feedwell's webpage offers catering services for businesses and organisations in Sydney celebrating Wear It Purple Day. They provide a range of healthy, tasty, and nutritious dishes for breakfast, lunch, morning tea, and afternoon tea, aiming to make the event enjoyable and memorable for all participants. The page emphasizes their expertise in delivering high-quality catering across the Sydney CBD and surrounding suburbs for special occasions like Wear It Purple Day.</w:t>
      </w:r>
      <w:r/>
    </w:p>
    <w:p>
      <w:pPr>
        <w:pStyle w:val="ListNumber"/>
        <w:spacing w:line="240" w:lineRule="auto"/>
        <w:ind w:left="720"/>
      </w:pPr>
      <w:r/>
      <w:hyperlink r:id="rId14">
        <w:r>
          <w:rPr>
            <w:color w:val="0000EE"/>
            <w:u w:val="single"/>
          </w:rPr>
          <w:t>https://education.nsw.gov.au/news/latest-news/write-your-story-on-wear-it-purple-day.html</w:t>
        </w:r>
      </w:hyperlink>
      <w:r>
        <w:t xml:space="preserve"> - This article from the NSW Department of Education highlights the significance of Wear It Purple Day, focusing on the theme 'Write Your Story'. It discusses how schools and workplaces across Australia mark the day to celebrate the diversity and inclusion of LGBTQIA+ young people. The article mentions the colour purple as a symbol of unity and the day's evolution into a celebration and awareness campaign about the barriers, bullying, and discrimination faced by LGBTQIA+ youth.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community-news/wear-it-purple-day-august-28-inspires-fun-free-lgbtq-events-across-sydney/243495" TargetMode="External"/><Relationship Id="rId10" Type="http://schemas.openxmlformats.org/officeDocument/2006/relationships/hyperlink" Target="https://www.igssyd.nsw.edu.au/blog/wear-it-purple-day/" TargetMode="External"/><Relationship Id="rId11" Type="http://schemas.openxmlformats.org/officeDocument/2006/relationships/hyperlink" Target="https://www.thebuzz.net.au/fortstreet/article/wear-it-purple-day-2023/" TargetMode="External"/><Relationship Id="rId12" Type="http://schemas.openxmlformats.org/officeDocument/2006/relationships/hyperlink" Target="https://feedwell.com.au/shop/category/office-catering/wear-it-purple-day-catering/" TargetMode="External"/><Relationship Id="rId13" Type="http://schemas.openxmlformats.org/officeDocument/2006/relationships/hyperlink" Target="https://www.abc.net.au/news/2023-08-25/wear-it-purple-day-by-founder-katherine-hudson/102769734" TargetMode="External"/><Relationship Id="rId14" Type="http://schemas.openxmlformats.org/officeDocument/2006/relationships/hyperlink" Target="https://education.nsw.gov.au/news/latest-news/write-your-story-on-wear-it-purple-da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