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Fight the “War on Whimsy” — and Why It Matters for LGBTQ+ Culture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audiences are rediscovering play as resistance: A conversation with ALOK about silliness, imagination and why whimsy is a political act in a tense moment. Ahead of a Philadelphia show on Sept. 4, the comedian-writer-activist argues that reclaiming joy helps people act from creativity, not fear , and that matters for queer life.</w:t>
      </w:r>
      <w:r/>
    </w:p>
    <w:p>
      <w:r/>
      <w:r>
        <w:t>Essential Takeaways</w:t>
      </w:r>
      <w:r/>
      <w:r/>
    </w:p>
    <w:p>
      <w:pPr>
        <w:pStyle w:val="ListBullet"/>
        <w:spacing w:line="240" w:lineRule="auto"/>
        <w:ind w:left="720"/>
      </w:pPr>
      <w:r/>
      <w:r>
        <w:rPr>
          <w:b/>
        </w:rPr>
        <w:t>ALOK’s argument:</w:t>
      </w:r>
      <w:r>
        <w:t xml:space="preserve"> silliness can be strategic , it helps people respond from imagination rather than constant alarm. </w:t>
      </w:r>
      <w:r/>
    </w:p>
    <w:p>
      <w:pPr>
        <w:pStyle w:val="ListBullet"/>
        <w:spacing w:line="240" w:lineRule="auto"/>
        <w:ind w:left="720"/>
      </w:pPr>
      <w:r/>
      <w:r>
        <w:rPr>
          <w:b/>
        </w:rPr>
        <w:t>Tour stop:</w:t>
      </w:r>
      <w:r>
        <w:t xml:space="preserve"> ALOK performs in Philadelphia on Sept. 4, mixing comedy, poetry and political thought. </w:t>
      </w:r>
      <w:r/>
    </w:p>
    <w:p>
      <w:pPr>
        <w:pStyle w:val="ListBullet"/>
        <w:spacing w:line="240" w:lineRule="auto"/>
        <w:ind w:left="720"/>
      </w:pPr>
      <w:r/>
      <w:r>
        <w:rPr>
          <w:b/>
        </w:rPr>
        <w:t>Whimsy in media:</w:t>
      </w:r>
      <w:r>
        <w:t xml:space="preserve"> pop culture pieces like the Buffyverse audio drama Slayers model imaginative resistance and personal courage. </w:t>
      </w:r>
      <w:r/>
    </w:p>
    <w:p>
      <w:pPr>
        <w:pStyle w:val="ListBullet"/>
        <w:spacing w:line="240" w:lineRule="auto"/>
        <w:ind w:left="720"/>
      </w:pPr>
      <w:r/>
      <w:r>
        <w:rPr>
          <w:b/>
        </w:rPr>
        <w:t>Practical payoff:</w:t>
      </w:r>
      <w:r>
        <w:t xml:space="preserve"> play and creativity can reduce reactivity, boost confidence and open space for new kinds of activism. </w:t>
      </w:r>
      <w:r/>
      <w:r/>
    </w:p>
    <w:p>
      <w:pPr>
        <w:pStyle w:val="Heading2"/>
      </w:pPr>
      <w:r>
        <w:t>Why a comedian is talking about whimsy , and why you should care</w:t>
      </w:r>
      <w:r/>
    </w:p>
    <w:p>
      <w:r/>
      <w:r>
        <w:t>ALOK, who blends stand-up, poetry and activism, told me that with the world feeling ever-more urgent, the counterintuitive move is to get sillier. That immediately feels refreshing: instead of another rallying cry, you get permission to breathe and imagine. The point isn’t to avoid serious work, they said, but to change the stance we take toward it. According to event listings, ALOK brings this mix of humour and reflection to Philadelphia on Sept. 4, so locals will get to hear the argument live. If you’ve been stuck in a loop of outrage and emergency, hearing someone reframe joy as a tactic is oddly liberating. Think of it as shifting from survival mode to creation mode , and that shift often leads to better strategy, less burn‑out and more durable change.</w:t>
      </w:r>
      <w:r/>
    </w:p>
    <w:p>
      <w:pPr>
        <w:pStyle w:val="Heading2"/>
      </w:pPr>
      <w:r>
        <w:t>Pop culture shows how whimsy builds courage</w:t>
      </w:r>
      <w:r/>
    </w:p>
    <w:p>
      <w:r/>
      <w:r>
        <w:t>Fiction and fan projects often provide the imaginative resources we need to act in real life. Take the Buffyverse: the 2023 audio drama Slayers offers a smaller, playful world in which characters learn that misbehaving , not just following the rules , can be an act of resistance. Those scenes can stick with you in ways that manuals and speeches rarely do. Audible and other outlets helped bring projects like that to a wider audience, proving that commercial platforms still host stories that teach moral courage through fantasy. When you watch or listen, you’re not only entertained; you’re rehearsing new identities and responses. So next time you’re looking for inspiration, don’t discount a well‑crafted piece of fantasy , it might be the rehearsal you need to speak up.</w:t>
      </w:r>
      <w:r/>
    </w:p>
    <w:p>
      <w:pPr>
        <w:pStyle w:val="Heading2"/>
      </w:pPr>
      <w:r>
        <w:t>How whimsy helps LGBTQ+ people claim space</w:t>
      </w:r>
      <w:r/>
    </w:p>
    <w:p>
      <w:r/>
      <w:r>
        <w:t>For many queer people, cultural icons and stories have been more than distraction , they’re survival tools. Buffy’s mix of teenage vulnerability and supernatural brawn, for instance, gave some viewers a template for fighting private and public battles. That emotional model often matters more than policy lectures when you’re figuring out how to inhabit difficult identity changes. At PGN’s recent events, stories of misbehaviour and taking up space resurfaced as sources of strength. Honourees and organisers showed that being loud, visible and creative is one route to recognition. This matters because laws and rights are one layer; cultural belonging is another, and whimsy helps stitch that layer together. If you’re organising or mentoring, include media and art in your toolkit , screenings, readings and playful performances can create confidence as effectively as training sessions.</w:t>
      </w:r>
      <w:r/>
    </w:p>
    <w:p>
      <w:pPr>
        <w:pStyle w:val="Heading2"/>
      </w:pPr>
      <w:r>
        <w:t>Practical ways to "weaponise" whimsy without losing seriousness</w:t>
      </w:r>
      <w:r/>
    </w:p>
    <w:p>
      <w:r/>
      <w:r>
        <w:t>You don’t need a stage to harness play strategically. Start small: swap one reactionary social‑media post for a creative reply that reframes the issue, host a themed potluck that sparks laughter, or recommend a short audio drama or TV episode that models bravery. These tiny acts reset emotional tone and can change how groups brainstorm solutions. When choosing cultural material, match the tone to the goal. Use lighter fare to lower tension and unlock ideas; reserve direct organising sessions for logistical clarity. And if you’re working with young people, let imagination lead , fan fiction, podcasts and roleplay are legitimate ways to teach civic courage. Mixing whimsy with discipline keeps efforts sustainable: play fuels morale, planning secures wins.</w:t>
      </w:r>
      <w:r/>
    </w:p>
    <w:p>
      <w:pPr>
        <w:pStyle w:val="Heading2"/>
      </w:pPr>
      <w:r>
        <w:t>The bigger picture: culture, politics and the future of queer organising</w:t>
      </w:r>
      <w:r/>
    </w:p>
    <w:p>
      <w:r/>
      <w:r>
        <w:t>There’s a tendency to divide culture and politics, but the two feed each other. ALOK’s plea to be sillier is a call to treat cultural work , comedy, fiction, performance , as essential infrastructure for social change. When audiences laugh and imagine, they rehearse alternative realities where inclusion is the norm. Organisers should stop treating art as optional. Elevating creators alongside activists doesn’t dilute purpose; it broadens the coalition and gives people more ways to contribute. As the PGN celebration prepares to name its 50 Most Influential LGBTQ+ Leaders, the mix of artists and campaigners on that list will be a useful reminder: culture makes rights legible. Expect more creative tactics in coming campaigns , not instead of protests, but alongside them.</w:t>
      </w:r>
      <w:r/>
    </w:p>
    <w:p>
      <w:r/>
      <w:r>
        <w:t>It's a small change that can make every act of dissent feel more human.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[6]</w:t>
        </w:r>
      </w:hyperlink>
      <w:r>
        <w:t xml:space="preserve">, </w:t>
      </w:r>
      <w:hyperlink r:id="rId13">
        <w:r>
          <w:rPr>
            <w:color w:val="0000EE"/>
            <w:u w:val="single"/>
          </w:rPr>
          <w:t>[3]</w:t>
        </w:r>
      </w:hyperlink>
      <w:r>
        <w:t xml:space="preserve">- Paragraph 3: </w:t>
      </w:r>
      <w:hyperlink r:id="rId14">
        <w:r>
          <w:rPr>
            <w:color w:val="0000EE"/>
            <w:u w:val="single"/>
          </w:rPr>
          <w:t>[5]</w:t>
        </w:r>
      </w:hyperlink>
      <w:r>
        <w:t xml:space="preserve">, </w:t>
      </w:r>
      <w:hyperlink r:id="rId13">
        <w:r>
          <w:rPr>
            <w:color w:val="0000EE"/>
            <w:u w:val="single"/>
          </w:rPr>
          <w:t>[3]</w:t>
        </w:r>
      </w:hyperlink>
      <w:r>
        <w:t xml:space="preserve">- Paragraph 4: </w:t>
      </w:r>
      <w:hyperlink r:id="rId10">
        <w:r>
          <w:rPr>
            <w:color w:val="0000EE"/>
            <w:u w:val="single"/>
          </w:rPr>
          <w:t>[2]</w:t>
        </w:r>
      </w:hyperlink>
      <w:r>
        <w:t xml:space="preserve">, </w:t>
      </w:r>
      <w:hyperlink r:id="rId12">
        <w:r>
          <w:rPr>
            <w:color w:val="0000EE"/>
            <w:u w:val="single"/>
          </w:rPr>
          <w:t>[6]</w:t>
        </w:r>
      </w:hyperlink>
      <w:r>
        <w:t xml:space="preserve">- Paragraph 5: </w:t>
      </w:r>
      <w:hyperlink r:id="rId9">
        <w:r>
          <w:rPr>
            <w:color w:val="0000EE"/>
            <w:u w:val="single"/>
          </w:rPr>
          <w:t>[1]</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https://epgn.com/2026/08/25/the-war-on-whimsy/</w:t>
        </w:r>
      </w:hyperlink>
      <w:r>
        <w:t xml:space="preserve"> - Please view link - unable to able to access data</w:t>
      </w:r>
      <w:r/>
    </w:p>
    <w:p>
      <w:pPr>
        <w:pStyle w:val="ListNumber"/>
        <w:spacing w:line="240" w:lineRule="auto"/>
        <w:ind w:left="720"/>
      </w:pPr>
      <w:r/>
      <w:hyperlink r:id="rId10">
        <w:r>
          <w:rPr>
            <w:color w:val="0000EE"/>
            <w:u w:val="single"/>
          </w:rPr>
          <w:t>https://phillygaycalendar.com/events/alok-live-in-philadelphia/</w:t>
        </w:r>
      </w:hyperlink>
      <w:r>
        <w:t xml:space="preserve"> - ALOK, an internationally renowned poet, comedian, and public figure, is scheduled to perform in Philadelphia on September 4, 2026, at the Kimmel Center. Known for their unique blend of humour and insight, ALOK has captivated audiences across the globe in over 40 countries. Their first comedy special, BIOLOGY!, has been a significant stepping stone in highlighting the experiences of non-binary individuals and the complexities of gender identity. The event promises a night filled with laughter, wit, and thought-provoking commentary. (</w:t>
      </w:r>
      <w:hyperlink r:id="rId15">
        <w:r>
          <w:rPr>
            <w:color w:val="0000EE"/>
            <w:u w:val="single"/>
          </w:rPr>
          <w:t>phillygaycalendar.com</w:t>
        </w:r>
      </w:hyperlink>
      <w:r>
        <w:t>)</w:t>
      </w:r>
      <w:r/>
    </w:p>
    <w:p>
      <w:pPr>
        <w:pStyle w:val="ListNumber"/>
        <w:spacing w:line="240" w:lineRule="auto"/>
        <w:ind w:left="720"/>
      </w:pPr>
      <w:r/>
      <w:hyperlink r:id="rId13">
        <w:r>
          <w:rPr>
            <w:color w:val="0000EE"/>
            <w:u w:val="single"/>
          </w:rPr>
          <w:t>https://buffy.fandom.com/wiki/Slayers%3A_A_Buffyverse_Story</w:t>
        </w:r>
      </w:hyperlink>
      <w:r>
        <w:t xml:space="preserve"> - 'Slayers: A Buffyverse Story' is an audio series and spin-off from 'Buffy the Vampire Slayer'. It was written by Christopher Golden with Amber Benson and directed by Benson, Golden, and Kc Wayland. The series premiered on October 12, 2023, on Audible. The story is set a decade after the events of the original series and features original cast members such as James Marsters, Charisma Carpenter, Anthony Head, Juliet Landau, Emma Caulfield, Amber Benson, James Charles Leary, and Danny Strong. The narrative follows Spike, who is working undercover in Los Angeles and meets a rookie Slayer named Indira. The series also introduces Cordelia Chase from an alternate reality where she is the only Slayer. (</w:t>
      </w:r>
      <w:hyperlink r:id="rId16">
        <w:r>
          <w:rPr>
            <w:color w:val="0000EE"/>
            <w:u w:val="single"/>
          </w:rPr>
          <w:t>buffy.fandom.com</w:t>
        </w:r>
      </w:hyperlink>
      <w:r>
        <w:t>)</w:t>
      </w:r>
      <w:r/>
    </w:p>
    <w:p>
      <w:pPr>
        <w:pStyle w:val="ListNumber"/>
        <w:spacing w:line="240" w:lineRule="auto"/>
        <w:ind w:left="720"/>
      </w:pPr>
      <w:r/>
      <w:hyperlink r:id="rId11">
        <w:r>
          <w:rPr>
            <w:color w:val="0000EE"/>
            <w:u w:val="single"/>
          </w:rPr>
          <w:t>https://www.comingsoon.net/horror/news/1339797-slayers-a-buffyverse-story</w:t>
        </w:r>
      </w:hyperlink>
      <w:r>
        <w:t xml:space="preserve"> - Audible has announced an audio series spin-off of Joss Whedon's 'Buffy the Vampire Slayer', titled 'Slayers: A Buffyverse Story'. Set 20 years after the series finale, the series features original cast members reprising their roles, including James Marsters as Spike, Charisma Carpenter as Cordelia, Anthony Head as Giles, Juliet Landau as Drusilla, Emma Caulfield as Anya, Amber Benson as Tara, James Charles Leary as Clem, and Danny Strong as Jonathan. The series follows Spike, who is working undercover in Los Angeles and meets a rookie Slayer named Indira. The narrative also introduces Cordelia Chase from an alternate reality where she is the only Slayer. (</w:t>
      </w:r>
      <w:hyperlink r:id="rId17">
        <w:r>
          <w:rPr>
            <w:color w:val="0000EE"/>
            <w:u w:val="single"/>
          </w:rPr>
          <w:t>comingsoon.net</w:t>
        </w:r>
      </w:hyperlink>
      <w:r>
        <w:t>)</w:t>
      </w:r>
      <w:r/>
    </w:p>
    <w:p>
      <w:pPr>
        <w:pStyle w:val="ListNumber"/>
        <w:spacing w:line="240" w:lineRule="auto"/>
        <w:ind w:left="720"/>
      </w:pPr>
      <w:r/>
      <w:hyperlink r:id="rId14">
        <w:r>
          <w:rPr>
            <w:color w:val="0000EE"/>
            <w:u w:val="single"/>
          </w:rPr>
          <w:t>https://www.broadwayworld.com/bwwtv/article/Audible-to-Premiere-SLAYERS-A-BUFFYVERSE-STORY-Set-in-the-BUFFY-THE-VAMPIRE-SLAYER-Universe-20230913</w:t>
        </w:r>
      </w:hyperlink>
      <w:r>
        <w:t xml:space="preserve"> - Audible has announced the premiere of 'Slayers: A Buffyverse Story', an audio original set in the 'Buffy the Vampire Slayer' universe. The series is set to premiere on October 12, 2023, twenty years after the series finale. It was written by original cast member Amber Benson alongside writer Christopher Golden and directed by Benson, Golden, and Kc Wayland. The series reunites original series stars James Marsters, Charisma Carpenter, Anthony Head, Juliet Landau, Emma Caulfield, Amber Benson, James Charles Leary, and Danny Strong, along with new cast member Laya DeLeon Hayes. (</w:t>
      </w:r>
      <w:hyperlink r:id="rId18">
        <w:r>
          <w:rPr>
            <w:color w:val="0000EE"/>
            <w:u w:val="single"/>
          </w:rPr>
          <w:t>broadwayworld.com</w:t>
        </w:r>
      </w:hyperlink>
      <w:r>
        <w:t>)</w:t>
      </w:r>
      <w:r/>
    </w:p>
    <w:p>
      <w:pPr>
        <w:pStyle w:val="ListNumber"/>
        <w:spacing w:line="240" w:lineRule="auto"/>
        <w:ind w:left="720"/>
      </w:pPr>
      <w:r/>
      <w:hyperlink r:id="rId12">
        <w:r>
          <w:rPr>
            <w:color w:val="0000EE"/>
            <w:u w:val="single"/>
          </w:rPr>
          <w:t>https://www.amberbenson.tv/slayers-a-buffyverse-story.html</w:t>
        </w:r>
      </w:hyperlink>
      <w:r>
        <w:t xml:space="preserve"> - Amber Benson, known for her role as Tara Maclay in 'Buffy the Vampire Slayer', has co-written, co-directed, and stars in a new immersive audio drama titled 'Slayers: A Buffyverse Story'. The series is an Audible Original and is exclusively available on the Audible platform. Fans can purchase it via the UK, US, Canadian, and Australian versions of the website and app. This marks the first time in over twenty years that Amber Benson has reprised her role as Tara Maclay. (</w:t>
      </w:r>
      <w:hyperlink r:id="rId19">
        <w:r>
          <w:rPr>
            <w:color w:val="0000EE"/>
            <w:u w:val="single"/>
          </w:rPr>
          <w:t>amberbenson.tv</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epgn.com/2026/08/25/the-war-on-whimsy/" TargetMode="External"/><Relationship Id="rId10" Type="http://schemas.openxmlformats.org/officeDocument/2006/relationships/hyperlink" Target="https://phillygaycalendar.com/events/alok-live-in-philadelphia/" TargetMode="External"/><Relationship Id="rId11" Type="http://schemas.openxmlformats.org/officeDocument/2006/relationships/hyperlink" Target="https://www.comingsoon.net/horror/news/1339797-slayers-a-buffyverse-story" TargetMode="External"/><Relationship Id="rId12" Type="http://schemas.openxmlformats.org/officeDocument/2006/relationships/hyperlink" Target="https://www.amberbenson.tv/slayers-a-buffyverse-story.html" TargetMode="External"/><Relationship Id="rId13" Type="http://schemas.openxmlformats.org/officeDocument/2006/relationships/hyperlink" Target="https://buffy.fandom.com/wiki/Slayers%3A_A_Buffyverse_Story" TargetMode="External"/><Relationship Id="rId14" Type="http://schemas.openxmlformats.org/officeDocument/2006/relationships/hyperlink" Target="https://www.broadwayworld.com/bwwtv/article/Audible-to-Premiere-SLAYERS-A-BUFFYVERSE-STORY-Set-in-the-BUFFY-THE-VAMPIRE-SLAYER-Universe-20230913" TargetMode="External"/><Relationship Id="rId15" Type="http://schemas.openxmlformats.org/officeDocument/2006/relationships/hyperlink" Target="https://phillygaycalendar.com/events/alok-live-in-philadelphia/?utm_source=openai" TargetMode="External"/><Relationship Id="rId16" Type="http://schemas.openxmlformats.org/officeDocument/2006/relationships/hyperlink" Target="https://buffy.fandom.com/wiki/Slayers%3A_A_Buffyverse_Story?utm_source=openai" TargetMode="External"/><Relationship Id="rId17" Type="http://schemas.openxmlformats.org/officeDocument/2006/relationships/hyperlink" Target="https://www.comingsoon.net/horror/news/1339797-slayers-a-buffyverse-story?utm_source=openai" TargetMode="External"/><Relationship Id="rId18" Type="http://schemas.openxmlformats.org/officeDocument/2006/relationships/hyperlink" Target="https://www.broadwayworld.com/bwwtv/article/Audible-to-Premiere-SLAYERS-A-BUFFYVERSE-STORY-Set-in-the-BUFFY-THE-VAMPIRE-SLAYER-Universe-20230913?utm_source=openai" TargetMode="External"/><Relationship Id="rId19" Type="http://schemas.openxmlformats.org/officeDocument/2006/relationships/hyperlink" Target="https://www.amberbenson.tv/slayers-a-buffyverse-story.html?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