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 to See Pride the Musical: Bridge Theatre Transfer Confirmed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theatre-lovers are flocking to secure seats as Pride the Musical, the sold‑out National Theatre sensation, transfers to the Bridge Theatre from 12 November 2026 , a chance to see the joyous true story of Lesbians and Gays Support the Miners on a larger London stage.</w:t>
      </w:r>
      <w:r/>
    </w:p>
    <w:p>
      <w:r/>
      <w:r>
        <w:t>Essential Takeaways</w:t>
      </w:r>
      <w:r/>
      <w:r/>
    </w:p>
    <w:p>
      <w:pPr>
        <w:pStyle w:val="ListBullet"/>
        <w:spacing w:line="240" w:lineRule="auto"/>
        <w:ind w:left="720"/>
      </w:pPr>
      <w:r/>
      <w:r>
        <w:rPr>
          <w:b/>
        </w:rPr>
        <w:t>Transfer confirmed:</w:t>
      </w:r>
      <w:r>
        <w:t xml:space="preserve"> Pride the Musical moves to the Bridge Theatre from 12 November 2026, after sold‑out runs. </w:t>
      </w:r>
      <w:r/>
    </w:p>
    <w:p>
      <w:pPr>
        <w:pStyle w:val="ListBullet"/>
        <w:spacing w:line="240" w:lineRule="auto"/>
        <w:ind w:left="720"/>
      </w:pPr>
      <w:r/>
      <w:r>
        <w:rPr>
          <w:b/>
        </w:rPr>
        <w:t>Creative pedigree:</w:t>
      </w:r>
      <w:r>
        <w:t xml:space="preserve"> Directed by Matthew Warchus with writer Stephen Beresford, drawing on the award‑winning 2014 film. </w:t>
      </w:r>
      <w:r/>
    </w:p>
    <w:p>
      <w:pPr>
        <w:pStyle w:val="ListBullet"/>
        <w:spacing w:line="240" w:lineRule="auto"/>
        <w:ind w:left="720"/>
      </w:pPr>
      <w:r/>
      <w:r>
        <w:rPr>
          <w:b/>
        </w:rPr>
        <w:t>Music mix:</w:t>
      </w:r>
      <w:r>
        <w:t xml:space="preserve"> Score blends protest anthems, pop, rock, disco and Welsh choral tradition , expect energy and warmth. </w:t>
      </w:r>
      <w:r/>
    </w:p>
    <w:p>
      <w:pPr>
        <w:pStyle w:val="ListBullet"/>
        <w:spacing w:line="240" w:lineRule="auto"/>
        <w:ind w:left="720"/>
      </w:pPr>
      <w:r/>
      <w:r>
        <w:rPr>
          <w:b/>
        </w:rPr>
        <w:t>Cast &amp; team:</w:t>
      </w:r>
      <w:r>
        <w:t xml:space="preserve"> National Theatre cast includes Samuel Barnett and Gillian Elisa; creative team features Bunny Christie and Hugh Vanstone. </w:t>
      </w:r>
      <w:r/>
    </w:p>
    <w:p>
      <w:pPr>
        <w:pStyle w:val="ListBullet"/>
        <w:spacing w:line="240" w:lineRule="auto"/>
        <w:ind w:left="720"/>
      </w:pPr>
      <w:r/>
      <w:r>
        <w:rPr>
          <w:b/>
        </w:rPr>
        <w:t>Booking tip:</w:t>
      </w:r>
      <w:r>
        <w:t xml:space="preserve"> Sign up for alerts; demand is already high after National Theatre sell‑outs.</w:t>
      </w:r>
      <w:r/>
      <w:r/>
    </w:p>
    <w:p>
      <w:pPr>
        <w:pStyle w:val="Heading2"/>
      </w:pPr>
      <w:r>
        <w:t>Why this transfer matters , a sold‑out show finds a new home</w:t>
      </w:r>
      <w:r/>
    </w:p>
    <w:p>
      <w:r/>
      <w:r>
        <w:t>This musical was effectively a hit before most critics even took their seats: sold‑out previews in Cardiff and a packed Dorfman at the National Theatre proved appetite is strong. According to theatre announcements, the Bridge transfer opens on 12 November 2026, offering a second chance to catch a show that’s been winning hearts with its warmth and humour. If you missed the first run, book sooner rather than later , tickets will likely move fast.</w:t>
      </w:r>
      <w:r/>
    </w:p>
    <w:p>
      <w:pPr>
        <w:pStyle w:val="Heading2"/>
      </w:pPr>
      <w:r>
        <w:t>The creative heavyweights behind the celebration</w:t>
      </w:r>
      <w:r/>
    </w:p>
    <w:p>
      <w:r/>
      <w:r>
        <w:t>The reunion of director Matthew Warchus and writer Stephen Beresford is central to the show’s buzz. Warchus, known for Matilda the Musical, and Beresford, who scripted the original Pride film, have adapted their partnership for the stage with a team of top designers and a score from Christopher Nightingale, Josh Cohen and DJ Walde. Industry figures suggest that pedigree , and the creative team that includes Bunny Christie and Hugh Vanstone , helps explain why producers pushed for a West End transfer.</w:t>
      </w:r>
      <w:r/>
    </w:p>
    <w:p>
      <w:pPr>
        <w:pStyle w:val="Heading2"/>
      </w:pPr>
      <w:r>
        <w:t>What the musical feels like , songs, scenes and the crowd reaction</w:t>
      </w:r>
      <w:r/>
    </w:p>
    <w:p>
      <w:r/>
      <w:r>
        <w:t>Audiences have responded to a score that mixes rousing protest songs with pop, disco and moments of Welsh choral lift; expect a mix of communal singing and intimate character beats. Reviews from the National Theatre run described the production as heartfelt and funny, with an emotional throughline rooted in real events. For theatregoers, the show comes across as both a good night out and a moving reminder of solidarity.</w:t>
      </w:r>
      <w:r/>
    </w:p>
    <w:p>
      <w:pPr>
        <w:pStyle w:val="Heading2"/>
      </w:pPr>
      <w:r>
        <w:t>Cast, staging and what to expect at the Bridge</w:t>
      </w:r>
      <w:r/>
    </w:p>
    <w:p>
      <w:r/>
      <w:r>
        <w:t>While casting for the Bridge run hasn’t been fully announced, the National Theatre ensemble features names such as Samuel Barnett as Jonathan and Gillian Elisa as Gwen, supported by a strong company. Set and costume designer Bunny Christie’s work gives the production a tactile, lived‑in look, and Lizzi Gee’s choreography adds pace. If you’re choosing seats, opt for mid‑stalls for the best mix of stage picture and intimacy; expect a lively, communal atmosphere rather than a hushed opera‑house vibe.</w:t>
      </w:r>
      <w:r/>
    </w:p>
    <w:p>
      <w:pPr>
        <w:pStyle w:val="Heading2"/>
      </w:pPr>
      <w:r>
        <w:t>How to get tickets and other practical tips</w:t>
      </w:r>
      <w:r/>
    </w:p>
    <w:p>
      <w:r/>
      <w:r>
        <w:t>Sign up for booking alerts through the theatre’s mailing list to be first in line when tickets are released. Consider midweek performances if you can , transfers like this often have peak demand at weekend slots. If accessibility is important, contact the Box Office early; theatres typically hold a limited number of accessible seats and dedicated performances. And bring a friend who likes to clap loudly , this is the kind of show that rewards audience noise.</w:t>
      </w:r>
      <w:r/>
    </w:p>
    <w:p>
      <w:r/>
      <w:r>
        <w:t>It's a small change that can make every night at the theatre feel like a celebration.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[1]</w:t>
        </w:r>
      </w:hyperlink>
      <w:r>
        <w:t xml:space="preserve">, </w:t>
      </w:r>
      <w:hyperlink r:id="rId10">
        <w:r>
          <w:rPr>
            <w:color w:val="0000EE"/>
            <w:u w:val="single"/>
          </w:rPr>
          <w:t>[4]</w:t>
        </w:r>
      </w:hyperlink>
      <w:r>
        <w:t xml:space="preserve">- Paragraph 3: </w:t>
      </w:r>
      <w:hyperlink r:id="rId9">
        <w:r>
          <w:rPr>
            <w:color w:val="0000EE"/>
            <w:u w:val="single"/>
          </w:rPr>
          <w:t>[1]</w:t>
        </w:r>
      </w:hyperlink>
      <w:r>
        <w:t xml:space="preserve">, </w:t>
      </w:r>
      <w:hyperlink r:id="rId11">
        <w:r>
          <w:rPr>
            <w:color w:val="0000EE"/>
            <w:u w:val="single"/>
          </w:rPr>
          <w:t>[6]</w:t>
        </w:r>
      </w:hyperlink>
      <w:r>
        <w:t xml:space="preserve">- Paragraph 4: </w:t>
      </w:r>
      <w:hyperlink r:id="rId12">
        <w:r>
          <w:rPr>
            <w:color w:val="0000EE"/>
            <w:u w:val="single"/>
          </w:rPr>
          <w:t>[5]</w:t>
        </w:r>
      </w:hyperlink>
      <w:r>
        <w:t xml:space="preserve">, </w:t>
      </w:r>
      <w:hyperlink r:id="rId13">
        <w:r>
          <w:rPr>
            <w:color w:val="0000EE"/>
            <w:u w:val="single"/>
          </w:rPr>
          <w:t>[7]</w:t>
        </w:r>
      </w:hyperlink>
      <w:r>
        <w:t xml:space="preserve">- Paragraph 5: </w:t>
      </w:r>
      <w:hyperlink r:id="rId9">
        <w:r>
          <w:rPr>
            <w:color w:val="0000EE"/>
            <w:u w:val="single"/>
          </w:rPr>
          <w:t>[1]</w:t>
        </w:r>
      </w:hyperlink>
      <w:r>
        <w:t xml:space="preserve">, </w:t>
      </w:r>
      <w:hyperlink r:id="rId9">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https://www.westendtheatre.com/363907/news/pride-musical-west-end-transfer/</w:t>
        </w:r>
      </w:hyperlink>
      <w:r>
        <w:t xml:space="preserve"> - Please view link - unable to able to access data</w:t>
      </w:r>
      <w:r/>
    </w:p>
    <w:p>
      <w:pPr>
        <w:pStyle w:val="ListNumber"/>
        <w:spacing w:line="240" w:lineRule="auto"/>
        <w:ind w:left="720"/>
      </w:pPr>
      <w:r/>
      <w:hyperlink r:id="rId9">
        <w:r>
          <w:rPr>
            <w:color w:val="0000EE"/>
            <w:u w:val="single"/>
          </w:rPr>
          <w:t>https://www.westendtheatre.com/363907/news/pride-musical-west-end-transfer/</w:t>
        </w:r>
      </w:hyperlink>
      <w:r>
        <w:t xml:space="preserve"> - This article announces the transfer of 'Pride the Musical' from the National Theatre's Dorfman Theatre to the Bridge Theatre, starting 12 November 2026. The musical, based on the 2014 film, has been a sell-out since its premiere in June. Directed by Matthew Warchus and written by Stephen Beresford, it tells the true story of the Lesbians and Gays Support the Miners (LGSM) during the 1984 miners' strike. The production features a score by Christopher Nightingale, Josh Cohen, and DJ Walde, blending protest anthems, pop, rock, disco, and Welsh choral traditions.</w:t>
      </w:r>
      <w:r/>
    </w:p>
    <w:p>
      <w:pPr>
        <w:pStyle w:val="ListNumber"/>
        <w:spacing w:line="240" w:lineRule="auto"/>
        <w:ind w:left="720"/>
      </w:pPr>
      <w:r/>
      <w:hyperlink r:id="rId14">
        <w:r>
          <w:rPr>
            <w:color w:val="0000EE"/>
            <w:u w:val="single"/>
          </w:rPr>
          <w:t>https://www.musicaltheatrenetwork.com/musicals-listing/pride/</w:t>
        </w:r>
      </w:hyperlink>
      <w:r>
        <w:t xml:space="preserve"> - This page provides information about 'Pride', the stage musical adaptation of the 2014 British film. The musical reunites director Matthew Warchus and writer Stephen Beresford, with original music by Christopher Nightingale, Josh Cohen, and DJ Walde. It explores the true story of solidarity between LGBTQ+ activists and striking Welsh miners during the 1984 miners’ strike, set against the backdrop of Margaret Thatcher’s Conservative government, delving into themes of identity, resilience, and the power of unlikely alliances.</w:t>
      </w:r>
      <w:r/>
    </w:p>
    <w:p>
      <w:pPr>
        <w:pStyle w:val="ListNumber"/>
        <w:spacing w:line="240" w:lineRule="auto"/>
        <w:ind w:left="720"/>
      </w:pPr>
      <w:r/>
      <w:hyperlink r:id="rId10">
        <w:r>
          <w:rPr>
            <w:color w:val="0000EE"/>
            <w:u w:val="single"/>
          </w:rPr>
          <w:t>https://www.westendtheatre.com/321273/news/pride-musical-sets-dates-and-creative-team-for-the-national-theatre-in-london/</w:t>
        </w:r>
      </w:hyperlink>
      <w:r>
        <w:t xml:space="preserve"> - This article details the announcement of 'Pride' the musical's run at the National Theatre's Dorfman Theatre from 11 June to 12 September 2026. The production reunites the creative team behind the original 2014 film, including director Matthew Warchus and writer Stephen Beresford. The musical features original music by Christopher Nightingale, Josh Cohen, and DJ Walde. The creative team also includes set and costume designer Bunny Christie, choreographer Lizzi Gee, lighting designer Hugh Vanstone, and sound designer Bobby Aitken.</w:t>
      </w:r>
      <w:r/>
    </w:p>
    <w:p>
      <w:pPr>
        <w:pStyle w:val="ListNumber"/>
        <w:spacing w:line="240" w:lineRule="auto"/>
        <w:ind w:left="720"/>
      </w:pPr>
      <w:r/>
      <w:hyperlink r:id="rId12">
        <w:r>
          <w:rPr>
            <w:color w:val="0000EE"/>
            <w:u w:val="single"/>
          </w:rPr>
          <w:t>https://www.londonboxoffice.co.uk/news/post/cast-announced-for-pride-the-musical-national-theatre</w:t>
        </w:r>
      </w:hyperlink>
      <w:r>
        <w:t xml:space="preserve"> - This article announces the cast for 'Pride' the musical at the National Theatre. The principal cast includes Samuel Barnett as Jonathan, Lewis Cornay as Bromley, Matthew Durkan as Mike, Gillian Elisa as Gwen, Robin Hayward as Martin, Chris Jenkins as Gethin, Darren Lawrence as Cliff, Jhon Lumsden as Mark, Kirsty Malpass as Hefina, Sarah Pugh as Sian, Jordan Shaw as Reggie, Courtney Stapleton as Steph, Caroline Sheen as Maureen, Mared Williams as Margaret, and Matthew Woodyatt as Dai. The ensemble includes Daniel Forrester, Madeleine Morgan, Catherine Morris, and Graham Vick.</w:t>
      </w:r>
      <w:r/>
    </w:p>
    <w:p>
      <w:pPr>
        <w:pStyle w:val="ListNumber"/>
        <w:spacing w:line="240" w:lineRule="auto"/>
        <w:ind w:left="720"/>
      </w:pPr>
      <w:r/>
      <w:hyperlink r:id="rId11">
        <w:r>
          <w:rPr>
            <w:color w:val="0000EE"/>
            <w:u w:val="single"/>
          </w:rPr>
          <w:t>https://www.timeout.com/london/theatre/pride</w:t>
        </w:r>
      </w:hyperlink>
      <w:r>
        <w:t xml:space="preserve"> - This review praises 'Pride' the musical at the National Theatre, awarding it 5 out of 5 stars. The adaptation of the 2014 film is described as a triumph, with a score by Christopher Nightingale, Josh Cohen, and DJ Walde. The production is noted for its emotional impact and timely plea for seeking out common ground, blending humour with serious themes. The story follows the true events of how, in 1984, a group of gays and lesbians formed Lesbians and Gays Support the Miners (LGSM) to support striking miners in a small Welsh village.</w:t>
      </w:r>
      <w:r/>
    </w:p>
    <w:p>
      <w:pPr>
        <w:pStyle w:val="ListNumber"/>
        <w:spacing w:line="240" w:lineRule="auto"/>
        <w:ind w:left="720"/>
      </w:pPr>
      <w:r/>
      <w:hyperlink r:id="rId13">
        <w:r>
          <w:rPr>
            <w:color w:val="0000EE"/>
            <w:u w:val="single"/>
          </w:rPr>
          <w:t>https://www.broadwayworld.com/westend/article/Cast-Set-For-PRIDE-at-the-National-Theatre-20260120</w:t>
        </w:r>
      </w:hyperlink>
      <w:r>
        <w:t xml:space="preserve"> - This article announces the casting for 'Pride' the musical at the National Theatre. The cast includes Samuel Barnett as Jonathan, Lewis Cornay as Bromley, Matthew Durkan as Mike, Gillian Elisa as Gwen, Robin Hayward as Martin, Chris Jenkins as Gethin, Darren Lawrence as Cliff, Jhon Lumsden as Mark, Kirsty Malpass as Hefina, Sarah Pugh as Sian, Jordan Shaw as Reggie, Courtney Stapleton as Steph, Caroline Sheen as Maureen, Mared Williams as Margaret, and Matthew Woodyatt as Dai. The production is directed by Matthew Warchus, with a score by Christopher Nightingale, Josh Cohen, and DJ Walde.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estendtheatre.com/363907/news/pride-musical-west-end-transfer/" TargetMode="External"/><Relationship Id="rId10" Type="http://schemas.openxmlformats.org/officeDocument/2006/relationships/hyperlink" Target="https://www.westendtheatre.com/321273/news/pride-musical-sets-dates-and-creative-team-for-the-national-theatre-in-london/" TargetMode="External"/><Relationship Id="rId11" Type="http://schemas.openxmlformats.org/officeDocument/2006/relationships/hyperlink" Target="https://www.timeout.com/london/theatre/pride" TargetMode="External"/><Relationship Id="rId12" Type="http://schemas.openxmlformats.org/officeDocument/2006/relationships/hyperlink" Target="https://www.londonboxoffice.co.uk/news/post/cast-announced-for-pride-the-musical-national-theatre" TargetMode="External"/><Relationship Id="rId13" Type="http://schemas.openxmlformats.org/officeDocument/2006/relationships/hyperlink" Target="https://www.broadwayworld.com/westend/article/Cast-Set-For-PRIDE-at-the-National-Theatre-20260120" TargetMode="External"/><Relationship Id="rId14" Type="http://schemas.openxmlformats.org/officeDocument/2006/relationships/hyperlink" Target="https://www.musicaltheatrenetwork.com/musicals-listing/pr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