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Things to Do at the Philly AIDS Thrift 21st Anniversary Block Party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Mark your calendars: shoppers, music-lovers and food fans are already buzzing about Philly AIDS Thrift’s 21st Anniversary Block Party on S. 5th Street and E. Passyunk Avenue , a free South Philly fall festival with live DJs, local eats, celebrity dunk tanks, vintage finds and costume-ready thrift treasures.</w:t>
      </w:r>
      <w:r/>
    </w:p>
    <w:p>
      <w:r/>
      <w:r>
        <w:t>Essential Takeaways</w:t>
      </w:r>
      <w:r/>
      <w:r/>
    </w:p>
    <w:p>
      <w:pPr>
        <w:pStyle w:val="ListBullet"/>
        <w:spacing w:line="240" w:lineRule="auto"/>
        <w:ind w:left="720"/>
      </w:pPr>
      <w:r/>
      <w:r>
        <w:rPr>
          <w:b/>
        </w:rPr>
        <w:t>When and where:</w:t>
      </w:r>
      <w:r>
        <w:t xml:space="preserve"> Free event on Saturday, 26 September 2026, 12pm–6pm in the 700 blocks of S. 5th Street and E. Passyunk Avenue. </w:t>
      </w:r>
      <w:r/>
    </w:p>
    <w:p>
      <w:pPr>
        <w:pStyle w:val="ListBullet"/>
        <w:spacing w:line="240" w:lineRule="auto"/>
        <w:ind w:left="720"/>
      </w:pPr>
      <w:r/>
      <w:r>
        <w:rPr>
          <w:b/>
        </w:rPr>
        <w:t>Live soundtrack:</w:t>
      </w:r>
      <w:r>
        <w:t xml:space="preserve"> DJ Robert Drake (WXPN) emcees with performances from Philly Elmo &amp; PME Drumline, Killeé and queer/trans-led band UgLi , lively, loud and joyful. </w:t>
      </w:r>
      <w:r/>
    </w:p>
    <w:p>
      <w:pPr>
        <w:pStyle w:val="ListBullet"/>
        <w:spacing w:line="240" w:lineRule="auto"/>
        <w:ind w:left="720"/>
      </w:pPr>
      <w:r/>
      <w:r>
        <w:rPr>
          <w:b/>
        </w:rPr>
        <w:t>Food and drink:</w:t>
      </w:r>
      <w:r>
        <w:t xml:space="preserve"> Expect pierogi, kielbasa, tacos, burritos and local beer from vendors like Mom-Mom’s, La Camelia and Evil Genius , easy to eat while browsing. </w:t>
      </w:r>
      <w:r/>
    </w:p>
    <w:p>
      <w:pPr>
        <w:pStyle w:val="ListBullet"/>
        <w:spacing w:line="240" w:lineRule="auto"/>
        <w:ind w:left="720"/>
      </w:pPr>
      <w:r/>
      <w:r>
        <w:rPr>
          <w:b/>
        </w:rPr>
        <w:t>Activities:</w:t>
      </w:r>
      <w:r>
        <w:t xml:space="preserve"> Celebrity dunk tank, pie-eating contest emceed by Jim Donovan, over 30 small-business and vintage stalls, plus in-store Halloween costume shopping. </w:t>
      </w:r>
      <w:r/>
    </w:p>
    <w:p>
      <w:pPr>
        <w:pStyle w:val="ListBullet"/>
        <w:spacing w:line="240" w:lineRule="auto"/>
        <w:ind w:left="720"/>
      </w:pPr>
      <w:r/>
      <w:r>
        <w:rPr>
          <w:b/>
        </w:rPr>
        <w:t>Community impact:</w:t>
      </w:r>
      <w:r>
        <w:t xml:space="preserve"> All proceeds support Philly AIDS Thrift’s ongoing HIV/AIDS services and local nonprofits , shopping feels good and does good.</w:t>
      </w:r>
      <w:r/>
      <w:r/>
    </w:p>
    <w:p>
      <w:pPr>
        <w:pStyle w:val="Heading2"/>
      </w:pPr>
      <w:r>
        <w:t>Why this block party feels like a proper neighbourhood bash</w:t>
      </w:r>
      <w:r/>
    </w:p>
    <w:p>
      <w:r/>
      <w:r>
        <w:t>The vibe is deliberately tactile and noisy , think percussion, horns and the smell of tacos on the pavement. According to event listings, DJ Robert Drake will set the tone while local acts deliver a mix of funk, soul, punk and marching-energy that’s pure South Philly. It’s the sort of festival that leans into community theatre: everybody knows somebody, and that familiarity makes the dunk tank and pie-eating contest feel like tradition, not just entertainment.</w:t>
      </w:r>
      <w:r/>
    </w:p>
    <w:p>
      <w:r/>
      <w:r>
        <w:t>Backstory: Philly AIDS Thrift has turned this into an annual milestone that blends fundraising with a block-party energy. The event doubles as a fall festival and a chance to spotlight the thrift’s social programmes, so your crafter’s market haul also supports vital services. If you love people-watching and local colour, this is peak real-life community theatre.</w:t>
      </w:r>
      <w:r/>
    </w:p>
    <w:p>
      <w:r/>
      <w:r>
        <w:t>Practical tip: arrive hungry and wear comfy shoes; the best finds and the longest queues tend to congregate near the soundstage and food trucks.</w:t>
      </w:r>
      <w:r/>
    </w:p>
    <w:p>
      <w:pPr>
        <w:pStyle w:val="Heading2"/>
      </w:pPr>
      <w:r>
        <w:t>The soundtrack: from drumlines to dreamy funk</w:t>
      </w:r>
      <w:r/>
    </w:p>
    <w:p>
      <w:r/>
      <w:r>
        <w:t>Music matters here. Listings say the day opens with Philly Elmo &amp; PME Drumline, whose percussion is designed to be both joyful and message-driven, followed by Killeé’s Prince-inflected showmanship and UgLi’s queer, trans-fronted punk. Robert Drake’s WXPN presence means a steady mix and playful emceeing between acts.</w:t>
      </w:r>
      <w:r/>
    </w:p>
    <w:p>
      <w:r/>
      <w:r>
        <w:t>This lineup reflects a wider festival trend: diverse, local talent that keeps the party moving rather than one headliner. If you love live sets that shift gear often, you’ll enjoy the variety. For families, the drumline’s visual energy is especially entertaining; for night-owls, the funk and punk will have more staying power.</w:t>
      </w:r>
      <w:r/>
    </w:p>
    <w:p>
      <w:r/>
      <w:r>
        <w:t>Practical tip: check the schedule on arrival if you’re targeting a particular act , sets are spaced to keep people moving through the market.</w:t>
      </w:r>
      <w:r/>
    </w:p>
    <w:p>
      <w:pPr>
        <w:pStyle w:val="Heading2"/>
      </w:pPr>
      <w:r>
        <w:t>Food, drink and that unmistakable street-fair smell</w:t>
      </w:r>
      <w:r/>
    </w:p>
    <w:p>
      <w:r/>
      <w:r>
        <w:t>Expect classic comfort options alongside tacos and burritos, with vendors named in listings like Mom-Mom’s and La Camelia. Local breweries such as Evil Genius are on hand for something cold, so you can pair a kielbasa with a hazy beer while browsing vintage stalls.</w:t>
      </w:r>
      <w:r/>
    </w:p>
    <w:p>
      <w:r/>
      <w:r>
        <w:t>This is a food-first block party: easy-to-eat items let you shop one-handed, and the variety means you can feed picky kids and enthusiastic adults alike. If you’re planning to sample everything, bring small bills and leave room for dessert , MANNA’s pies are part of the pie-eating tradition and taste as celebratory as they look.</w:t>
      </w:r>
      <w:r/>
    </w:p>
    <w:p>
      <w:r/>
      <w:r>
        <w:t>Practical tip: bring a reusable water bottle; it’s September but the crowd and sun can make you thirsty.</w:t>
      </w:r>
      <w:r/>
    </w:p>
    <w:p>
      <w:pPr>
        <w:pStyle w:val="Heading2"/>
      </w:pPr>
      <w:r>
        <w:t>Shopping and thrifting , why this is the best time to hunt for Halloween costumes</w:t>
      </w:r>
      <w:r/>
    </w:p>
    <w:p>
      <w:r/>
      <w:r>
        <w:t>The block will host more than 30 local small businesses, artists and vintage vendors, and the Philly AIDS Thrift store will be open for its legendary racks as it kicks off Halloween season. That combination is a magnet for costume-seekers, retro hunters and anyone who likes their wardrobe with a story.</w:t>
      </w:r>
      <w:r/>
    </w:p>
    <w:p>
      <w:r/>
      <w:r>
        <w:t>Thrift fans will recognise familiar local names and discover new makers; shop owners often curate festival-only bundles and flash sales, so quick decisions can pay off. If you’ve been putting off a costume, this is the moment: the in-store selection is deep and the market stalls add accessories and statement pieces.</w:t>
      </w:r>
      <w:r/>
    </w:p>
    <w:p>
      <w:r/>
      <w:r>
        <w:t>Practical tip: bring a tote or backpack for purchases, and consider trying items on if possible , festival daylight is a good place to spot a true one-off.</w:t>
      </w:r>
      <w:r/>
    </w:p>
    <w:p>
      <w:pPr>
        <w:pStyle w:val="Heading2"/>
      </w:pPr>
      <w:r>
        <w:t>Fundraising fun: dunk tanks, pies and purpose</w:t>
      </w:r>
      <w:r/>
    </w:p>
    <w:p>
      <w:r/>
      <w:r>
        <w:t>The dunk tank remains a crowd favourite, with local personalities taking a brief, splashy fall for charity. Celebrity “victims” include restaurant names and radio voices listed with the event; the spectacle is both playful and effective for raising funds. The pie-eating contest, emceed by Jim Donovan, combines competitive silliness with a partnership fundraiser, so participation both entertains and benefits local services.</w:t>
      </w:r>
      <w:r/>
    </w:p>
    <w:p>
      <w:r/>
      <w:r>
        <w:t>This mixture of lighthearted antics and practical giving is exactly why the block party endures: it translates community affection into real support. If you want to contribute without a wallet, volunteer sign-ups and participation events are a direct route.</w:t>
      </w:r>
      <w:r/>
    </w:p>
    <w:p>
      <w:r/>
      <w:r>
        <w:t>Practical tip: sign up early on-site for contests with limited spots, and bring a towel if you’re volunteering at the dunk tank.</w:t>
      </w:r>
      <w:r/>
    </w:p>
    <w:p>
      <w:r/>
      <w:r>
        <w:t>Closing line Bring your appetite, your curiosity and a sense of neighbourly fun , it’s an easy way to shop, sing and support local causes all in one sunny afternoon.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1">
        <w:r>
          <w:rPr>
            <w:color w:val="0000EE"/>
            <w:u w:val="single"/>
          </w:rPr>
          <w:t>[3]</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1">
        <w:r>
          <w:rPr>
            <w:color w:val="0000EE"/>
            <w:u w:val="single"/>
          </w:rPr>
          <w:t>[3]</w:t>
        </w:r>
      </w:hyperlink>
      <w:r>
        <w:t xml:space="preserve">- Paragraph 5: </w:t>
      </w:r>
      <w:hyperlink r:id="rId9">
        <w:r>
          <w:rPr>
            <w:color w:val="0000EE"/>
            <w:u w:val="single"/>
          </w:rPr>
          <w:t>[1]</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https://www.myphillyalive.com/blog/tacos-tunes-and-a-dunk-tank-what-to-expect-at-the-philly-aids-thrift-block-party/</w:t>
        </w:r>
      </w:hyperlink>
      <w:r>
        <w:t xml:space="preserve"> - Please view link - unable to able to access data</w:t>
      </w:r>
      <w:r/>
    </w:p>
    <w:p>
      <w:pPr>
        <w:pStyle w:val="ListNumber"/>
        <w:spacing w:line="240" w:lineRule="auto"/>
        <w:ind w:left="720"/>
      </w:pPr>
      <w:r/>
      <w:hyperlink r:id="rId10">
        <w:r>
          <w:rPr>
            <w:color w:val="0000EE"/>
            <w:u w:val="single"/>
          </w:rPr>
          <w:t>https://phillyfamily.com/event/philly-aids-thrift-21st-year-anniversary-block-party/</w:t>
        </w:r>
      </w:hyperlink>
      <w:r>
        <w:t xml:space="preserve"> - Philly AIDS Thrift is celebrating its 21st Anniversary Block Party on Saturday, September 26, 2026, from 12:00 pm to 6:00 pm on the 700 block of South 5th Street in Philadelphia. The free, family-friendly event will feature DJ Robert Drake of WXPN, the 7th Annual Pie-Eating Contest emceed by Emmy Award-winning news anchor Jim Donovan, a Celebrity Dunk Tank with local personalities, and over 25 craft and vintage vendors. Additional performers and activities will be announced as the event approaches.</w:t>
      </w:r>
      <w:r/>
    </w:p>
    <w:p>
      <w:pPr>
        <w:pStyle w:val="ListNumber"/>
        <w:spacing w:line="240" w:lineRule="auto"/>
        <w:ind w:left="720"/>
      </w:pPr>
      <w:r/>
      <w:hyperlink r:id="rId11">
        <w:r>
          <w:rPr>
            <w:color w:val="0000EE"/>
            <w:u w:val="single"/>
          </w:rPr>
          <w:t>https://secretphiladelphia.co/2026-philly-aids-thrift-block-party/</w:t>
        </w:r>
      </w:hyperlink>
      <w:r>
        <w:t xml:space="preserve"> - Philly AIDS Thrift is hosting its 21st Anniversary Block Party on Saturday, September 26, 2026, from 12:00 pm to 6:00 pm, transforming the 700 blocks of South 5th Street and East Passyunk Avenue into a free, all-ages street festival. The event will feature DJ Robert Drake of WXPN, live performances by Philly Elmo &amp; PME Drumline, Killeé, and UgLi, a Celebrity Dunk Tank with local personalities, and over 30 local vendors. Food will be provided by Mom-Mom’s pierogi and kielbasa truck and La Camelia’s Mexican food truck, with craft beers from Evil Genius Beer Company.</w:t>
      </w:r>
      <w:r/>
    </w:p>
    <w:p>
      <w:pPr>
        <w:pStyle w:val="ListNumber"/>
        <w:spacing w:line="240" w:lineRule="auto"/>
        <w:ind w:left="720"/>
      </w:pPr>
      <w:r/>
      <w:hyperlink r:id="rId15">
        <w:r>
          <w:rPr>
            <w:color w:val="0000EE"/>
            <w:u w:val="single"/>
          </w:rPr>
          <w:t>https://happeningnext.com/event/philly-aids-thrift-21st-year-anniversary-block-party-eid3a0dx32kl7</w:t>
        </w:r>
      </w:hyperlink>
      <w:r>
        <w:t xml:space="preserve"> - Philly AIDS Thrift is celebrating its 21st Anniversary Block Party on Saturday, September 26, 2026, from 12:00 pm to 6:00 pm on the 700 block of South 5th Street in Philadelphia. The free, family-friendly event will feature DJ Robert Drake of WXPN, the 7th Annual Pie-Eating Contest emceed by Emmy Award-winning news anchor Jim Donovan, a Celebrity Dunk Tank with local personalities, and over 25 craft and vintage vendors. Additional performers and activities will be announced as the event approaches.</w:t>
      </w:r>
      <w:r/>
    </w:p>
    <w:p>
      <w:pPr>
        <w:pStyle w:val="ListNumber"/>
        <w:spacing w:line="240" w:lineRule="auto"/>
        <w:ind w:left="720"/>
      </w:pPr>
      <w:r/>
      <w:hyperlink r:id="rId12">
        <w:r>
          <w:rPr>
            <w:color w:val="0000EE"/>
            <w:u w:val="single"/>
          </w:rPr>
          <w:t>https://www.mychesco.com/a/news/regional/philly-aids-thrift-marks-21-years-with-south-philly-block-party/</w:t>
        </w:r>
      </w:hyperlink>
      <w:r>
        <w:t xml:space="preserve"> - Philly AIDS Thrift is celebrating its 21st Anniversary Block Party on Saturday, September 26, 2026, from 12:00 pm to 6:00 pm, transforming the 700 blocks of South 5th Street and East Passyunk Avenue into a free, all-ages street festival. The event will feature DJ Robert Drake of WXPN, live performances by Philly Elmo &amp; PME Drumline, Killeé, and UgLi, a Celebrity Dunk Tank with local personalities, and over 30 local vendors. Food will be provided by Mom-Mom’s pierogi and kielbasa truck and La Camelia’s Mexican food truck, with craft beers from Evil Genius Beer Company.</w:t>
      </w:r>
      <w:r/>
    </w:p>
    <w:p>
      <w:pPr>
        <w:pStyle w:val="ListNumber"/>
        <w:spacing w:line="240" w:lineRule="auto"/>
        <w:ind w:left="720"/>
      </w:pPr>
      <w:r/>
      <w:hyperlink r:id="rId13">
        <w:r>
          <w:rPr>
            <w:color w:val="0000EE"/>
            <w:u w:val="single"/>
          </w:rPr>
          <w:t>https://www.phillyvoice.com/philly-aids-thrift-20th-anniversary-donations/</w:t>
        </w:r>
      </w:hyperlink>
      <w:r>
        <w:t xml:space="preserve"> - Philly AIDS Thrift is hosting a block party on Saturday, September 13, 2025, to celebrate its 20th anniversary and mark reaching $5 million in donations to HIV/AIDS advocacy organizations over the years. The event will take place on the 700 block of South 5th Street between Bainbridge and Monroe streets from noon to 6 p.m. and will feature live music, circus entertainers, food and retail vendors, a pie-eating contest, dunk tank, and more. Proceeds will help support local organizations like the Attic Youth Center, Mazzoni Center, MANNA, William Way LGBT Community Center, and Planned Parenthood.</w:t>
      </w:r>
      <w:r/>
    </w:p>
    <w:p>
      <w:pPr>
        <w:pStyle w:val="ListNumber"/>
        <w:spacing w:line="240" w:lineRule="auto"/>
        <w:ind w:left="720"/>
      </w:pPr>
      <w:r/>
      <w:hyperlink r:id="rId14">
        <w:r>
          <w:rPr>
            <w:color w:val="0000EE"/>
            <w:u w:val="single"/>
          </w:rPr>
          <w:t>https://southstreet.com/events/thrifty-disco/</w:t>
        </w:r>
      </w:hyperlink>
      <w:r>
        <w:t xml:space="preserve"> - The Thrifty Disco event is scheduled for Saturday, February 21, 2026, at Philly AIDS Thrift, located at 710 S 5th St, Philadelphia, PA 19147. The event aims to raise money for Philly AIDS Thrift and KDU, with special treats from Darnel’s Cakes. Attendees are encouraged to wear their disco attire to enjoy a night of music and dancing.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yphillyalive.com/blog/tacos-tunes-and-a-dunk-tank-what-to-expect-at-the-philly-aids-thrift-block-party/" TargetMode="External"/><Relationship Id="rId10" Type="http://schemas.openxmlformats.org/officeDocument/2006/relationships/hyperlink" Target="https://phillyfamily.com/event/philly-aids-thrift-21st-year-anniversary-block-party/" TargetMode="External"/><Relationship Id="rId11" Type="http://schemas.openxmlformats.org/officeDocument/2006/relationships/hyperlink" Target="https://secretphiladelphia.co/2026-philly-aids-thrift-block-party/" TargetMode="External"/><Relationship Id="rId12" Type="http://schemas.openxmlformats.org/officeDocument/2006/relationships/hyperlink" Target="https://www.mychesco.com/a/news/regional/philly-aids-thrift-marks-21-years-with-south-philly-block-party/" TargetMode="External"/><Relationship Id="rId13" Type="http://schemas.openxmlformats.org/officeDocument/2006/relationships/hyperlink" Target="https://www.phillyvoice.com/philly-aids-thrift-20th-anniversary-donations/" TargetMode="External"/><Relationship Id="rId14" Type="http://schemas.openxmlformats.org/officeDocument/2006/relationships/hyperlink" Target="https://southstreet.com/events/thrifty-disco/" TargetMode="External"/><Relationship Id="rId15" Type="http://schemas.openxmlformats.org/officeDocument/2006/relationships/hyperlink" Target="https://happeningnext.com/event/philly-aids-thrift-21st-year-anniversary-block-party-eid3a0dx32kl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