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Scottish Borders Pride: What to Expect at Galashiels’ First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turning out as Galashiels hosts the Scottish Borders’ first-ever Pride, a colourful parade and day of events this Saturday that promises visibility, safe spaces for young people, and a community coming together to stand against anti-LGBT hate.</w:t>
      </w:r>
      <w:r/>
    </w:p>
    <w:p>
      <w:r/>
      <w:r>
        <w:t>Essential Takeaways</w:t>
      </w:r>
      <w:r/>
      <w:r/>
    </w:p>
    <w:p>
      <w:pPr>
        <w:pStyle w:val="ListBullet"/>
        <w:spacing w:line="240" w:lineRule="auto"/>
        <w:ind w:left="720"/>
      </w:pPr>
      <w:r/>
      <w:r>
        <w:rPr>
          <w:b/>
        </w:rPr>
        <w:t>Historic first:</w:t>
      </w:r>
      <w:r>
        <w:t xml:space="preserve"> Galashiels will host the Scottish Borders’ inaugural Pride parade, stepping off at noon from Albert Place. </w:t>
      </w:r>
      <w:r/>
    </w:p>
    <w:p>
      <w:pPr>
        <w:pStyle w:val="ListBullet"/>
        <w:spacing w:line="240" w:lineRule="auto"/>
        <w:ind w:left="720"/>
      </w:pPr>
      <w:r/>
      <w:r>
        <w:rPr>
          <w:b/>
        </w:rPr>
        <w:t>Full-day festival:</w:t>
      </w:r>
      <w:r>
        <w:t xml:space="preserve"> Stalls and live performances run at Volunteer Hall from 12.45pm to 5pm, offering music, food and community stalls. </w:t>
      </w:r>
      <w:r/>
    </w:p>
    <w:p>
      <w:pPr>
        <w:pStyle w:val="ListBullet"/>
        <w:spacing w:line="240" w:lineRule="auto"/>
        <w:ind w:left="720"/>
      </w:pPr>
      <w:r/>
      <w:r>
        <w:rPr>
          <w:b/>
        </w:rPr>
        <w:t>Youth-friendly:</w:t>
      </w:r>
      <w:r>
        <w:t xml:space="preserve"> LGBT Youth Scotland runs a dedicated youth space at the Great Tapestry of Scotland from 1–4pm, safe, warm and welcoming. </w:t>
      </w:r>
      <w:r/>
    </w:p>
    <w:p>
      <w:pPr>
        <w:pStyle w:val="ListBullet"/>
        <w:spacing w:line="240" w:lineRule="auto"/>
        <w:ind w:left="720"/>
      </w:pPr>
      <w:r/>
      <w:r>
        <w:rPr>
          <w:b/>
        </w:rPr>
        <w:t>Evening ceilidh:</w:t>
      </w:r>
      <w:r>
        <w:t xml:space="preserve"> A ticketed ceilidh at Galashiels MacArts Centre finishes the day with traditional dancing and community spirit. </w:t>
      </w:r>
      <w:r/>
    </w:p>
    <w:p>
      <w:pPr>
        <w:pStyle w:val="ListBullet"/>
        <w:spacing w:line="240" w:lineRule="auto"/>
        <w:ind w:left="720"/>
      </w:pPr>
      <w:r/>
      <w:r>
        <w:rPr>
          <w:b/>
        </w:rPr>
        <w:t>Ongoing visibility:</w:t>
      </w:r>
      <w:r>
        <w:t xml:space="preserve"> A youth-created exhibition at the Great Tapestry runs until 30 August, exploring LGBTQ+ identities and relationships.</w:t>
      </w:r>
      <w:r/>
      <w:r/>
    </w:p>
    <w:p>
      <w:pPr>
        <w:pStyle w:val="Heading2"/>
      </w:pPr>
      <w:r>
        <w:t>A parade with colour and purpose , what the route tells you</w:t>
      </w:r>
      <w:r/>
    </w:p>
    <w:p>
      <w:r/>
      <w:r>
        <w:t>The parade gathers at Albert Place from 11.30am and steps off at midday, rolling along Bank Street and Channel Street. Expect a bright, friendly atmosphere; banners, family groups and local organisations will make the town feel lively and inclusive. Organisers say visibility is central , both to celebrate and to signal that the Borders is a place where people belong. If you want a good photo spot, aim for the Volunteer Hall end where the march finishes and the main stage activity begins.</w:t>
      </w:r>
      <w:r/>
    </w:p>
    <w:p>
      <w:pPr>
        <w:pStyle w:val="Heading2"/>
      </w:pPr>
      <w:r>
        <w:t>Why a youth space matters , safe, practical support on-site</w:t>
      </w:r>
      <w:r/>
    </w:p>
    <w:p>
      <w:r/>
      <w:r>
        <w:t>LGBT Youth Scotland will operate a dedicated youth area at the Great Tapestry of Scotland between 1pm and 4pm. That means young people have a quieter hub away from the bustle, with trained staff and peer support. In practice this is simple but important: a calm place to chill, ask questions and connect. For parents or guardians, it’s reassuring to know there’s a supervised area designed for younger attendees.</w:t>
      </w:r>
      <w:r/>
    </w:p>
    <w:p>
      <w:pPr>
        <w:pStyle w:val="Heading2"/>
      </w:pPr>
      <w:r>
        <w:t>The festival vibe , stalls, performances, and community energy</w:t>
      </w:r>
      <w:r/>
    </w:p>
    <w:p>
      <w:r/>
      <w:r>
        <w:t>From 12.45pm to 5pm Volunteer Hall hosts stalls and live acts. Think local makers, charity stands, community groups and short-stage performances that keep the pace upbeat. This is where the Borders’ grassroots support will be most visible , volunteers, small businesses and allies will be running stalls and handing out information. Bring loose change for donations and small purchases, and wear comfortable shoes; the event is relaxed but sprawling.</w:t>
      </w:r>
      <w:r/>
    </w:p>
    <w:p>
      <w:pPr>
        <w:pStyle w:val="Heading2"/>
      </w:pPr>
      <w:r>
        <w:t>After dark: a ceilidh to round things off</w:t>
      </w:r>
      <w:r/>
    </w:p>
    <w:p>
      <w:r/>
      <w:r>
        <w:t>For those who want to keep celebrating, a ticketed ceilidh at Galashiels MacArts Centre offers a traditional, social finish. It’s a smart way to mix local culture with Pride celebration: lively music, dancing and friendly conversation. Tickets help organisers cover costs and keep daytime events free, so consider buying one to support the fledgling charity and the community it’s building.</w:t>
      </w:r>
      <w:r/>
    </w:p>
    <w:p>
      <w:pPr>
        <w:pStyle w:val="Heading2"/>
      </w:pPr>
      <w:r>
        <w:t>The wider picture , what this says about the Borders</w:t>
      </w:r>
      <w:r/>
    </w:p>
    <w:p>
      <w:r/>
      <w:r>
        <w:t>Local organisers and volunteers stress this isn’t just a party; it’s a statement about belonging at a time when anti-LGBT hate crime concerns are rising. Hosting a first-ever Pride in Galashiels signals cultural change and growing allyship across the region. It also dovetails with wider town initiatives , the Great Tapestry and business groups have been active in promoting Galashiels as a hub for events and regeneration, and this Pride adds a fresh, inclusive note to that growing calendar.</w:t>
      </w:r>
      <w:r/>
    </w:p>
    <w:p>
      <w:r/>
      <w:r>
        <w:t>It's a small change that can make every local feel a little more visible and welcome.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https://www.thesouthernreporter.co.uk/news/people/scottish-borders-to-host-first-ever-pride-celebration-in-galashiels-8940651</w:t>
        </w:r>
      </w:hyperlink>
      <w:r>
        <w:t xml:space="preserve"> - Please view link - unable to able to access data</w:t>
      </w:r>
      <w:r/>
    </w:p>
    <w:p>
      <w:pPr>
        <w:pStyle w:val="ListNumber"/>
        <w:spacing w:line="240" w:lineRule="auto"/>
        <w:ind w:left="720"/>
      </w:pPr>
      <w:r/>
      <w:hyperlink r:id="rId10">
        <w:r>
          <w:rPr>
            <w:color w:val="0000EE"/>
            <w:u w:val="single"/>
          </w:rPr>
          <w:t>https://www.itv.com/news/border/2026-05-27/lgbt-pride-parade-coming-to-the-scottish-borders-for-the-first-time</w:t>
        </w:r>
      </w:hyperlink>
      <w:r>
        <w:t xml:space="preserve"> - In May 2026, Scottish Borders Pride announced the inaugural LGBT+ Pride event in the region, scheduled for August 29, 2026, in Galashiels. The free, unticketed event will feature a parade, live entertainment, and an exhibition, aiming to celebrate visibility and community. Fay Sinclair, Chair of Scottish Borders Pride, expressed excitement about the event, emphasising its focus on acceptance and community. (</w:t>
      </w:r>
      <w:hyperlink r:id="rId14">
        <w:r>
          <w:rPr>
            <w:color w:val="0000EE"/>
            <w:u w:val="single"/>
          </w:rPr>
          <w:t>itv.com</w:t>
        </w:r>
      </w:hyperlink>
      <w:r>
        <w:t>)</w:t>
      </w:r>
      <w:r/>
    </w:p>
    <w:p>
      <w:pPr>
        <w:pStyle w:val="ListNumber"/>
        <w:spacing w:line="240" w:lineRule="auto"/>
        <w:ind w:left="720"/>
      </w:pPr>
      <w:r/>
      <w:hyperlink r:id="rId11">
        <w:r>
          <w:rPr>
            <w:color w:val="0000EE"/>
            <w:u w:val="single"/>
          </w:rPr>
          <w:t>https://happeningnext.com/event/scottish-borders-pride-eid3a0dtah8hu</w:t>
        </w:r>
      </w:hyperlink>
      <w:r>
        <w:t xml:space="preserve"> - Scottish Borders Pride is set to take place in Galashiels on August 29, 2026. The event is free to attend and will include a parade, live music, entertainment, and stalls at the Volunteer Hall. Attendees are invited to gather at Albert Place at 11:30 am for the parade, with festivities continuing in the afternoon. (</w:t>
      </w:r>
      <w:hyperlink r:id="rId15">
        <w:r>
          <w:rPr>
            <w:color w:val="0000EE"/>
            <w:u w:val="single"/>
          </w:rPr>
          <w:t>happeningnext.com</w:t>
        </w:r>
      </w:hyperlink>
      <w:r>
        <w:t>)</w:t>
      </w:r>
      <w:r/>
    </w:p>
    <w:p>
      <w:pPr>
        <w:pStyle w:val="ListNumber"/>
        <w:spacing w:line="240" w:lineRule="auto"/>
        <w:ind w:left="720"/>
      </w:pPr>
      <w:r/>
      <w:hyperlink r:id="rId12">
        <w:r>
          <w:rPr>
            <w:color w:val="0000EE"/>
            <w:u w:val="single"/>
          </w:rPr>
          <w:t>https://www.greattapestryofscotland.com/the-unveiling-of-the-borders-railway-tapestry-panel-in-galashiels/</w:t>
        </w:r>
      </w:hyperlink>
      <w:r>
        <w:t xml:space="preserve"> - In September 2024, the Borders Railway Community Partnership unveiled a new Tapestry panel at the Galashiels Interchange to celebrate and promote the Borders Railway. The panel, designed by Andrew Crummy, was stitched over two and a half years by more than 2,000 volunteers from across Scotland. (</w:t>
      </w:r>
      <w:hyperlink r:id="rId16">
        <w:r>
          <w:rPr>
            <w:color w:val="0000EE"/>
            <w:u w:val="single"/>
          </w:rPr>
          <w:t>greattapestryofscotland.com</w:t>
        </w:r>
      </w:hyperlink>
      <w:r>
        <w:t>)</w:t>
      </w:r>
      <w:r/>
    </w:p>
    <w:p>
      <w:pPr>
        <w:pStyle w:val="ListNumber"/>
        <w:spacing w:line="240" w:lineRule="auto"/>
        <w:ind w:left="720"/>
      </w:pPr>
      <w:r/>
      <w:hyperlink r:id="rId13">
        <w:r>
          <w:rPr>
            <w:color w:val="0000EE"/>
            <w:u w:val="single"/>
          </w:rPr>
          <w:t>https://www.scotborders.gov.uk/news/article/4702/galashiels-business-improvement-district-agreed</w:t>
        </w:r>
      </w:hyperlink>
      <w:r>
        <w:t xml:space="preserve"> - In November 2024, businesses in Galashiels voted to establish a Business Improvement District (BID), aiming to invest thousands of pounds over the next five years into the town's economy. The BID will focus on developing events and attractions, business support, creating a welcoming environment, and positioning Galashiels as a visitor destination. (</w:t>
      </w:r>
      <w:hyperlink r:id="rId17">
        <w:r>
          <w:rPr>
            <w:color w:val="0000EE"/>
            <w:u w:val="single"/>
          </w:rPr>
          <w:t>scotborders.gov.uk</w:t>
        </w:r>
      </w:hyperlink>
      <w:r>
        <w:t>)</w:t>
      </w:r>
      <w:r/>
    </w:p>
    <w:p>
      <w:pPr>
        <w:pStyle w:val="ListNumber"/>
        <w:spacing w:line="240" w:lineRule="auto"/>
        <w:ind w:left="720"/>
      </w:pPr>
      <w:r/>
      <w:hyperlink r:id="rId18">
        <w:r>
          <w:rPr>
            <w:color w:val="0000EE"/>
            <w:u w:val="single"/>
          </w:rPr>
          <w:t>https://www.scottishbanner.com/wp-content/uploads/2024/04/SB-4711-MAY-2024-NA.pdf</w:t>
        </w:r>
      </w:hyperlink>
      <w:r>
        <w:t xml:space="preserve"> - An exhibition titled 'A Passion for Paisley' was held at The Great Tapestry of Scotland in Galashiels, running until July 12, 2024. The exhibition explored the history of Paisley shawls, revealing that Edinburgh weavers were producing these shawls in the 1700s, more than 40 years before the town of Paisley became associated with them. (</w:t>
      </w:r>
      <w:hyperlink r:id="rId19">
        <w:r>
          <w:rPr>
            <w:color w:val="0000EE"/>
            <w:u w:val="single"/>
          </w:rPr>
          <w:t>scottishbanner.com</w:t>
        </w:r>
      </w:hyperlink>
      <w:r>
        <w:t>)</w:t>
      </w:r>
      <w:r/>
    </w:p>
    <w:p>
      <w:pPr>
        <w:pStyle w:val="ListNumber"/>
        <w:spacing w:line="240" w:lineRule="auto"/>
        <w:ind w:left="720"/>
      </w:pPr>
      <w:r/>
      <w:hyperlink r:id="rId20">
        <w:r>
          <w:rPr>
            <w:color w:val="0000EE"/>
            <w:u w:val="single"/>
          </w:rPr>
          <w:t>https://discoverscottishborders.com/celebrating-tradition-the-braw-lads-gathering-in-galashiels/</w:t>
        </w:r>
      </w:hyperlink>
      <w:r>
        <w:t xml:space="preserve"> - The Braw Lads’ Gathering in Galashiels is a traditional Scottish festival that unites history, horses, and community spirit. The event includes ceremonies such as the Burgh Flag Ceremony and the Mixing of the Roses, celebrating local heritage and community pride. (</w:t>
      </w:r>
      <w:hyperlink r:id="rId21">
        <w:r>
          <w:rPr>
            <w:color w:val="0000EE"/>
            <w:u w:val="single"/>
          </w:rPr>
          <w:t>discoverscottishborders.com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outhernreporter.co.uk/news/people/scottish-borders-to-host-first-ever-pride-celebration-in-galashiels-8940651" TargetMode="External"/><Relationship Id="rId10" Type="http://schemas.openxmlformats.org/officeDocument/2006/relationships/hyperlink" Target="https://www.itv.com/news/border/2026-05-27/lgbt-pride-parade-coming-to-the-scottish-borders-for-the-first-time" TargetMode="External"/><Relationship Id="rId11" Type="http://schemas.openxmlformats.org/officeDocument/2006/relationships/hyperlink" Target="https://happeningnext.com/event/scottish-borders-pride-eid3a0dtah8hu" TargetMode="External"/><Relationship Id="rId12" Type="http://schemas.openxmlformats.org/officeDocument/2006/relationships/hyperlink" Target="https://www.greattapestryofscotland.com/the-unveiling-of-the-borders-railway-tapestry-panel-in-galashiels/" TargetMode="External"/><Relationship Id="rId13" Type="http://schemas.openxmlformats.org/officeDocument/2006/relationships/hyperlink" Target="https://www.scotborders.gov.uk/news/article/4702/galashiels-business-improvement-district-agreed" TargetMode="External"/><Relationship Id="rId14" Type="http://schemas.openxmlformats.org/officeDocument/2006/relationships/hyperlink" Target="https://www.itv.com/news/border/2026-05-27/lgbt-pride-parade-coming-to-the-scottish-borders-for-the-first-time?utm_source=openai" TargetMode="External"/><Relationship Id="rId15" Type="http://schemas.openxmlformats.org/officeDocument/2006/relationships/hyperlink" Target="https://happeningnext.com/event/scottish-borders-pride-eid3a0dtah8hu?utm_source=openai" TargetMode="External"/><Relationship Id="rId16" Type="http://schemas.openxmlformats.org/officeDocument/2006/relationships/hyperlink" Target="https://www.greattapestryofscotland.com/the-unveiling-of-the-borders-railway-tapestry-panel-in-galashiels/?utm_source=openai" TargetMode="External"/><Relationship Id="rId17" Type="http://schemas.openxmlformats.org/officeDocument/2006/relationships/hyperlink" Target="https://www.scotborders.gov.uk/news/article/4702/galashiels-business-improvement-district-agreed?utm_source=openai" TargetMode="External"/><Relationship Id="rId18" Type="http://schemas.openxmlformats.org/officeDocument/2006/relationships/hyperlink" Target="https://www.scottishbanner.com/wp-content/uploads/2024/04/SB-4711-MAY-2024-NA.pdf" TargetMode="External"/><Relationship Id="rId19" Type="http://schemas.openxmlformats.org/officeDocument/2006/relationships/hyperlink" Target="https://www.scottishbanner.com/wp-content/uploads/2024/04/SB-4711-MAY-2024-NA.pdf?utm_source=openai" TargetMode="External"/><Relationship Id="rId20" Type="http://schemas.openxmlformats.org/officeDocument/2006/relationships/hyperlink" Target="https://discoverscottishborders.com/celebrating-tradition-the-braw-lads-gathering-in-galashiels/" TargetMode="External"/><Relationship Id="rId21" Type="http://schemas.openxmlformats.org/officeDocument/2006/relationships/hyperlink" Target="https://discoverscottishborders.com/celebrating-tradition-the-braw-lads-gathering-in-galashiel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