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Week Zwolle Guide: Why Visibility Matters After Flag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activists are turning out for Pride Week Zwolle, a busy programme of talks, a Pride Mars and new festivals , and organisers say it’s harder to ignore than ever after an attack on a local flag group and violence abroad. Here’s what to expect, why it matters, and how the city is keeping people connected.</w:t>
      </w:r>
      <w:r/>
    </w:p>
    <w:p>
      <w:r/>
      <w:r>
        <w:t>Essential Takeaways</w:t>
      </w:r>
      <w:r/>
      <w:r/>
    </w:p>
    <w:p>
      <w:pPr>
        <w:pStyle w:val="ListBullet"/>
        <w:spacing w:line="240" w:lineRule="auto"/>
        <w:ind w:left="720"/>
      </w:pPr>
      <w:r/>
      <w:r>
        <w:rPr>
          <w:b/>
        </w:rPr>
        <w:t>Event mix:</w:t>
      </w:r>
      <w:r>
        <w:t xml:space="preserve"> Pride Week Zwolle runs through to Sunday with lectures, a quiz night, community gatherings and a Pride Mars; programming is citywide and family-friendly.</w:t>
      </w:r>
      <w:r/>
    </w:p>
    <w:p>
      <w:pPr>
        <w:pStyle w:val="ListBullet"/>
        <w:spacing w:line="240" w:lineRule="auto"/>
        <w:ind w:left="720"/>
      </w:pPr>
      <w:r/>
      <w:r>
        <w:rPr>
          <w:b/>
        </w:rPr>
        <w:t>Local incident:</w:t>
      </w:r>
      <w:r>
        <w:t xml:space="preserve"> A spring attack on a COC jubilee walker's rainbow flag underlined why visibility and solidarity remain vital.</w:t>
      </w:r>
      <w:r/>
    </w:p>
    <w:p>
      <w:pPr>
        <w:pStyle w:val="ListBullet"/>
        <w:spacing w:line="240" w:lineRule="auto"/>
        <w:ind w:left="720"/>
      </w:pPr>
      <w:r/>
      <w:r>
        <w:rPr>
          <w:b/>
        </w:rPr>
        <w:t>Safety approach:</w:t>
      </w:r>
      <w:r>
        <w:t xml:space="preserve"> The municipality reviewed security after recent international and local incidents but kept existing measures; safe spots aren’t in place yet.</w:t>
      </w:r>
      <w:r/>
    </w:p>
    <w:p>
      <w:pPr>
        <w:pStyle w:val="ListBullet"/>
        <w:spacing w:line="240" w:lineRule="auto"/>
        <w:ind w:left="720"/>
      </w:pPr>
      <w:r/>
      <w:r>
        <w:rPr>
          <w:b/>
        </w:rPr>
        <w:t>New festival:</w:t>
      </w:r>
      <w:r>
        <w:t xml:space="preserve"> Kleurrijk Zwolle debuts alongside Pride to broaden reach, aimed at people who want inclusion without attending Pride-specific events.</w:t>
      </w:r>
      <w:r/>
    </w:p>
    <w:p>
      <w:pPr>
        <w:pStyle w:val="ListBullet"/>
        <w:spacing w:line="240" w:lineRule="auto"/>
        <w:ind w:left="720"/>
      </w:pPr>
      <w:r/>
      <w:r>
        <w:rPr>
          <w:b/>
        </w:rPr>
        <w:t>Community tone:</w:t>
      </w:r>
      <w:r>
        <w:t xml:space="preserve"> Organisers stress showing up and connection , participants describe the atmosphere as colourful, warm and defiant.</w:t>
      </w:r>
      <w:r/>
      <w:r/>
    </w:p>
    <w:p>
      <w:pPr>
        <w:pStyle w:val="Heading2"/>
      </w:pPr>
      <w:r>
        <w:t>What’s actually happening this week , and where to turn up</w:t>
      </w:r>
      <w:r/>
    </w:p>
    <w:p>
      <w:r/>
      <w:r>
        <w:t>Pride Week Zwolle is packed with activities across the city, from talks and a quiz evening to the Pride Mars on Sunday; expect events at cultural venues and outdoors. Community groups, COC Zwolle and the municipality put the programme together, so there’s a mix of activism and celebration. If you want a quieter experience, choose daytime talks or smaller venue events rather than the big outdoor gatherings, and check organisers’ pages for times and meeting points.</w:t>
      </w:r>
      <w:r/>
    </w:p>
    <w:p>
      <w:pPr>
        <w:pStyle w:val="Heading2"/>
      </w:pPr>
      <w:r>
        <w:t>Why the week feels more necessary than before</w:t>
      </w:r>
      <w:r/>
    </w:p>
    <w:p>
      <w:r/>
      <w:r>
        <w:t>The mood shifted after a man forcefully removed a rainbow flag from a COC jubilee walk in April, leaving a 76‑year‑old organiser shaken, and after violent episodes at Pride elsewhere in Europe. That combination made local councillors and activists talk about visibility as protection: being seen, heard and supported. According to local officials, the incident was a reminder that acceptance doesn’t happen by itself, so public events are part celebration and part affirmation.</w:t>
      </w:r>
      <w:r/>
    </w:p>
    <w:p>
      <w:pPr>
        <w:pStyle w:val="Heading2"/>
      </w:pPr>
      <w:r>
        <w:t>Safety: what the city is doing , and what it isn’t</w:t>
      </w:r>
      <w:r/>
    </w:p>
    <w:p>
      <w:r/>
      <w:r>
        <w:t>After a vehicle attack at a Pride event in Germany and the local flag incident, Zwolle’s council reviewed security for this week. They say no extra, extraordinary measures were required beyond the usual arrangements, but they’re consulting with organisers about potential safe spaces. Last year some participants asked for "safe spots" during overlapping festivals; this time the Pride Week was deliberately scheduled apart from the busy Straatfestival to reduce tensions and crowding.</w:t>
      </w:r>
      <w:r/>
    </w:p>
    <w:p>
      <w:pPr>
        <w:pStyle w:val="Heading2"/>
      </w:pPr>
      <w:r>
        <w:t>Kleurrijk Zwolle: a new, complementary festival</w:t>
      </w:r>
      <w:r/>
    </w:p>
    <w:p>
      <w:r/>
      <w:r>
        <w:t>The municipality funded Kleurrijk Zwolle to run at the Makersfabriek during Pride Week, aiming to reach people who might not see themselves in a traditional Pride line‑up. It’s pitched as an inclusive, multi‑community event that complements Pride rather than replacing it. If you’re curious about cross‑community programming, it’s a smart option , the timing was chosen so Pride attendees could easily pop across afterwards.</w:t>
      </w:r>
      <w:r/>
    </w:p>
    <w:p>
      <w:pPr>
        <w:pStyle w:val="Heading2"/>
      </w:pPr>
      <w:r>
        <w:t>How locals are responding , and how you can join in safely</w:t>
      </w:r>
      <w:r/>
    </w:p>
    <w:p>
      <w:r/>
      <w:r>
        <w:t>Organisers and participants say the tone of the week is resilient and welcoming: colourful receptions at the station and upbeat street performances have punctuated the schedule. If you plan to go, wear something bright if you feel like it, pick events that match your comfort level, and use official meeting points. Volunteers and partner venues are on hand to help if anyone feels uneasy. Showing up, organisers say, is both a personal and civic gesture.</w:t>
      </w:r>
      <w:r/>
    </w:p>
    <w:p>
      <w:r/>
      <w:r>
        <w:t>It's a small change that can make every gathering safer and every voice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https://www.destentor.nl/zwolle/wethouder-over-pride-week-zwolle-harder-nodig-dan-ooit-na-aanval-op-vlaggroep-in-eigen-stad~a9b97504/</w:t>
        </w:r>
      </w:hyperlink>
      <w:r>
        <w:t xml:space="preserve"> - Please view link - unable to able to access data</w:t>
      </w:r>
      <w:r/>
    </w:p>
    <w:p>
      <w:pPr>
        <w:pStyle w:val="ListNumber"/>
        <w:spacing w:line="240" w:lineRule="auto"/>
        <w:ind w:left="720"/>
      </w:pPr>
      <w:r/>
      <w:hyperlink r:id="rId10">
        <w:r>
          <w:rPr>
            <w:color w:val="0000EE"/>
            <w:u w:val="single"/>
          </w:rPr>
          <w:t>https://www.rtvfocuszwolle.nl/kleurrijke-ontvangst-op-station-zwolle-tijdens-pride-weekend/</w:t>
        </w:r>
      </w:hyperlink>
      <w:r>
        <w:t xml:space="preserve"> - During the Zwolle Pride Festival held from August 25 to 27, 2023, NS and ProRail provided a vibrant welcome at Zwolle Station. Travellers were greeted with a massive rainbow carpet, rainbow flags, and tunnel ceilings illuminated in rainbow colours. Digital departure boards displayed train information in rainbow hues. The festival, themed 'I love me', focused on respect, acceptance, equality, and inclusivity. Bas Hogendorf, chair of NS Trainbow, emphasised the importance of everyone feeling safe and authentic in all environments, including at the festival.</w:t>
      </w:r>
      <w:r/>
    </w:p>
    <w:p>
      <w:pPr>
        <w:pStyle w:val="ListNumber"/>
        <w:spacing w:line="240" w:lineRule="auto"/>
        <w:ind w:left="720"/>
      </w:pPr>
      <w:r/>
      <w:hyperlink r:id="rId11">
        <w:r>
          <w:rPr>
            <w:color w:val="0000EE"/>
            <w:u w:val="single"/>
          </w:rPr>
          <w:t>https://1zwolle.nl/nieuws/125129/zwolle-kleurt-dit-weekend-alle-kleuren-van-de-regenboog.html</w:t>
        </w:r>
      </w:hyperlink>
      <w:r>
        <w:t xml:space="preserve"> - In August 2023, Zwolle embraced the Pride Festival with a colourful reception at the train station. NS and ProRail adorned the station with a giant rainbow carpet, fluttering flags, and tunnel lighting in rainbow colours. Digital departure boards showcased train information in rainbow hues. The festival, running from August 25 to 27, centred on respect, acceptance, equality, and inclusivity. Bas Hogendorf, chair of NS Trainbow, highlighted the significance of everyone being able to be themselves and feel safe, whether at home, work, or in transit.</w:t>
      </w:r>
      <w:r/>
    </w:p>
    <w:p>
      <w:pPr>
        <w:pStyle w:val="ListNumber"/>
        <w:spacing w:line="240" w:lineRule="auto"/>
        <w:ind w:left="720"/>
      </w:pPr>
      <w:r/>
      <w:hyperlink r:id="rId14">
        <w:r>
          <w:rPr>
            <w:color w:val="0000EE"/>
            <w:u w:val="single"/>
          </w:rPr>
          <w:t>https://www.rtvfocuszwolle.nl/straatfestival-straatfestival-x-zwolle-pride/</w:t>
        </w:r>
      </w:hyperlink>
      <w:r>
        <w:t xml:space="preserve"> - In July 2023, Zwolle's annual Straatfestival expanded to a two-day event, incorporating Zwolle Pride for the first time. The festival, a major summer celebration, featured numerous music stages across the city centre, organised by local hospitality businesses. On Saturday, August 26, the Straatfestival collaborated with Zwolle Pride, offering additional music stages and aligning with the festival's themes of respect, acceptance, equality, and inclusivity. The main stage of the Pride Festival was located at Rodetorenplein, and the Zwolle Pride Parade took place on Saturday afternoon.</w:t>
      </w:r>
      <w:r/>
    </w:p>
    <w:p>
      <w:pPr>
        <w:pStyle w:val="ListNumber"/>
        <w:spacing w:line="240" w:lineRule="auto"/>
        <w:ind w:left="720"/>
      </w:pPr>
      <w:r/>
      <w:hyperlink r:id="rId12">
        <w:r>
          <w:rPr>
            <w:color w:val="0000EE"/>
            <w:u w:val="single"/>
          </w:rPr>
          <w:t>https://1zwolle.nl/nieuws/125259/in-beeld-pride-walk-zwolle-2023.html</w:t>
        </w:r>
      </w:hyperlink>
      <w:r>
        <w:t xml:space="preserve"> - On August 26, 2023, the Pride Walk in Zwolle featured a vibrant procession from Park de Wezenlanden to the city centre. A highlight was the display of a massive rainbow flag through the Grote Kerk, marking a symbolic and unique moment. Organiser Gina Maria noted it as the first Pride event in the Netherlands to pass through a church. The parade included colourful floats, such as a pink Tesla, a tractor from Café de Kuiperij, and a bus representing various municipal council factions. After the walk, the Pride Festival continued with performances at the main stage on Rodetorenplein, coinciding with the second evening of the Straatfestival, known as Straatfestival x Zwolle Pride.</w:t>
      </w:r>
      <w:r/>
    </w:p>
    <w:p>
      <w:pPr>
        <w:pStyle w:val="ListNumber"/>
        <w:spacing w:line="240" w:lineRule="auto"/>
        <w:ind w:left="720"/>
      </w:pPr>
      <w:r/>
      <w:hyperlink r:id="rId15">
        <w:r>
          <w:rPr>
            <w:color w:val="0000EE"/>
            <w:u w:val="single"/>
          </w:rPr>
          <w:t>https://zonderstempel.nl/cafe-oke-ook-bij-pride-parade-in-zwolle/</w:t>
        </w:r>
      </w:hyperlink>
      <w:r>
        <w:t xml:space="preserve"> - In August 2023, Café Oké, a group for individuals with disabilities, participated in the Zwolle Pride Parade. After a successful experience the previous year, they joined the parade again, aiming to showcase visibility for people with disabilities. The parade took place on Saturday, August 26, 2023, starting at 14:00 from Park de Wezenlanden, concluding around 16:00 at Rodetorenplein, where the celebration continued. Participation was open to everyone, free of charge, with attendees encouraged to wear their most colourful and glittering outfits. For more information and the full Pride Festival programme in Zwolle, visit zwollepride.nl.</w:t>
      </w:r>
      <w:r/>
    </w:p>
    <w:p>
      <w:pPr>
        <w:pStyle w:val="ListNumber"/>
        <w:spacing w:line="240" w:lineRule="auto"/>
        <w:ind w:left="720"/>
      </w:pPr>
      <w:r/>
      <w:hyperlink r:id="rId13">
        <w:r>
          <w:rPr>
            <w:color w:val="0000EE"/>
            <w:u w:val="single"/>
          </w:rPr>
          <w:t>https://nieuws.ns.nl/kleurrijke-ontvangst-op-station-zwolle-tijdens-pride-weekend/</w:t>
        </w:r>
      </w:hyperlink>
      <w:r>
        <w:t xml:space="preserve"> - During the Zwolle Pride Festival from August 25 to 27, 2023, NS and ProRail provided a colourful reception at Zwolle Station. Travellers were welcomed with a giant rainbow carpet, rainbow flags, and tunnel ceilings illuminated in rainbow colours. Digital departure boards displayed train information in rainbow hues. The festival, themed 'I love me', focused on respect, acceptance, equality, and inclusivity. Bas Hogendorf, chair of NS Trainbow, emphasised the importance of everyone being able to be themselves and feel safe, whether at home, at work, or in the train.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stentor.nl/zwolle/wethouder-over-pride-week-zwolle-harder-nodig-dan-ooit-na-aanval-op-vlaggroep-in-eigen-stad~a9b97504/" TargetMode="External"/><Relationship Id="rId10" Type="http://schemas.openxmlformats.org/officeDocument/2006/relationships/hyperlink" Target="https://www.rtvfocuszwolle.nl/kleurrijke-ontvangst-op-station-zwolle-tijdens-pride-weekend/" TargetMode="External"/><Relationship Id="rId11" Type="http://schemas.openxmlformats.org/officeDocument/2006/relationships/hyperlink" Target="https://1zwolle.nl/nieuws/125129/zwolle-kleurt-dit-weekend-alle-kleuren-van-de-regenboog.html" TargetMode="External"/><Relationship Id="rId12" Type="http://schemas.openxmlformats.org/officeDocument/2006/relationships/hyperlink" Target="https://1zwolle.nl/nieuws/125259/in-beeld-pride-walk-zwolle-2023.html" TargetMode="External"/><Relationship Id="rId13" Type="http://schemas.openxmlformats.org/officeDocument/2006/relationships/hyperlink" Target="https://nieuws.ns.nl/kleurrijke-ontvangst-op-station-zwolle-tijdens-pride-weekend/" TargetMode="External"/><Relationship Id="rId14" Type="http://schemas.openxmlformats.org/officeDocument/2006/relationships/hyperlink" Target="https://www.rtvfocuszwolle.nl/straatfestival-straatfestival-x-zwolle-pride/" TargetMode="External"/><Relationship Id="rId15" Type="http://schemas.openxmlformats.org/officeDocument/2006/relationships/hyperlink" Target="https://zonderstempel.nl/cafe-oke-ook-bij-pride-parade-in-zwol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