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Week Events and Why They Still Matter for LGBTQ+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protest, remember: communities across cities are gearing up for weeks of Pride events that blend festival atmosphere with serious purpose, giving people a chance to be seen, heard and connected where it counts. Here’s why Pride week remains vital, and how to make the most of it whether you’re joining the march or the panel talks.</w:t>
      </w:r>
      <w:r/>
    </w:p>
    <w:p>
      <w:r/>
      <w:r>
        <w:t>Essential Takeaways</w:t>
      </w:r>
      <w:r/>
      <w:r/>
    </w:p>
    <w:p>
      <w:pPr>
        <w:pStyle w:val="ListBullet"/>
        <w:spacing w:line="240" w:lineRule="auto"/>
        <w:ind w:left="720"/>
      </w:pPr>
      <w:r/>
      <w:r>
        <w:rPr>
          <w:b/>
        </w:rPr>
        <w:t>Visible solidarity:</w:t>
      </w:r>
      <w:r>
        <w:t xml:space="preserve"> Pride offers public, collective support that helps people feel less alone and more affirmed.</w:t>
      </w:r>
      <w:r/>
    </w:p>
    <w:p>
      <w:pPr>
        <w:pStyle w:val="ListBullet"/>
        <w:spacing w:line="240" w:lineRule="auto"/>
        <w:ind w:left="720"/>
      </w:pPr>
      <w:r/>
      <w:r>
        <w:rPr>
          <w:b/>
        </w:rPr>
        <w:t>Mix of activities:</w:t>
      </w:r>
      <w:r>
        <w:t xml:space="preserve"> Expect panels, parties and protests, something for celebration, learning and advocacy.</w:t>
      </w:r>
      <w:r/>
    </w:p>
    <w:p>
      <w:pPr>
        <w:pStyle w:val="ListBullet"/>
        <w:spacing w:line="240" w:lineRule="auto"/>
        <w:ind w:left="720"/>
      </w:pPr>
      <w:r/>
      <w:r>
        <w:rPr>
          <w:b/>
        </w:rPr>
        <w:t>Mental wellbeing boost:</w:t>
      </w:r>
      <w:r>
        <w:t xml:space="preserve"> Many attendees report feeling empowered, relieved and more connected after Pride.</w:t>
      </w:r>
      <w:r/>
    </w:p>
    <w:p>
      <w:pPr>
        <w:pStyle w:val="ListBullet"/>
        <w:spacing w:line="240" w:lineRule="auto"/>
        <w:ind w:left="720"/>
      </w:pPr>
      <w:r/>
      <w:r>
        <w:rPr>
          <w:b/>
        </w:rPr>
        <w:t>Access matters:</w:t>
      </w:r>
      <w:r>
        <w:t xml:space="preserve"> Organisers aim to make events inclusive and safe; check schedules for family‑friendly or accessible options.</w:t>
      </w:r>
      <w:r/>
    </w:p>
    <w:p>
      <w:pPr>
        <w:pStyle w:val="ListBullet"/>
        <w:spacing w:line="240" w:lineRule="auto"/>
        <w:ind w:left="720"/>
      </w:pPr>
      <w:r/>
      <w:r>
        <w:rPr>
          <w:b/>
        </w:rPr>
        <w:t>Practical prep:</w:t>
      </w:r>
      <w:r>
        <w:t xml:space="preserve"> Bring water, layers, and a meeting spot; plan arrival and exit points in busy city centres.</w:t>
      </w:r>
      <w:r/>
      <w:r/>
    </w:p>
    <w:p>
      <w:pPr>
        <w:pStyle w:val="Heading2"/>
      </w:pPr>
      <w:r>
        <w:t>Why Pride week still matters: more than a parade</w:t>
      </w:r>
      <w:r/>
    </w:p>
    <w:p>
      <w:r/>
      <w:r>
        <w:t>Pride week is as much about presence as it is about party, and you can feel that in the energy of the crowd. According to organisers, weeks of events give space for both celebration and serious conversation, so people can choose how visible they want to be. Research from community studies suggests Pride events boost feelings of belonging and reduce isolation, especially for those who might only be out in a few circles. If you’re nervous about attending, start with a panel or a small meetup , the atmosphere is usually welcoming and full of support.</w:t>
      </w:r>
      <w:r/>
    </w:p>
    <w:p>
      <w:pPr>
        <w:pStyle w:val="Heading2"/>
      </w:pPr>
      <w:r>
        <w:t>Panels, protests and parties: the shape of modern Pride</w:t>
      </w:r>
      <w:r/>
    </w:p>
    <w:p>
      <w:r/>
      <w:r>
        <w:t>These days Pride looks like a festival schedule: workshops on health and rights, youth programming, cultural showcases and protests aimed at policy change. Event leads often balance fun with focus, because visibility on the street is one form of activism, while seminars and legal clinics shift the conversation behind the scenes. If you want both, check for hybrid events or later evening celebrations; you can learn in the afternoon and join the parade feeling informed and energised.</w:t>
      </w:r>
      <w:r/>
    </w:p>
    <w:p>
      <w:pPr>
        <w:pStyle w:val="Heading2"/>
      </w:pPr>
      <w:r>
        <w:t>Who shows up and why it matters to them</w:t>
      </w:r>
      <w:r/>
    </w:p>
    <w:p>
      <w:r/>
      <w:r>
        <w:t>For many people Pride is the one time they can walk the city openly and say, “Here I am.” For others it’s a family day out or a chance to connect with LGBTQ+ services. Studies and commentaries on Pride highlight the emotional lift attendees report , less anxiety, more pride in identity, and stronger social ties. That matters not only for individuals but for communities trying to build resilience in the face of prejudice. If you’re an ally, turning up and listening can be one of the most powerful gestures.</w:t>
      </w:r>
      <w:r/>
    </w:p>
    <w:p>
      <w:pPr>
        <w:pStyle w:val="Heading2"/>
      </w:pPr>
      <w:r>
        <w:t>Practical tips for a smoother Pride experience</w:t>
      </w:r>
      <w:r/>
    </w:p>
    <w:p>
      <w:r/>
      <w:r>
        <w:t>Come prepared: pack a small bag with water, sunscreen, comfortable shoes and a meeting spot in case mobile signals get patchy. Check accessibility information , many organisers post details for wheelchair access, quiet zones and sensory‑friendly timings. If you’re bringing children, look for family programmes or quieter parade sections. And if you’re documenting the day, respect people’s privacy; ask before you photograph individuals who may not want to be identified.</w:t>
      </w:r>
      <w:r/>
    </w:p>
    <w:p>
      <w:pPr>
        <w:pStyle w:val="Heading2"/>
      </w:pPr>
      <w:r>
        <w:t>The future of Pride: inclusive, intentional, and resilient</w:t>
      </w:r>
      <w:r/>
    </w:p>
    <w:p>
      <w:r/>
      <w:r>
        <w:t>Organisers and advocacy groups are thinking bigger than one day of visibility. They’re using Pride weeks to push for ongoing policy change, better health services and safer public spaces. Local groups often partner with national organisations to amplify messages about equality and rights. Expect Pride to keep evolving: more community hubs, collaboration with cultural institutions, and sustained campaigns beyond festival week. It’s a reminder that visibility is powerful, but so is the steady work that follows.</w:t>
      </w:r>
      <w:r/>
    </w:p>
    <w:p>
      <w:r/>
      <w:r>
        <w:t>It's a small change that can make every turnout feel a little safer and a little more hopeful.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1">
        <w:r>
          <w:rPr>
            <w:color w:val="0000EE"/>
            <w:u w:val="single"/>
          </w:rPr>
          <w:t>[3]</w:t>
        </w:r>
      </w:hyperlink>
      <w:r>
        <w:t xml:space="preserve">, </w:t>
      </w:r>
      <w:hyperlink r:id="rId14">
        <w:r>
          <w:rPr>
            <w:color w:val="0000EE"/>
            <w:u w:val="single"/>
          </w:rPr>
          <w:t>[6]</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4">
        <w:r>
          <w:rPr>
            <w:color w:val="0000EE"/>
            <w:u w:val="single"/>
          </w:rPr>
          <w:t>[6]</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https://www.fvn.no/magasin/i/j0rV0o/man-gaar-i-hvert-fall-ikke-alene</w:t>
        </w:r>
      </w:hyperlink>
      <w:r>
        <w:t xml:space="preserve"> - Please view link - unable to able to access data</w:t>
      </w:r>
      <w:r/>
    </w:p>
    <w:p>
      <w:pPr>
        <w:pStyle w:val="ListNumber"/>
        <w:spacing w:line="240" w:lineRule="auto"/>
        <w:ind w:left="720"/>
      </w:pPr>
      <w:r/>
      <w:hyperlink r:id="rId10">
        <w:r>
          <w:rPr>
            <w:color w:val="0000EE"/>
            <w:u w:val="single"/>
          </w:rPr>
          <w:t>https://www.pewresearch.org/short-reads/2013/06/28/how-important-are-pride-events-to-the-lgbt-community/</w:t>
        </w:r>
      </w:hyperlink>
      <w:r>
        <w:t xml:space="preserve"> - A 2013 Pew Research Center survey found that 72% of gay men, 61% of lesbians, and 33% of bisexuals had attended a Pride event. Among those who view their sexual orientation or gender identity as extremely or very important to their overall identity, 66% had attended a Pride event in the past year, compared to 45% of those who view it as less important. The survey also found that about three-quarters of LGBT adults believe Pride events help make society more accepting, with 28% saying they help 'a lot' and 48% saying they help 'a little'.</w:t>
      </w:r>
      <w:r/>
    </w:p>
    <w:p>
      <w:pPr>
        <w:pStyle w:val="ListNumber"/>
        <w:spacing w:line="240" w:lineRule="auto"/>
        <w:ind w:left="720"/>
      </w:pPr>
      <w:r/>
      <w:hyperlink r:id="rId11">
        <w:r>
          <w:rPr>
            <w:color w:val="0000EE"/>
            <w:u w:val="single"/>
          </w:rPr>
          <w:t>https://www.psychologytoday.com/gb/blog/talking-sex-and-relationships/202606/the-benefits-of-attending-pride-events-for-queer-people</w:t>
        </w:r>
      </w:hyperlink>
      <w:r>
        <w:t xml:space="preserve"> - Attending Pride events offers queer individuals a sense of community belonging, encourages authentic expression of sexual and gender identities without shame, and promotes mental health by fostering acceptance, validation, and empowerment. These events provide opportunities for joy and celebration, counteracting societal oppression and minority stress, and can be tailored to various preferences, including large parades, community gatherings, educational events, and family-friendly activities.</w:t>
      </w:r>
      <w:r/>
    </w:p>
    <w:p>
      <w:pPr>
        <w:pStyle w:val="ListNumber"/>
        <w:spacing w:line="240" w:lineRule="auto"/>
        <w:ind w:left="720"/>
      </w:pPr>
      <w:r/>
      <w:hyperlink r:id="rId12">
        <w:r>
          <w:rPr>
            <w:color w:val="0000EE"/>
            <w:u w:val="single"/>
          </w:rPr>
          <w:t>https://www.lgbtgreat.com/blog/importance-of-pride</w:t>
        </w:r>
      </w:hyperlink>
      <w:r>
        <w:t xml:space="preserve"> - Pride serves as a multifaceted celebration encompassing protest, celebration, and remembrance. It began as a form of advocacy and has evolved into a global event that acknowledges progress, confronts ongoing challenges, and honours the pioneers of LGBT+ equality. Pride is a moment to come together, reflect on battles to be faced, and catalyse conversations about intersectionality, acceptance, and tolerance.</w:t>
      </w:r>
      <w:r/>
    </w:p>
    <w:p>
      <w:pPr>
        <w:pStyle w:val="ListNumber"/>
        <w:spacing w:line="240" w:lineRule="auto"/>
        <w:ind w:left="720"/>
      </w:pPr>
      <w:r/>
      <w:hyperlink r:id="rId15">
        <w:r>
          <w:rPr>
            <w:color w:val="0000EE"/>
            <w:u w:val="single"/>
          </w:rPr>
          <w:t>https://www.nycpride.org/about-pride/our-mission</w:t>
        </w:r>
      </w:hyperlink>
      <w:r>
        <w:t xml:space="preserve"> - Heritage of Pride, a nonprofit organisation, plans and produces New York City’s official LGBTQIA+ Pride events. Their mission is to work towards a future without discrimination, where all people have equal rights under the law, by producing events that inspire, educate, commemorate, and celebrate the diverse community. The movement began with the Stonewall Uprising of 1969, leading to the first NYC Pride March in 1970, and has continued annually since.</w:t>
      </w:r>
      <w:r/>
    </w:p>
    <w:p>
      <w:pPr>
        <w:pStyle w:val="ListNumber"/>
        <w:spacing w:line="240" w:lineRule="auto"/>
        <w:ind w:left="720"/>
      </w:pPr>
      <w:r/>
      <w:hyperlink r:id="rId14">
        <w:r>
          <w:rPr>
            <w:color w:val="0000EE"/>
            <w:u w:val="single"/>
          </w:rPr>
          <w:t>https://www.hrc.org/news/pride-is-for-everyone-who-believes-in-equality</w:t>
        </w:r>
      </w:hyperlink>
      <w:r>
        <w:t xml:space="preserve"> - Pride is a celebration for everyone who believes in equality, not just LGBTQ individuals. Allies play a crucial role in Pride events, demonstrating support and solidarity. Attending Pride can strengthen allyship, build community spirit, and show strength in numbers, highlighting the widespread belief in LGBTQ rights and equality. Pride is also a fun and energising celebration of individuality and the movement.</w:t>
      </w:r>
      <w:r/>
    </w:p>
    <w:p>
      <w:pPr>
        <w:pStyle w:val="ListNumber"/>
        <w:spacing w:line="240" w:lineRule="auto"/>
        <w:ind w:left="720"/>
      </w:pPr>
      <w:r/>
      <w:hyperlink r:id="rId13">
        <w:r>
          <w:rPr>
            <w:color w:val="0000EE"/>
            <w:u w:val="single"/>
          </w:rPr>
          <w:t>https://seattlepride.org/seattlepride</w:t>
        </w:r>
      </w:hyperlink>
      <w:r>
        <w:t xml:space="preserve"> - Seattle Pride, a 501(c)(3) nonprofit foundation, produces and promotes Pride events to connect, strengthen, and advocate for Seattle’s LGBTQIA+ community. Their events, including the iconic Seattle Pride Parade and Seattle Pride in the Park, bring together thousands of people, creating vibrant spaces for visibility and joy. They also host year-round community mixers, drag brunches, ballroom events, and Pride Nights at various venues, extending their impact beyond June.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vn.no/magasin/i/j0rV0o/man-gaar-i-hvert-fall-ikke-alene" TargetMode="External"/><Relationship Id="rId10" Type="http://schemas.openxmlformats.org/officeDocument/2006/relationships/hyperlink" Target="https://www.pewresearch.org/short-reads/2013/06/28/how-important-are-pride-events-to-the-lgbt-community/" TargetMode="External"/><Relationship Id="rId11" Type="http://schemas.openxmlformats.org/officeDocument/2006/relationships/hyperlink" Target="https://www.psychologytoday.com/gb/blog/talking-sex-and-relationships/202606/the-benefits-of-attending-pride-events-for-queer-people" TargetMode="External"/><Relationship Id="rId12" Type="http://schemas.openxmlformats.org/officeDocument/2006/relationships/hyperlink" Target="https://www.lgbtgreat.com/blog/importance-of-pride" TargetMode="External"/><Relationship Id="rId13" Type="http://schemas.openxmlformats.org/officeDocument/2006/relationships/hyperlink" Target="https://seattlepride.org/seattlepride" TargetMode="External"/><Relationship Id="rId14" Type="http://schemas.openxmlformats.org/officeDocument/2006/relationships/hyperlink" Target="https://www.hrc.org/news/pride-is-for-everyone-who-believes-in-equality" TargetMode="External"/><Relationship Id="rId15" Type="http://schemas.openxmlformats.org/officeDocument/2006/relationships/hyperlink" Target="https://www.nycpride.org/about-pride/our-mi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