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Plans in La Plata: What to Expect at the 13th March del Orgullo bonaerense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allies are marking calendars as organisers unveil the 13th March del Orgullo TLGBINBQ+ for the province of Buenos Aires, a lively mix of protest, culture and community set for Saturday 5 September in Plaza Moreno, La Plata. Here’s what to know, why it matters and how to get involved.</w:t>
      </w:r>
      <w:r/>
    </w:p>
    <w:p>
      <w:r/>
      <w:r>
        <w:t>Essential Takeaways</w:t>
      </w:r>
      <w:r/>
      <w:r/>
    </w:p>
    <w:p>
      <w:pPr>
        <w:pStyle w:val="ListBullet"/>
        <w:spacing w:line="240" w:lineRule="auto"/>
        <w:ind w:left="720"/>
      </w:pPr>
      <w:r/>
      <w:r>
        <w:rPr>
          <w:b/>
        </w:rPr>
        <w:t>When and where:</w:t>
      </w:r>
      <w:r>
        <w:t xml:space="preserve"> The 13th provincial Pride march is set for Saturday 5 September at Plaza Moreno (13 and 51), La Plata.</w:t>
      </w:r>
      <w:r/>
    </w:p>
    <w:p>
      <w:pPr>
        <w:pStyle w:val="ListBullet"/>
        <w:spacing w:line="240" w:lineRule="auto"/>
        <w:ind w:left="720"/>
      </w:pPr>
      <w:r/>
      <w:r>
        <w:rPr>
          <w:b/>
        </w:rPr>
        <w:t>Press presentation:</w:t>
      </w:r>
      <w:r>
        <w:t xml:space="preserve"> Organisers will present the programme and political positions at UNLP’s Sergio Karakachoff building on 26 August, noon–13:30.</w:t>
      </w:r>
      <w:r/>
    </w:p>
    <w:p>
      <w:pPr>
        <w:pStyle w:val="ListBullet"/>
        <w:spacing w:line="240" w:lineRule="auto"/>
        <w:ind w:left="720"/>
      </w:pPr>
      <w:r/>
      <w:r>
        <w:rPr>
          <w:b/>
        </w:rPr>
        <w:t>Main theme:</w:t>
      </w:r>
      <w:r>
        <w:t xml:space="preserve"> This year’s slogan is “Against proscription, hate and fascism: more pride, memory and popular sovereignty.”</w:t>
      </w:r>
      <w:r/>
    </w:p>
    <w:p>
      <w:pPr>
        <w:pStyle w:val="ListBullet"/>
        <w:spacing w:line="240" w:lineRule="auto"/>
        <w:ind w:left="720"/>
      </w:pPr>
      <w:r/>
      <w:r>
        <w:rPr>
          <w:b/>
        </w:rPr>
        <w:t>What to expect:</w:t>
      </w:r>
      <w:r>
        <w:t xml:space="preserve"> A mix of speeches, cultural and artistic acts, and a clear agenda of demands for TLGBINBQ+ rights across the province.</w:t>
      </w:r>
      <w:r/>
    </w:p>
    <w:p>
      <w:pPr>
        <w:pStyle w:val="ListBullet"/>
        <w:spacing w:line="240" w:lineRule="auto"/>
        <w:ind w:left="720"/>
      </w:pPr>
      <w:r/>
      <w:r>
        <w:rPr>
          <w:b/>
        </w:rPr>
        <w:t>Atmosphere:</w:t>
      </w:r>
      <w:r>
        <w:t xml:space="preserve"> Organisers promise a public, visible gathering that blends celebration with firm political claims , expect emotional speeches, colourful displays, and communal solidarity.</w:t>
      </w:r>
      <w:r/>
      <w:r/>
    </w:p>
    <w:p>
      <w:pPr>
        <w:pStyle w:val="Heading2"/>
      </w:pPr>
      <w:r>
        <w:t>A firm date and a public unveiling: what the announcement looks like</w:t>
      </w:r>
      <w:r/>
    </w:p>
    <w:p>
      <w:r/>
      <w:r>
        <w:t>Organisers confirmed the official date and will lay out the full itinerary at a press briefing on Wednesday 26 August in aula 205 of the Sergio Karakachoff building at the Universidad Nacional de La Plata. The practical detail , a clear time and room , suggests this year’s planning wants to be both transparent and accessible, with a calm, organised vibe ahead of a much larger street event. For locals, it’s a chance to hear priorities straight from the movement’s spokespeople and to ask practical questions about participation.</w:t>
      </w:r>
      <w:r/>
    </w:p>
    <w:p>
      <w:pPr>
        <w:pStyle w:val="Heading2"/>
      </w:pPr>
      <w:r>
        <w:t>A slogan with bite: what “Against proscription, hate and fascism” signals</w:t>
      </w:r>
      <w:r/>
    </w:p>
    <w:p>
      <w:r/>
      <w:r>
        <w:t>The march’s chosen slogan frames this edition as explicitly political. It pushes beyond celebration into mobilisation, linking LGBTQ+ rights with wider democratic and social struggles. That tone mirrors regional trends where Pride events increasingly pair festival elements with firm policy demands. Expect speeches and banners that connect memory , of past struggles and losses , with current calls for protections and fair treatment across the province.</w:t>
      </w:r>
      <w:r/>
    </w:p>
    <w:p>
      <w:pPr>
        <w:pStyle w:val="Heading2"/>
      </w:pPr>
      <w:r>
        <w:t>Programme highlights: art, culture and claims</w:t>
      </w:r>
      <w:r/>
    </w:p>
    <w:p>
      <w:r/>
      <w:r>
        <w:t>Organisers say they’ll present a grid of artistic and cultural activities alongside the march’s political platform. In practice that means drag and musical performances, spoken word and community booths, combined with formal addresses from campaigners and advocates. If you’re going as a family or with friends, the mix makes the day lively and layered: one moment you’ll be dancing, the next you’ll be listening to testimony or policy asks. Bring earplugs if you’re sensitive to loud sound, but do bring water and sun protection , Plaza Moreno is open and exposed.</w:t>
      </w:r>
      <w:r/>
    </w:p>
    <w:p>
      <w:pPr>
        <w:pStyle w:val="Heading2"/>
      </w:pPr>
      <w:r>
        <w:t>How this fits into the wider movement and local politics</w:t>
      </w:r>
      <w:r/>
    </w:p>
    <w:p>
      <w:r/>
      <w:r>
        <w:t>Pride marches have grown into essential civic moments across Argentina, where public demonstrations often intersect with policy debates on anti-discrimination, gender identity laws and municipal protections. This provincial march in La Plata slots into that national rhythm: celebration tied to concrete demands. According to recent coverage of other marches, organisers often use these platforms to call for anti-discrimination measures and better public policies, so expect similar asks aimed at provincial authorities.</w:t>
      </w:r>
      <w:r/>
    </w:p>
    <w:p>
      <w:pPr>
        <w:pStyle w:val="Heading2"/>
      </w:pPr>
      <w:r>
        <w:t>Practical tips for participants and allies</w:t>
      </w:r>
      <w:r/>
    </w:p>
    <w:p>
      <w:r/>
      <w:r>
        <w:t>If you plan to attend, arrive early to find a good spot near the stage and to catch the opening addresses and performances. Wear comfortable shoes and layer clothing for variable weather. If you want to volunteer, check the organisers’ channels after the 26 August briefing for sign-ups and safety info. And remember: the event is both a celebration and a protest , treat it with the mix of joy and respect it deserves.</w:t>
      </w:r>
      <w:r/>
    </w:p>
    <w:p>
      <w:r/>
      <w:r>
        <w:t>It's a small but powerful stage to make public demands and share community joy , join if you can, and bring your voice.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4">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https://www.eldia.com/la-ciudad/marcha-del-orgullo-bonaerense-anuncian-fecha-y-actividades-de-la-13-edicion-en-la-plata-la-ciudad_1787611140</w:t>
        </w:r>
      </w:hyperlink>
      <w:r>
        <w:t xml:space="preserve"> - Please view link - unable to able to access data</w:t>
      </w:r>
      <w:r/>
    </w:p>
    <w:p>
      <w:pPr>
        <w:pStyle w:val="ListNumber"/>
        <w:spacing w:line="240" w:lineRule="auto"/>
        <w:ind w:left="720"/>
      </w:pPr>
      <w:r/>
      <w:hyperlink r:id="rId9">
        <w:r>
          <w:rPr>
            <w:color w:val="0000EE"/>
            <w:u w:val="single"/>
          </w:rPr>
          <w:t>https://www.eldia.com/la-ciudad/marcha-del-orgullo-bonaerense-anuncian-fecha-y-actividades-de-la-13-edicion-en-la-plata-la-ciudad_1787611140</w:t>
        </w:r>
      </w:hyperlink>
      <w:r>
        <w:t xml:space="preserve"> - The article announces the 13th edition of the Marcha del Orgullo TLGBINBQ+ in La Plata, scheduled for Saturday, 5 September, at Plaza Moreno. A press conference will be held on Wednesday, 26 August, at the Universidad Nacional de La Plata to present the event's schedule and key political and social positions. The theme for this year is 'Against proscription, hate, and fascism: more pride, memory, and popular sovereignty.' Organisers aim to highlight the community's priorities in the province.</w:t>
      </w:r>
      <w:r/>
    </w:p>
    <w:p>
      <w:pPr>
        <w:pStyle w:val="ListNumber"/>
        <w:spacing w:line="240" w:lineRule="auto"/>
        <w:ind w:left="720"/>
      </w:pPr>
      <w:r/>
      <w:hyperlink r:id="rId13">
        <w:r>
          <w:rPr>
            <w:color w:val="0000EE"/>
            <w:u w:val="single"/>
          </w:rPr>
          <w:t>https://buenosaires.gob.ar/gcaba_historico/noticias/marcha-del-orgullo-lgtbiq-cortes-el-sabado-2-de-noviembre-de-2024</w:t>
        </w:r>
      </w:hyperlink>
      <w:r>
        <w:t xml:space="preserve"> - The Buenos Aires City Government announces the 33rd Marcha del Orgullo LGTBIQ+ on Saturday, 2 November 2024, from Plaza de Mayo to the National Congress. Traffic disruptions will begin on Friday, 1 November, at 20:00 and continue until Sunday, 3 November, at 06:00. Specific road closures and partial restrictions are detailed, including Avenida Entre Ríos, Avenida Rivadavia, and Avenida Hipólito Yrigoyen.</w:t>
      </w:r>
      <w:r/>
    </w:p>
    <w:p>
      <w:pPr>
        <w:pStyle w:val="ListNumber"/>
        <w:spacing w:line="240" w:lineRule="auto"/>
        <w:ind w:left="720"/>
      </w:pPr>
      <w:r/>
      <w:hyperlink r:id="rId10">
        <w:r>
          <w:rPr>
            <w:color w:val="0000EE"/>
            <w:u w:val="single"/>
          </w:rPr>
          <w:t>https://commons.wikimedia.org/wiki/File%3AMarcha_del_Orgullo_Buenos_Aires_2024.jpg</w:t>
        </w:r>
      </w:hyperlink>
      <w:r>
        <w:t xml:space="preserve"> - A high-resolution image capturing the 33rd Marcha del Orgullo LGTBIQ+ in Buenos Aires, held on 2 November 2024. The photo showcases the vibrant atmosphere of the event, featuring participants, banners, and the city's iconic architecture. The image is available under the Creative Commons Attribution 4.0 International license, allowing for sharing and adaptation with appropriate credit.</w:t>
      </w:r>
      <w:r/>
    </w:p>
    <w:p>
      <w:pPr>
        <w:pStyle w:val="ListNumber"/>
        <w:spacing w:line="240" w:lineRule="auto"/>
        <w:ind w:left="720"/>
      </w:pPr>
      <w:r/>
      <w:hyperlink r:id="rId12">
        <w:r>
          <w:rPr>
            <w:color w:val="0000EE"/>
            <w:u w:val="single"/>
          </w:rPr>
          <w:t>https://www.lanacion.com.ar/sociedad/marcha-del-orgullo-reclaman-politicas-publicas-sobre-genero-y-una-ley-antidiscriminacion-nid02112024/</w:t>
        </w:r>
      </w:hyperlink>
      <w:r>
        <w:t xml:space="preserve"> - The 33rd Marcha del Orgullo LGTBIQ+ in Buenos Aires took place on 2 November 2024, starting at Plaza de Mayo and concluding at the National Congress. Organised by the Comisión Organizadora de la Marcha del Orgullo (COMO), the event was supported by local and international organisations but did not receive funding from the national government. Participants advocated for gender policies and an anti-discrimination law.</w:t>
      </w:r>
      <w:r/>
    </w:p>
    <w:p>
      <w:pPr>
        <w:pStyle w:val="ListNumber"/>
        <w:spacing w:line="240" w:lineRule="auto"/>
        <w:ind w:left="720"/>
      </w:pPr>
      <w:r/>
      <w:hyperlink r:id="rId11">
        <w:r>
          <w:rPr>
            <w:color w:val="0000EE"/>
            <w:u w:val="single"/>
          </w:rPr>
          <w:t>https://www.elpaisdiario.com.ar/temas/marcha-del-orgullo-lgbtiq/</w:t>
        </w:r>
      </w:hyperlink>
      <w:r>
        <w:t xml:space="preserve"> - The 33rd Marcha del Orgullo LGTBIQ+ in Buenos Aires, held on 2 November 2024, featured performances, a float parade, and protests against fiscal adjustment measures by President Javier Milei, perceived as discriminatory. The march began at 16:00 from Plaza de Mayo to the Congress, with slogans such as 'No freedom without rights or public policies' and 'No freedom with adjustment and repression.'</w:t>
      </w:r>
      <w:r/>
    </w:p>
    <w:p>
      <w:pPr>
        <w:pStyle w:val="ListNumber"/>
        <w:spacing w:line="240" w:lineRule="auto"/>
        <w:ind w:left="720"/>
      </w:pPr>
      <w:r/>
      <w:hyperlink r:id="rId14">
        <w:r>
          <w:rPr>
            <w:color w:val="0000EE"/>
            <w:u w:val="single"/>
          </w:rPr>
          <w:t>https://agenciapresentes.org/2024/11/03/marcha-del-orgullo-lgbt-celebro-con-fiesta-y-reclamos-contra-violencias-y-politicas-de-ajuste/</w:t>
        </w:r>
      </w:hyperlink>
      <w:r>
        <w:t xml:space="preserve"> - The 33rd Marcha del Orgullo LGTBIQ+ in Buenos Aires, held on 2 November 2024, was a massive event with music, art, and political demands. Participants marched from Plaza de Mayo to the National Congress, advocating for the rights of the LGTBIQ+ community and protesting against violence and adjustment policies. The event was notable for its size and the diversity of activities throughout the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ldia.com/la-ciudad/marcha-del-orgullo-bonaerense-anuncian-fecha-y-actividades-de-la-13-edicion-en-la-plata-la-ciudad_1787611140" TargetMode="External"/><Relationship Id="rId10" Type="http://schemas.openxmlformats.org/officeDocument/2006/relationships/hyperlink" Target="https://commons.wikimedia.org/wiki/File%3AMarcha_del_Orgullo_Buenos_Aires_2024.jpg" TargetMode="External"/><Relationship Id="rId11" Type="http://schemas.openxmlformats.org/officeDocument/2006/relationships/hyperlink" Target="https://www.elpaisdiario.com.ar/temas/marcha-del-orgullo-lgbtiq/" TargetMode="External"/><Relationship Id="rId12" Type="http://schemas.openxmlformats.org/officeDocument/2006/relationships/hyperlink" Target="https://www.lanacion.com.ar/sociedad/marcha-del-orgullo-reclaman-politicas-publicas-sobre-genero-y-una-ley-antidiscriminacion-nid02112024/" TargetMode="External"/><Relationship Id="rId13" Type="http://schemas.openxmlformats.org/officeDocument/2006/relationships/hyperlink" Target="https://buenosaires.gob.ar/gcaba_historico/noticias/marcha-del-orgullo-lgtbiq-cortes-el-sabado-2-de-noviembre-de-2024" TargetMode="External"/><Relationship Id="rId14" Type="http://schemas.openxmlformats.org/officeDocument/2006/relationships/hyperlink" Target="https://agenciapresentes.org/2024/11/03/marcha-del-orgullo-lgbt-celebro-con-fiesta-y-reclamos-contra-violencias-y-politicas-de-ajus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