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Festival in Montgomery County: The Woodlands Pride 2026 Celebrates 10 Years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families are already circling the date , The Woodlands Pride returns on Saturday, October 31, bringing a free, all-ages festival to Town Green Park with live music, local vendors, food trucks and a playful Halloween twist that invites the whole community to celebrate and connect.</w:t>
      </w:r>
      <w:r/>
    </w:p>
    <w:p>
      <w:r/>
      <w:r>
        <w:t>Essential Takeaways</w:t>
      </w:r>
      <w:r/>
      <w:r/>
    </w:p>
    <w:p>
      <w:pPr>
        <w:pStyle w:val="ListBullet"/>
        <w:spacing w:line="240" w:lineRule="auto"/>
        <w:ind w:left="720"/>
      </w:pPr>
      <w:r/>
      <w:r>
        <w:rPr>
          <w:b/>
        </w:rPr>
        <w:t>When and where:</w:t>
      </w:r>
      <w:r>
        <w:t xml:space="preserve"> The Woodlands Pride Festival is set for Saturday, October 31, 2026, from 10am–4pm at Town Green Park; costumes are encouraged.</w:t>
      </w:r>
      <w:r/>
    </w:p>
    <w:p>
      <w:pPr>
        <w:pStyle w:val="ListBullet"/>
        <w:spacing w:line="240" w:lineRule="auto"/>
        <w:ind w:left="720"/>
      </w:pPr>
      <w:r/>
      <w:r>
        <w:rPr>
          <w:b/>
        </w:rPr>
        <w:t>Free and family-friendly:</w:t>
      </w:r>
      <w:r>
        <w:t xml:space="preserve"> Admission, entertainment, vendor market and activities are all free, with programming aimed at all ages.</w:t>
      </w:r>
      <w:r/>
    </w:p>
    <w:p>
      <w:pPr>
        <w:pStyle w:val="ListBullet"/>
        <w:spacing w:line="240" w:lineRule="auto"/>
        <w:ind w:left="720"/>
      </w:pPr>
      <w:r/>
      <w:r>
        <w:rPr>
          <w:b/>
        </w:rPr>
        <w:t>Growing draw:</w:t>
      </w:r>
      <w:r>
        <w:t xml:space="preserve"> After the 2024 event drew over 9,000 people and 125 exhibitors, organisers expect the 10th anniversary to be the biggest yet.</w:t>
      </w:r>
      <w:r/>
    </w:p>
    <w:p>
      <w:pPr>
        <w:pStyle w:val="ListBullet"/>
        <w:spacing w:line="240" w:lineRule="auto"/>
        <w:ind w:left="720"/>
      </w:pPr>
      <w:r/>
      <w:r>
        <w:rPr>
          <w:b/>
        </w:rPr>
        <w:t>Year-round impact:</w:t>
      </w:r>
      <w:r>
        <w:t xml:space="preserve"> The Woodlands Pride runs community initiatives like a free LGBTQ+ library, youth programming and advocacy work across Montgomery County.</w:t>
      </w:r>
      <w:r/>
    </w:p>
    <w:p>
      <w:pPr>
        <w:pStyle w:val="ListBullet"/>
        <w:spacing w:line="240" w:lineRule="auto"/>
        <w:ind w:left="720"/>
      </w:pPr>
      <w:r/>
      <w:r>
        <w:rPr>
          <w:b/>
        </w:rPr>
        <w:t>Get involved:</w:t>
      </w:r>
      <w:r>
        <w:t xml:space="preserve"> Local businesses, organisations and volunteers can apply to exhibit, sponsor or help via thewoodlandspride.org/festival.</w:t>
      </w:r>
      <w:r/>
      <w:r/>
    </w:p>
    <w:p>
      <w:pPr>
        <w:pStyle w:val="Heading2"/>
      </w:pPr>
      <w:r>
        <w:t>A decade of celebration , and it’s getting bigger</w:t>
      </w:r>
      <w:r/>
    </w:p>
    <w:p>
      <w:r/>
      <w:r>
        <w:t>The Woodlands Pride began in 2018 and has steadily grown into one of Texas’s most popular free Pride events, with the 2024 festival drawing thousands and a lively mix of exhibitors. The feel is upbeat and communal, with the sort of sensory detail that sticks , colourful banners, upbeat live music and the smell of tacos and kettle corn from food trucks. Organisers say the 10th anniversary will lean into that momentum, promising more vendors and programming to match the larger crowds.</w:t>
      </w:r>
      <w:r/>
    </w:p>
    <w:p>
      <w:pPr>
        <w:pStyle w:val="Heading2"/>
      </w:pPr>
      <w:r>
        <w:t>Why a Halloween date works , costumes, community and curiosity</w:t>
      </w:r>
      <w:r/>
    </w:p>
    <w:p>
      <w:r/>
      <w:r>
        <w:t>Putting the festival on Halloween is a clever move: it invites a playful costume culture while keeping the focus on inclusion. Alex Morrison of The Woodlands Pride frames it as about "showing up as your full self" and the holiday energy helps draw families and neighbours who might otherwise skip a daytime Pride event. For parents and caregivers, that mix of thrills and accessibility makes it an easy, low-pressure day out.</w:t>
      </w:r>
      <w:r/>
    </w:p>
    <w:p>
      <w:pPr>
        <w:pStyle w:val="Heading2"/>
      </w:pPr>
      <w:r>
        <w:t>Beyond one day , library, youth programmes and legal advocacy</w:t>
      </w:r>
      <w:r/>
    </w:p>
    <w:p>
      <w:r/>
      <w:r>
        <w:t>The Woodlands Pride isn’t just an annual bash. They run a year-round Community Library with LGBTQ+ books in partnership with Village Books, and TROT, a youth-focused dinner and programming series. The group has also taken part in legal advocacy, including a prominent 2023 challenge related to Senate Bill 12. So when you attend the festival you’re supporting ongoing services as well as a single celebration.</w:t>
      </w:r>
      <w:r/>
    </w:p>
    <w:p>
      <w:pPr>
        <w:pStyle w:val="Heading2"/>
      </w:pPr>
      <w:r>
        <w:t>What to expect on the day , entertainment, market stalls and family fun</w:t>
      </w:r>
      <w:r/>
    </w:p>
    <w:p>
      <w:r/>
      <w:r>
        <w:t>Expect a main stage full of live acts, a market of local vendors and community groups, and plenty of family-friendly activities. The festival keeps things free to ensure access, and sponsors and volunteers fill the gaps that ticket revenue would normally cover. If you’re thinking of going, arrive early for the best parking and vendor browsing, bring a reusable water bottle and plan for shade , Town Green Park can get warm in October sun.</w:t>
      </w:r>
      <w:r/>
    </w:p>
    <w:p>
      <w:pPr>
        <w:pStyle w:val="Heading2"/>
      </w:pPr>
      <w:r>
        <w:t>How to take part , exhibit, sponsor or volunteer</w:t>
      </w:r>
      <w:r/>
    </w:p>
    <w:p>
      <w:r/>
      <w:r>
        <w:t>Local businesses and community organisations keen to join can find details and applications on the festival website. Volunteering is the lifeblood of this 100% volunteer-run charity, so there are roles for people who want to steward gates, assist vendors or help with setup. Sponsorship keeps the event free, so companies looking for local visibility will find a ready audience on the day.</w:t>
      </w:r>
      <w:r/>
    </w:p>
    <w:p>
      <w:r/>
      <w:r>
        <w:t>It's a small change that can make every celebration feel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[4]</w:t>
        </w:r>
      </w:hyperlink>
      <w:r>
        <w:t xml:space="preserve">- Paragraph 6: </w:t>
      </w:r>
      <w:hyperlink r:id="rId11">
        <w:r>
          <w:rPr>
            <w:color w:val="0000EE"/>
            <w:u w:val="single"/>
          </w:rPr>
          <w:t>[3]</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https://www.woodlandsonline.com/npps/story.cfm?nppage=84623</w:t>
        </w:r>
      </w:hyperlink>
      <w:r>
        <w:t xml:space="preserve"> - Please view link - unable to able to access data</w:t>
      </w:r>
      <w:r/>
    </w:p>
    <w:p>
      <w:pPr>
        <w:pStyle w:val="ListNumber"/>
        <w:spacing w:line="240" w:lineRule="auto"/>
        <w:ind w:left="720"/>
      </w:pPr>
      <w:r/>
      <w:hyperlink r:id="rId10">
        <w:r>
          <w:rPr>
            <w:color w:val="0000EE"/>
            <w:u w:val="single"/>
          </w:rPr>
          <w:t>https://www.thewoodlandspride.org/</w:t>
        </w:r>
      </w:hyperlink>
      <w:r>
        <w:t xml:space="preserve"> - The Woodlands Pride is a volunteer-run 501(c)(3) nonprofit organisation dedicated to celebrating and supporting the LGBTQ+ community in The Woodlands, Texas. Since its inception in 2018, the organisation has been hosting annual Pride Festivals, offering free admission, live entertainment, local vendors, and family-friendly activities. Their mission extends beyond the festival, encompassing year-round initiatives such as the TWP Community Library, TROT (There's Room at Our Table) youth programming, and advocacy efforts across Montgomery County. The 2026 Pride Festival is scheduled for Saturday, October 31, from 10 a.m. to 4 p.m. at Town Green Park in The Woodlands. (</w:t>
      </w:r>
      <w:hyperlink r:id="rId12">
        <w:r>
          <w:rPr>
            <w:color w:val="0000EE"/>
            <w:u w:val="single"/>
          </w:rPr>
          <w:t>thewoodlandspride.org</w:t>
        </w:r>
      </w:hyperlink>
      <w:r>
        <w:t>)</w:t>
      </w:r>
      <w:r/>
    </w:p>
    <w:p>
      <w:pPr>
        <w:pStyle w:val="ListNumber"/>
        <w:spacing w:line="240" w:lineRule="auto"/>
        <w:ind w:left="720"/>
      </w:pPr>
      <w:r/>
      <w:hyperlink r:id="rId11">
        <w:r>
          <w:rPr>
            <w:color w:val="0000EE"/>
            <w:u w:val="single"/>
          </w:rPr>
          <w:t>https://www.thewoodlandspride.org/festival</w:t>
        </w:r>
      </w:hyperlink>
      <w:r>
        <w:t xml:space="preserve"> - The Woodlands Pride Festival is an annual event that brings together thousands of community members to celebrate the LGBTQ+ community. The 2026 festival is set for Saturday, October 31, from 10 a.m. to 4 p.m. at Town Green Park in The Woodlands, Texas. The free, all-ages event features live entertainment, local vendors, food trucks, and family-friendly activities. Attendees are encouraged to wear costumes, adding a Halloween twist to the celebration. The festival has grown significantly since its launch in 2018, becoming one of Texas's largest free Pride events. (</w:t>
      </w:r>
      <w:hyperlink r:id="rId12">
        <w:r>
          <w:rPr>
            <w:color w:val="0000EE"/>
            <w:u w:val="single"/>
          </w:rPr>
          <w:t>thewoodlandspride.org</w:t>
        </w:r>
      </w:hyperlink>
      <w:r>
        <w:t>)</w:t>
      </w:r>
      <w:r/>
    </w:p>
    <w:p>
      <w:pPr>
        <w:pStyle w:val="ListNumber"/>
        <w:spacing w:line="240" w:lineRule="auto"/>
        <w:ind w:left="720"/>
      </w:pPr>
      <w:r/>
      <w:hyperlink r:id="rId11">
        <w:r>
          <w:rPr>
            <w:color w:val="0000EE"/>
            <w:u w:val="single"/>
          </w:rPr>
          <w:t>https://www.thewoodlandspride.org/festival</w:t>
        </w:r>
      </w:hyperlink>
      <w:r>
        <w:t xml:space="preserve"> - The Woodlands Pride Festival is an annual event that brings together thousands of community members to celebrate the LGBTQ+ community. The 2026 festival is set for Saturday, October 31, from 10 a.m. to 4 p.m. at Town Green Park in The Woodlands, Texas. The free, all-ages event features live entertainment, local vendors, food trucks, and family-friendly activities. Attendees are encouraged to wear costumes, adding a Halloween twist to the celebration. The festival has grown significantly since its launch in 2018, becoming one of Texas's largest free Pride events. (</w:t>
      </w:r>
      <w:hyperlink r:id="rId12">
        <w:r>
          <w:rPr>
            <w:color w:val="0000EE"/>
            <w:u w:val="single"/>
          </w:rPr>
          <w:t>thewoodlandspride.org</w:t>
        </w:r>
      </w:hyperlink>
      <w:r>
        <w:t>)</w:t>
      </w:r>
      <w:r/>
    </w:p>
    <w:p>
      <w:pPr>
        <w:pStyle w:val="ListNumber"/>
        <w:spacing w:line="240" w:lineRule="auto"/>
        <w:ind w:left="720"/>
      </w:pPr>
      <w:r/>
      <w:hyperlink r:id="rId11">
        <w:r>
          <w:rPr>
            <w:color w:val="0000EE"/>
            <w:u w:val="single"/>
          </w:rPr>
          <w:t>https://www.thewoodlandspride.org/festival</w:t>
        </w:r>
      </w:hyperlink>
      <w:r>
        <w:t xml:space="preserve"> - The Woodlands Pride Festival is an annual event that brings together thousands of community members to celebrate the LGBTQ+ community. The 2026 festival is set for Saturday, October 31, from 10 a.m. to 4 p.m. at Town Green Park in The Woodlands, Texas. The free, all-ages event features live entertainment, local vendors, food trucks, and family-friendly activities. Attendees are encouraged to wear costumes, adding a Halloween twist to the celebration. The festival has grown significantly since its launch in 2018, becoming one of Texas's largest free Pride events. (</w:t>
      </w:r>
      <w:hyperlink r:id="rId12">
        <w:r>
          <w:rPr>
            <w:color w:val="0000EE"/>
            <w:u w:val="single"/>
          </w:rPr>
          <w:t>thewoodlandspride.org</w:t>
        </w:r>
      </w:hyperlink>
      <w:r>
        <w:t>)</w:t>
      </w:r>
      <w:r/>
    </w:p>
    <w:p>
      <w:pPr>
        <w:pStyle w:val="ListNumber"/>
        <w:spacing w:line="240" w:lineRule="auto"/>
        <w:ind w:left="720"/>
      </w:pPr>
      <w:r/>
      <w:hyperlink r:id="rId11">
        <w:r>
          <w:rPr>
            <w:color w:val="0000EE"/>
            <w:u w:val="single"/>
          </w:rPr>
          <w:t>https://www.thewoodlandspride.org/festival</w:t>
        </w:r>
      </w:hyperlink>
      <w:r>
        <w:t xml:space="preserve"> - The Woodlands Pride Festival is an annual event that brings together thousands of community members to celebrate the LGBTQ+ community. The 2026 festival is set for Saturday, October 31, from 10 a.m. to 4 p.m. at Town Green Park in The Woodlands, Texas. The free, all-ages event features live entertainment, local vendors, food trucks, and family-friendly activities. Attendees are encouraged to wear costumes, adding a Halloween twist to the celebration. The festival has grown significantly since its launch in 2018, becoming one of Texas's largest free Pride events. (</w:t>
      </w:r>
      <w:hyperlink r:id="rId12">
        <w:r>
          <w:rPr>
            <w:color w:val="0000EE"/>
            <w:u w:val="single"/>
          </w:rPr>
          <w:t>thewoodlandspride.org</w:t>
        </w:r>
      </w:hyperlink>
      <w:r>
        <w:t>)</w:t>
      </w:r>
      <w:r/>
    </w:p>
    <w:p>
      <w:pPr>
        <w:pStyle w:val="ListNumber"/>
        <w:spacing w:line="240" w:lineRule="auto"/>
        <w:ind w:left="720"/>
      </w:pPr>
      <w:r/>
      <w:hyperlink r:id="rId11">
        <w:r>
          <w:rPr>
            <w:color w:val="0000EE"/>
            <w:u w:val="single"/>
          </w:rPr>
          <w:t>https://www.thewoodlandspride.org/festival</w:t>
        </w:r>
      </w:hyperlink>
      <w:r>
        <w:t xml:space="preserve"> - The Woodlands Pride Festival is an annual event that brings together thousands of community members to celebrate the LGBTQ+ community. The 2026 festival is set for Saturday, October 31, from 10 a.m. to 4 p.m. at Town Green Park in The Woodlands, Texas. The free, all-ages event features live entertainment, local vendors, food trucks, and family-friendly activities. Attendees are encouraged to wear costumes, adding a Halloween twist to the celebration. The festival has grown significantly since its launch in 2018, becoming one of Texas's largest free Pride events. (</w:t>
      </w:r>
      <w:hyperlink r:id="rId12">
        <w:r>
          <w:rPr>
            <w:color w:val="0000EE"/>
            <w:u w:val="single"/>
          </w:rPr>
          <w:t>thewoodlandspride.org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oodlandsonline.com/npps/story.cfm?nppage=84623" TargetMode="External"/><Relationship Id="rId10" Type="http://schemas.openxmlformats.org/officeDocument/2006/relationships/hyperlink" Target="https://www.thewoodlandspride.org/" TargetMode="External"/><Relationship Id="rId11" Type="http://schemas.openxmlformats.org/officeDocument/2006/relationships/hyperlink" Target="https://www.thewoodlandspride.org/festival" TargetMode="External"/><Relationship Id="rId12" Type="http://schemas.openxmlformats.org/officeDocument/2006/relationships/hyperlink" Target="https://www.thewoodlandspride.org/?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