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Trans and Queer Books to Watch This Fall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richly varied queer and trans stories this fall, with fiction, memoir and graphic novels arriving from bold new voices and established names; readers in the UK and beyond will find fresh perspectives, haunting horror and tender romances that matter for visibility, craft and pure reading pleasure.</w:t>
      </w:r>
      <w:r/>
    </w:p>
    <w:p>
      <w:r/>
      <w:r>
        <w:t>Essential Takeaways</w:t>
      </w:r>
      <w:r/>
      <w:r/>
    </w:p>
    <w:p>
      <w:pPr>
        <w:pStyle w:val="ListBullet"/>
        <w:spacing w:line="240" w:lineRule="auto"/>
        <w:ind w:left="720"/>
      </w:pPr>
      <w:r/>
      <w:r>
        <w:rPr>
          <w:b/>
        </w:rPr>
        <w:t>Wide range:</w:t>
      </w:r>
      <w:r>
        <w:t xml:space="preserve"> Releases span queer fiction, trans nonfiction, YA horror, graphic novels and memoir , something for every reader.</w:t>
      </w:r>
      <w:r/>
    </w:p>
    <w:p>
      <w:pPr>
        <w:pStyle w:val="ListBullet"/>
        <w:spacing w:line="240" w:lineRule="auto"/>
        <w:ind w:left="720"/>
      </w:pPr>
      <w:r/>
      <w:r>
        <w:rPr>
          <w:b/>
        </w:rPr>
        <w:t>Standout voices:</w:t>
      </w:r>
      <w:r>
        <w:t xml:space="preserve"> Kim de l’Horizon’s Sea, Mothers, Swallow, Tongues arrives in translation with lyrical intensity; Noor Al-Ahmad and Omar Musa add layered queer narratives.</w:t>
      </w:r>
      <w:r/>
    </w:p>
    <w:p>
      <w:pPr>
        <w:pStyle w:val="ListBullet"/>
        <w:spacing w:line="240" w:lineRule="auto"/>
        <w:ind w:left="720"/>
      </w:pPr>
      <w:r/>
      <w:r>
        <w:rPr>
          <w:b/>
        </w:rPr>
        <w:t>Genre play:</w:t>
      </w:r>
      <w:r>
        <w:t xml:space="preserve"> Expect speculative and paranormal romance, forensic memoir, and sapphic and trans-centred horror that feel cinematic and intimate.</w:t>
      </w:r>
      <w:r/>
    </w:p>
    <w:p>
      <w:pPr>
        <w:pStyle w:val="ListBullet"/>
        <w:spacing w:line="240" w:lineRule="auto"/>
        <w:ind w:left="720"/>
      </w:pPr>
      <w:r/>
      <w:r>
        <w:rPr>
          <w:b/>
        </w:rPr>
        <w:t>Practical pick:</w:t>
      </w:r>
      <w:r>
        <w:t xml:space="preserve"> Graphic novels and YA titles offer accessible entry points for younger readers or those new to trans narratives, while essays and nonfiction provide deeper context.</w:t>
      </w:r>
      <w:r/>
    </w:p>
    <w:p>
      <w:pPr>
        <w:pStyle w:val="ListBullet"/>
        <w:spacing w:line="240" w:lineRule="auto"/>
        <w:ind w:left="720"/>
      </w:pPr>
      <w:r/>
      <w:r>
        <w:rPr>
          <w:b/>
        </w:rPr>
        <w:t>Sensory cues:</w:t>
      </w:r>
      <w:r>
        <w:t xml:space="preserve"> Many titles promise atmospheric prose , salty, spare, uncanny , alongside everyday textures like coffee, family rituals and sporting life.</w:t>
      </w:r>
      <w:r/>
      <w:r/>
    </w:p>
    <w:p>
      <w:pPr>
        <w:pStyle w:val="Heading2"/>
      </w:pPr>
      <w:r>
        <w:t>Why this fall feels like a turning point for trans and queer publishing</w:t>
      </w:r>
      <w:r/>
    </w:p>
    <w:p>
      <w:r/>
      <w:r>
        <w:t>Publishers are leaning in on diversity not as a checkbox but as a storytelling opportunity, and the fall list shows it. You’ve got lyrical literary work next to punchy genre fiction, so there’s a pleasing variety in tone , some books smell faintly of sea spray and old houses, others buzz with the neon of a death game or the sticky warmth of small-town romance. For readers, that means more chances to find a book that fits mood and appetite.</w:t>
      </w:r>
      <w:r/>
    </w:p>
    <w:p>
      <w:r/>
      <w:r>
        <w:t>Industry attention to translation and international queer voices is notable. Kim de l’Horizon’s Sea, Mothers, Swallow, Tongues arrives in English this season, and its lyrical, boundary-pushing voice offers a window into nonbinary experience translated with care. That trend matters because it expands what “trans literature” can be beyond Anglo-American memoir frameworks.</w:t>
      </w:r>
      <w:r/>
    </w:p>
    <w:p>
      <w:pPr>
        <w:pStyle w:val="Heading2"/>
      </w:pPr>
      <w:r>
        <w:t>Highlights: literary and lyrical choices to savour</w:t>
      </w:r>
      <w:r/>
    </w:p>
    <w:p>
      <w:r/>
      <w:r>
        <w:t>If you want poetry and measured intensity, Noor Al-Ahmad’s The Last Prophet of Palestine and Kim de l’Horizon’s translated novel are where to begin. These titles lean into language and memory, offering slow-burn emotional payoffs and lines you’ll underline. According to reviews and previews, de l’Horizon’s book is both stark and lush , at times braided with mythic imagery , which will suit readers who like prose that feels tactile and resonant.</w:t>
      </w:r>
      <w:r/>
    </w:p>
    <w:p>
      <w:r/>
      <w:r>
        <w:t>Pick these up when you want something to read by the bedside rather than binge in a single sitting. They reward patience and re-reading, and they’re likely to surface on end-of-year lists thanks to their formal ambition.</w:t>
      </w:r>
      <w:r/>
    </w:p>
    <w:p>
      <w:pPr>
        <w:pStyle w:val="Heading2"/>
      </w:pPr>
      <w:r>
        <w:t>For genre fans: horror, paranormal and speculative romance that bite</w:t>
      </w:r>
      <w:r/>
    </w:p>
    <w:p>
      <w:r/>
      <w:r>
        <w:t>There’s a healthy crop of queer genre fiction here. The Burn Line brings sapphic trans woman horror that leans into dread and domestic unease, while If We Survive the Night and The Harrow Home for Wayward Girls slot into YA horror with strong emotional cores. Paranormal and speculative romance titles , Comeback After Fate and Love Me Like a Rock Song , promise escapism with heart, mixing supernatural stakes with queer desire.</w:t>
      </w:r>
      <w:r/>
    </w:p>
    <w:p>
      <w:r/>
      <w:r>
        <w:t>If you’re a reader who devours by trope, these books deliver: death games, haunted houses, unlikely teams and rebound romances that are both fun and thoughtful. They also signal that queer narratives are thriving in popular, plot-driven forms, not just literary spaces.</w:t>
      </w:r>
      <w:r/>
    </w:p>
    <w:p>
      <w:pPr>
        <w:pStyle w:val="Heading2"/>
      </w:pPr>
      <w:r>
        <w:t>Romance, comics and manga: lighter reads that pack warmth</w:t>
      </w:r>
      <w:r/>
    </w:p>
    <w:p>
      <w:r/>
      <w:r>
        <w:t>The list includes an inviting batch of F/F and M/M romances , I Kissed Her First and The Marriage Rebound , plus manga and graphic novels such as The Arrival of Spring and Love and Books, Iced Coffee &amp; a Side of Dragons. Graphic formats do a lot of heavy lifting for accessibility: they’re visually engaging, quick to read and often carry joyful, cosy energy.</w:t>
      </w:r>
      <w:r/>
    </w:p>
    <w:p>
      <w:r/>
      <w:r>
        <w:t>If you’re choosing between formats, consider graphic novels for commuting or short attention spans, and pick the romances when you want comfort with emotional stakes. They’re easy to gift, too, and perfect for readers who want feel-good queer representation without sacrificing nuance.</w:t>
      </w:r>
      <w:r/>
    </w:p>
    <w:p>
      <w:pPr>
        <w:pStyle w:val="Heading2"/>
      </w:pPr>
      <w:r>
        <w:t>Nonfiction, essays and memoir: learning alongside entertainment</w:t>
      </w:r>
      <w:r/>
    </w:p>
    <w:p>
      <w:r/>
      <w:r>
        <w:t>For readers who want context and lived experience, this season brings compelling nonfiction. Gender Rituals offers practical, reflective guidance on embodiment and ritual from a trans perspective, while Someday We Won’t Remember This and Touch Me, I’m Sick are memoir and essay collections that promise candour and forensic detail. These books are good for readers seeking both testimony and tools , whether you’re supporting a friend, learning about gender, or deepening your own practice.</w:t>
      </w:r>
      <w:r/>
    </w:p>
    <w:p>
      <w:r/>
      <w:r>
        <w:t>They also work well as companions to the fiction on the list: read a memoir to ground the imaginative work, or pick a lyrical novel to soften an essay’s clinical edge.</w:t>
      </w:r>
      <w:r/>
    </w:p>
    <w:p>
      <w:pPr>
        <w:pStyle w:val="Heading2"/>
      </w:pPr>
      <w:r>
        <w:t>How to choose what to buy or borrow first</w:t>
      </w:r>
      <w:r/>
    </w:p>
    <w:p>
      <w:r/>
      <w:r>
        <w:t>Think about mood, format and the reader’s stage. If you want language that lingers, start with Kim de l’Horizon or Noor Al-Ahmad. If you crave plot and late-night page-turning, pick a horror or paranormal romance. For gifting or younger readers, choose YA horror or the graphic novels. And if you’re looking to understand trans lives in a practical way, the nonfiction titles are thoughtful primers.</w:t>
      </w:r>
      <w:r/>
    </w:p>
    <w:p>
      <w:r/>
      <w:r>
        <w:t>Local indie bookshops often stock diverse lists early, so check their recommendations for signed copies or readings. Libraries are a great way to sample different formats before committing to a purchase.</w:t>
      </w:r>
      <w:r/>
    </w:p>
    <w:p>
      <w:r/>
      <w:r>
        <w:t>It's a small change that can make every reading list richer and more reflective.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4">
        <w:r>
          <w:rPr>
            <w:color w:val="0000EE"/>
            <w:u w:val="single"/>
          </w:rPr>
          <w:t>[4]</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https://bookriot.com/new-trans-books-fall-2026/</w:t>
        </w:r>
      </w:hyperlink>
      <w:r>
        <w:t xml:space="preserve"> - Please view link - unable to able to access data</w:t>
      </w:r>
      <w:r/>
    </w:p>
    <w:p>
      <w:pPr>
        <w:pStyle w:val="ListNumber"/>
        <w:spacing w:line="240" w:lineRule="auto"/>
        <w:ind w:left="720"/>
      </w:pPr>
      <w:r/>
      <w:hyperlink r:id="rId10">
        <w:r>
          <w:rPr>
            <w:color w:val="0000EE"/>
            <w:u w:val="single"/>
          </w:rPr>
          <w:t>https://www.kirkusreviews.com/book-reviews/kim-de-lhorizon/sea-mothers-swallow-tongues/</w:t>
        </w:r>
      </w:hyperlink>
      <w:r>
        <w:t xml:space="preserve"> - Kirkus Reviews provides an in-depth analysis of 'Sea, Mothers, Swallow, Tongues' by Kim de l'Horizon, highlighting its exploration of language, family, and identity. The review praises the novel's inventive narrative style and its ability to delve into complex themes, offering a unique reading experience that challenges traditional storytelling conventions.</w:t>
      </w:r>
      <w:r/>
    </w:p>
    <w:p>
      <w:pPr>
        <w:pStyle w:val="ListNumber"/>
        <w:spacing w:line="240" w:lineRule="auto"/>
        <w:ind w:left="720"/>
      </w:pPr>
      <w:r/>
      <w:hyperlink r:id="rId12">
        <w:r>
          <w:rPr>
            <w:color w:val="0000EE"/>
            <w:u w:val="single"/>
          </w:rPr>
          <w:t>https://www.bookbrowse.com/bb_briefs/detail/index.cfm/ezine_preview_number/21167/sea-mothers-swallow-tongues</w:t>
        </w:r>
      </w:hyperlink>
      <w:r>
        <w:t xml:space="preserve"> - BookBrowse offers a comprehensive summary and review of 'Sea, Mothers, Swallow, Tongues' by Kim de l'Horizon. The article discusses the novel's focus on family dynamics, class, and the search for self-identity. It also highlights the book's critical acclaim, noting its receipt of prestigious literary awards and its impact on contemporary literature.</w:t>
      </w:r>
      <w:r/>
    </w:p>
    <w:p>
      <w:pPr>
        <w:pStyle w:val="ListNumber"/>
        <w:spacing w:line="240" w:lineRule="auto"/>
        <w:ind w:left="720"/>
      </w:pPr>
      <w:r/>
      <w:hyperlink r:id="rId14">
        <w:r>
          <w:rPr>
            <w:color w:val="0000EE"/>
            <w:u w:val="single"/>
          </w:rPr>
          <w:t>https://www.goodreads.com/book/show/221503147-sea-mothers-swallow-tongues</w:t>
        </w:r>
      </w:hyperlink>
      <w:r>
        <w:t xml:space="preserve"> - Goodreads features a page dedicated to 'Sea, Mothers, Swallow, Tongues' by Kim de l'Horizon, including user ratings and reviews. The novel is described as a boundary-breaking debut that explores themes of family, class, history, and self-identity. Readers commend its emotional depth and innovative narrative approach.</w:t>
      </w:r>
      <w:r/>
    </w:p>
    <w:p>
      <w:pPr>
        <w:pStyle w:val="ListNumber"/>
        <w:spacing w:line="240" w:lineRule="auto"/>
        <w:ind w:left="720"/>
      </w:pPr>
      <w:r/>
      <w:hyperlink r:id="rId15">
        <w:r>
          <w:rPr>
            <w:color w:val="0000EE"/>
            <w:u w:val="single"/>
          </w:rPr>
          <w:t>https://www.hugendubel.info/fachbuecher/kunst/architektur/detail/ISBN-9780374612375/de-lHorizon-Kim/Sea-Mothers-Swallow-Tongues</w:t>
        </w:r>
      </w:hyperlink>
      <w:r>
        <w:t xml:space="preserve"> - Hugendubel provides detailed information about 'Sea, Mothers, Swallow, Tongues' by Kim de l'Horizon, including publication details and a brief description. The novel is presented as a profound exploration of language, family, and personal identity, emphasizing its critical acclaim and literary significance.</w:t>
      </w:r>
      <w:r/>
    </w:p>
    <w:p>
      <w:pPr>
        <w:pStyle w:val="ListNumber"/>
        <w:spacing w:line="240" w:lineRule="auto"/>
        <w:ind w:left="720"/>
      </w:pPr>
      <w:r/>
      <w:hyperlink r:id="rId11">
        <w:r>
          <w:rPr>
            <w:color w:val="0000EE"/>
            <w:u w:val="single"/>
          </w:rPr>
          <w:t>https://lithub.com/sea-mothers-swallow-tongues/</w:t>
        </w:r>
      </w:hyperlink>
      <w:r>
        <w:t xml:space="preserve"> - Literary Hub features an excerpt from 'Sea, Mothers, Swallow, Tongues' by Kim de l'Horizon, offering readers a glimpse into the novel's narrative style and thematic focus. The excerpt showcases the author's unique voice and the book's exploration of complex family relationships and personal identity.</w:t>
      </w:r>
      <w:r/>
    </w:p>
    <w:p>
      <w:pPr>
        <w:pStyle w:val="ListNumber"/>
        <w:spacing w:line="240" w:lineRule="auto"/>
        <w:ind w:left="720"/>
      </w:pPr>
      <w:r/>
      <w:hyperlink r:id="rId13">
        <w:r>
          <w:rPr>
            <w:color w:val="0000EE"/>
            <w:u w:val="single"/>
          </w:rPr>
          <w:t>https://books.google.com/books/about/Sea_Mothers_Swallow_Tongues.html?id=fjYwEQAAQBAJ</w:t>
        </w:r>
      </w:hyperlink>
      <w:r>
        <w:t xml:space="preserve"> - Google Books provides a preview of 'Sea, Mothers, Swallow, Tongues' by Kim de l'Horizon, including publication details and a brief overview. The novel is described as a prize-winning debut that delves into themes of family, class, history, and the concept of self, offering a fresh perspective on contemporary literature.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okriot.com/new-trans-books-fall-2026/" TargetMode="External"/><Relationship Id="rId10" Type="http://schemas.openxmlformats.org/officeDocument/2006/relationships/hyperlink" Target="https://www.kirkusreviews.com/book-reviews/kim-de-lhorizon/sea-mothers-swallow-tongues/" TargetMode="External"/><Relationship Id="rId11" Type="http://schemas.openxmlformats.org/officeDocument/2006/relationships/hyperlink" Target="https://lithub.com/sea-mothers-swallow-tongues/" TargetMode="External"/><Relationship Id="rId12" Type="http://schemas.openxmlformats.org/officeDocument/2006/relationships/hyperlink" Target="https://www.bookbrowse.com/bb_briefs/detail/index.cfm/ezine_preview_number/21167/sea-mothers-swallow-tongues" TargetMode="External"/><Relationship Id="rId13" Type="http://schemas.openxmlformats.org/officeDocument/2006/relationships/hyperlink" Target="https://books.google.com/books/about/Sea_Mothers_Swallow_Tongues.html?id=fjYwEQAAQBAJ" TargetMode="External"/><Relationship Id="rId14" Type="http://schemas.openxmlformats.org/officeDocument/2006/relationships/hyperlink" Target="https://www.goodreads.com/book/show/221503147-sea-mothers-swallow-tongues" TargetMode="External"/><Relationship Id="rId15" Type="http://schemas.openxmlformats.org/officeDocument/2006/relationships/hyperlink" Target="https://www.hugendubel.info/fachbuecher/kunst/architektur/detail/ISBN-9780374612375/de-lHorizon-Kim/Sea-Mothers-Swallow-Tongu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