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Sapphic Books This Week: Celebrity Romance, Forced Proximity and More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devouring this week’s fresh sapphic releases, with lesbian fiction spanning celebrity romance, forced proximity, no-strings-attached and genres from thriller to fantasy; here’s what readers are buzzing about, where to find audio versions, and tips for picking your next women-loving-women read.</w:t>
      </w:r>
      <w:r/>
    </w:p>
    <w:p>
      <w:r/>
      <w:r>
        <w:t>Essential Takeaways</w:t>
      </w:r>
      <w:r/>
      <w:r/>
    </w:p>
    <w:p>
      <w:pPr>
        <w:pStyle w:val="ListBullet"/>
        <w:spacing w:line="240" w:lineRule="auto"/>
        <w:ind w:left="720"/>
      </w:pPr>
      <w:r/>
      <w:r>
        <w:rPr>
          <w:b/>
        </w:rPr>
        <w:t>Wide variety:</w:t>
      </w:r>
      <w:r>
        <w:t xml:space="preserve"> New releases span celebrity romance, forced proximity, erotica, fantasy, thriller, and dystopia , something for every mood.</w:t>
      </w:r>
      <w:r/>
    </w:p>
    <w:p>
      <w:pPr>
        <w:pStyle w:val="ListBullet"/>
        <w:spacing w:line="240" w:lineRule="auto"/>
        <w:ind w:left="720"/>
      </w:pPr>
      <w:r/>
      <w:r>
        <w:rPr>
          <w:b/>
        </w:rPr>
        <w:t>Popular tropes:</w:t>
      </w:r>
      <w:r>
        <w:t xml:space="preserve"> Celebrity romances and forced proximity stories dominate, offering high-stakes chemistry and cosy tension.</w:t>
      </w:r>
      <w:r/>
    </w:p>
    <w:p>
      <w:pPr>
        <w:pStyle w:val="ListBullet"/>
        <w:spacing w:line="240" w:lineRule="auto"/>
        <w:ind w:left="720"/>
      </w:pPr>
      <w:r/>
      <w:r>
        <w:rPr>
          <w:b/>
        </w:rPr>
        <w:t>Audiobook options:</w:t>
      </w:r>
      <w:r>
        <w:t xml:space="preserve"> Several titles are available as lesfic audiobooks, handy for commutes and multitasking listeners.</w:t>
      </w:r>
      <w:r/>
    </w:p>
    <w:p>
      <w:pPr>
        <w:pStyle w:val="ListBullet"/>
        <w:spacing w:line="240" w:lineRule="auto"/>
        <w:ind w:left="720"/>
      </w:pPr>
      <w:r/>
      <w:r>
        <w:rPr>
          <w:b/>
        </w:rPr>
        <w:t>Author discovery:</w:t>
      </w:r>
      <w:r>
        <w:t xml:space="preserve"> Weekly features and games like “Guess the Author” help readers connect with creators and spot upcoming favourites.</w:t>
      </w:r>
      <w:r/>
    </w:p>
    <w:p>
      <w:pPr>
        <w:pStyle w:val="ListBullet"/>
        <w:spacing w:line="240" w:lineRule="auto"/>
        <w:ind w:left="720"/>
      </w:pPr>
      <w:r/>
      <w:r>
        <w:rPr>
          <w:b/>
        </w:rPr>
        <w:t>Submission-friendly:</w:t>
      </w:r>
      <w:r>
        <w:t xml:space="preserve"> Indie authors and publishers can submit new sapphic titles for the newsletter to reach a targeted audience.</w:t>
      </w:r>
      <w:r/>
      <w:r/>
    </w:p>
    <w:p>
      <w:pPr>
        <w:pStyle w:val="Heading2"/>
      </w:pPr>
      <w:r>
        <w:t>Why celebrity sapphic romance still feels so fun</w:t>
      </w:r>
      <w:r/>
    </w:p>
    <w:p>
      <w:r/>
      <w:r>
        <w:t>Celebrity romances give you the delicious, slightly surreal contrast of glamour and intimacy, and this week’s slate leans into that fantasy. There’s a glossy, escapist energy , think red carpets, press tours and the very public/private tension that sparks drama. According to listings and fan chatter, readers especially enjoy the way celebrity settings amplify stakes and misunderstandings, so if you love big gestures and makeover beats, start here. Practical tip: choose a title with an audiobook option if you want the full performative sparkle, especially for scenes where tone and timing matter.</w:t>
      </w:r>
      <w:r/>
    </w:p>
    <w:p>
      <w:pPr>
        <w:pStyle w:val="Heading2"/>
      </w:pPr>
      <w:r>
        <w:t>Forced proximity: why the trope keeps evolving</w:t>
      </w:r>
      <w:r/>
    </w:p>
    <w:p>
      <w:r/>
      <w:r>
        <w:t>Forced proximity shows up across the releases this week, from slow-burn office romances to stranded-together adventures. The appeal is simple , proximity forces character work and quick, believable intimacy, and contemporary writers are finding fresh ways to twist it. Sites that catalogue trope-heavy romances highlight variations like workplace, rivals-turned-lovers and accidental roommates, so you can pick the scenario that suits your taste. If you’re worried about pacing, look for reader reviews that mention “slow burn” or “instant chemistry” to match your preferred tempo.</w:t>
      </w:r>
      <w:r/>
    </w:p>
    <w:p>
      <w:pPr>
        <w:pStyle w:val="Heading2"/>
      </w:pPr>
      <w:r>
        <w:t>No-strings-attached and erotica: when casual becomes complicated</w:t>
      </w:r>
      <w:r/>
    </w:p>
    <w:p>
      <w:r/>
      <w:r>
        <w:t>No-strings-attached relationships make for great sapphic erotica and contemporary romance because they let authors explore boundaries, consent and emotional fallout without a forced fairy-tale wrap-up. This week’s offerings include steamy reads and more introspective takes that probe why casual can turn complicated. A practical read tip: check content warnings and maturity ratings if you prefer softer scenes or want to avoid explicit material. If you’re into audio, erotica performances can add a different layer, so sample a clip first.</w:t>
      </w:r>
      <w:r/>
    </w:p>
    <w:p>
      <w:pPr>
        <w:pStyle w:val="Heading2"/>
      </w:pPr>
      <w:r>
        <w:t>Beyond romance: fantasy, thriller and dystopian sapphic fiction</w:t>
      </w:r>
      <w:r/>
    </w:p>
    <w:p>
      <w:r/>
      <w:r>
        <w:t>Not every new release is about dating. There are fantasy epics, apocalyptic thrillers and mysteries that centre women-loving-women protagonists, broadening representation across genres. These books often use queer relationships as a character-strengthening device rather than a plot endpoint, which feels refreshingly modern. For genre readers, look for blurbs mentioning world-building, stakes and how central the sapphic romance is , whether it’s subplot or the heart of the narrative. If you prefer plot-forward tales, seek out reviews that praise pacing and suspense.</w:t>
      </w:r>
      <w:r/>
    </w:p>
    <w:p>
      <w:pPr>
        <w:pStyle w:val="Heading2"/>
      </w:pPr>
      <w:r>
        <w:t>How to choose the right new sapphic book for you</w:t>
      </w:r>
      <w:r/>
    </w:p>
    <w:p>
      <w:r/>
      <w:r>
        <w:t>Start by deciding your mood: do you want heat, heart, or a high-stakes plot? Use trope tags, celebrity, forced proximity, no-strings-attached, to narrow choices quickly. Check for audio availability if you listen on the go, and read a couple of reader reviews to gauge tone and pacing. If you’re curious about an author, play this newsletter’s “Guess the Author” game or follow the weekly clues; it’s an enjoyable way to discover voices shaped by different life experiences. And finally, support indie authors by submitting tips or sharing favourites , these communities thrive on word-of-mouth.</w:t>
      </w:r>
      <w:r/>
    </w:p>
    <w:p>
      <w:r/>
      <w:r>
        <w:t>It's a small change that can make your next reading pick hit just right.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5">
        <w:r>
          <w:rPr>
            <w:color w:val="0000EE"/>
            <w:u w:val="single"/>
          </w:rPr>
          <w:t>[3]</w:t>
        </w:r>
      </w:hyperlink>
      <w:r>
        <w:t xml:space="preserve">, </w:t>
      </w:r>
      <w:hyperlink r:id="rId11">
        <w:r>
          <w:rPr>
            <w:color w:val="0000EE"/>
            <w:u w:val="single"/>
          </w:rPr>
          <w:t>[4]</w:t>
        </w:r>
      </w:hyperlink>
      <w:r>
        <w:t xml:space="preserve">- Paragraph 5: </w:t>
      </w:r>
      <w:hyperlink r:id="rId9">
        <w:r>
          <w:rPr>
            <w:color w:val="0000EE"/>
            <w:u w:val="single"/>
          </w:rPr>
          <w:t>[1]</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https://iheartsapphfic.com/2026/08/25/august-25-edition-celebrity-romance-forced-proximity-no-strings-attached-and-more/</w:t>
        </w:r>
      </w:hyperlink>
      <w:r>
        <w:t xml:space="preserve"> - Please view link - unable to able to access data</w:t>
      </w:r>
      <w:r/>
    </w:p>
    <w:p>
      <w:pPr>
        <w:pStyle w:val="ListNumber"/>
        <w:spacing w:line="240" w:lineRule="auto"/>
        <w:ind w:left="720"/>
      </w:pPr>
      <w:r/>
      <w:hyperlink r:id="rId10">
        <w:r>
          <w:rPr>
            <w:color w:val="0000EE"/>
            <w:u w:val="single"/>
          </w:rPr>
          <w:t>https://www.goodreads.com/book/show/243964910-stuck-with-a-rockstar</w:t>
        </w:r>
      </w:hyperlink>
      <w:r>
        <w:t xml:space="preserve"> - 'Stuck with a Rockstar' by Mila Malone is a sapphic romance novel featuring Sandy Gauntlet, a musician who, after a public breakup, is tasked with recording a holiday album at a remote cottage. Her producer, Erica Thomas, is the neighbor she once collided with, leading to unexpected chemistry as they are snowed in together. The story explores themes of opposites attract, forced proximity, and a commitment-phobe meeting a control freak. Published in January 2026, it has received positive reviews for its engaging plot and character development. (</w:t>
      </w:r>
      <w:hyperlink r:id="rId16">
        <w:r>
          <w:rPr>
            <w:color w:val="0000EE"/>
            <w:u w:val="single"/>
          </w:rPr>
          <w:t>goodreads.com</w:t>
        </w:r>
      </w:hyperlink>
      <w:r>
        <w:t>)</w:t>
      </w:r>
      <w:r/>
    </w:p>
    <w:p>
      <w:pPr>
        <w:pStyle w:val="ListNumber"/>
        <w:spacing w:line="240" w:lineRule="auto"/>
        <w:ind w:left="720"/>
      </w:pPr>
      <w:r/>
      <w:hyperlink r:id="rId15">
        <w:r>
          <w:rPr>
            <w:color w:val="0000EE"/>
            <w:u w:val="single"/>
          </w:rPr>
          <w:t>https://iheartsapphfic.com/bookinfo/the-last-to-leave/</w:t>
        </w:r>
      </w:hyperlink>
      <w:r>
        <w:t xml:space="preserve"> - 'The Last to Leave' by Erica Lee is a contemporary sapphic romance that follows Courtney Fields and Nicole Dawson, former high school rivals who reunite on a trip to Cabo with their friends. Their initial animosity leads to unexpected sexual chemistry, resulting in a no-strings-attached arrangement. The novel delves into themes of enemies to lovers, forced proximity, and friends to lovers, set against a humorous and steamy backdrop. Available through Kindle Unlimited and as an audiobook narrated by Sara Lobdell. (</w:t>
      </w:r>
      <w:hyperlink r:id="rId17">
        <w:r>
          <w:rPr>
            <w:color w:val="0000EE"/>
            <w:u w:val="single"/>
          </w:rPr>
          <w:t>iheartsapphfic.com</w:t>
        </w:r>
      </w:hyperlink>
      <w:r>
        <w:t>)</w:t>
      </w:r>
      <w:r/>
    </w:p>
    <w:p>
      <w:pPr>
        <w:pStyle w:val="ListNumber"/>
        <w:spacing w:line="240" w:lineRule="auto"/>
        <w:ind w:left="720"/>
      </w:pPr>
      <w:r/>
      <w:hyperlink r:id="rId11">
        <w:r>
          <w:rPr>
            <w:color w:val="0000EE"/>
            <w:u w:val="single"/>
          </w:rPr>
          <w:t>https://lesbianromancereads.com/forced-proximity-sapphic-romance/</w:t>
        </w:r>
      </w:hyperlink>
      <w:r>
        <w:t xml:space="preserve"> - This article discusses the 'forced proximity' trope in sapphic romance novels, where two characters are compelled to spend time together, often leading to romantic tension. It highlights how scenarios like being snowed in or sharing a confined space can intensify the relationship dynamics. The piece emphasizes the appeal of this trope in creating compelling narratives that explore the complexities of attraction and intimacy. (</w:t>
      </w:r>
      <w:hyperlink r:id="rId18">
        <w:r>
          <w:rPr>
            <w:color w:val="0000EE"/>
            <w:u w:val="single"/>
          </w:rPr>
          <w:t>lesbianromancereads.com</w:t>
        </w:r>
      </w:hyperlink>
      <w:r>
        <w:t>)</w:t>
      </w:r>
      <w:r/>
    </w:p>
    <w:p>
      <w:pPr>
        <w:pStyle w:val="ListNumber"/>
        <w:spacing w:line="240" w:lineRule="auto"/>
        <w:ind w:left="720"/>
      </w:pPr>
      <w:r/>
      <w:hyperlink r:id="rId14">
        <w:r>
          <w:rPr>
            <w:color w:val="0000EE"/>
            <w:u w:val="single"/>
          </w:rPr>
          <w:t>https://books.google.com/books/about/Mile_High_Mistress.html?id=X1nOEQAAQBAJ</w:t>
        </w:r>
      </w:hyperlink>
      <w:r>
        <w:t xml:space="preserve"> - 'Mile High Mistress' by Aurora North is a steamy sapphic romance featuring Vivian Lane, a management consultant, and Remy Santos, a flight attendant. Their initial antagonism transforms into a passionate, secret encounter during a flight, leading to a complex relationship as they navigate professional boundaries and personal desires. The novel explores themes of forced proximity, workplace romance, and the challenges of maintaining a relationship under scrutiny. Published in April 2026, it offers a high-heat narrative intended for mature audiences. (</w:t>
      </w:r>
      <w:hyperlink r:id="rId19">
        <w:r>
          <w:rPr>
            <w:color w:val="0000EE"/>
            <w:u w:val="single"/>
          </w:rPr>
          <w:t>books.google.com</w:t>
        </w:r>
      </w:hyperlink>
      <w:r>
        <w:t>)</w:t>
      </w:r>
      <w:r/>
    </w:p>
    <w:p>
      <w:pPr>
        <w:pStyle w:val="ListNumber"/>
        <w:spacing w:line="240" w:lineRule="auto"/>
        <w:ind w:left="720"/>
      </w:pPr>
      <w:r/>
      <w:hyperlink r:id="rId12">
        <w:r>
          <w:rPr>
            <w:color w:val="0000EE"/>
            <w:u w:val="single"/>
          </w:rPr>
          <w:t>https://www.nospicebooks.com/browse/forced-proximity</w:t>
        </w:r>
      </w:hyperlink>
      <w:r>
        <w:t xml:space="preserve"> - This collection features clean 'forced proximity' romance novels, where characters are placed in situations that compel them to spend time together, such as being snowed in or sharing a confined space. The selection focuses on slow-burn narratives with no explicit content, appealing to readers who enjoy building tension and developing relationships in constrained settings. The curated list includes various titles that exemplify the forced proximity trope without explicit scenes. (</w:t>
      </w:r>
      <w:hyperlink r:id="rId20">
        <w:r>
          <w:rPr>
            <w:color w:val="0000EE"/>
            <w:u w:val="single"/>
          </w:rPr>
          <w:t>nospicebooks.com</w:t>
        </w:r>
      </w:hyperlink>
      <w:r>
        <w:t>)</w:t>
      </w:r>
      <w:r/>
    </w:p>
    <w:p>
      <w:pPr>
        <w:pStyle w:val="ListNumber"/>
        <w:spacing w:line="240" w:lineRule="auto"/>
        <w:ind w:left="720"/>
      </w:pPr>
      <w:r/>
      <w:hyperlink r:id="rId13">
        <w:r>
          <w:rPr>
            <w:color w:val="0000EE"/>
            <w:u w:val="single"/>
          </w:rPr>
          <w:t>https://fractalenigma.com/forced-proximity/</w:t>
        </w:r>
      </w:hyperlink>
      <w:r>
        <w:t xml:space="preserve"> - Fractal Enigma offers a collection of 58 romance novels centred around the 'forced proximity' trope, where characters are compelled to spend time together, often leading to romantic developments. The collection includes various sub-genres and settings, showcasing the versatility of this trope in creating engaging and dynamic relationships. Titles like 'Penalty Box Privileges' and 'Star Pupil, Dirty Mouth' are part of this curated selection. (</w:t>
      </w:r>
      <w:hyperlink r:id="rId21">
        <w:r>
          <w:rPr>
            <w:color w:val="0000EE"/>
            <w:u w:val="single"/>
          </w:rPr>
          <w:t>fractalenigma.com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heartsapphfic.com/2026/08/25/august-25-edition-celebrity-romance-forced-proximity-no-strings-attached-and-more/" TargetMode="External"/><Relationship Id="rId10" Type="http://schemas.openxmlformats.org/officeDocument/2006/relationships/hyperlink" Target="https://www.goodreads.com/book/show/243964910-stuck-with-a-rockstar" TargetMode="External"/><Relationship Id="rId11" Type="http://schemas.openxmlformats.org/officeDocument/2006/relationships/hyperlink" Target="https://lesbianromancereads.com/forced-proximity-sapphic-romance/" TargetMode="External"/><Relationship Id="rId12" Type="http://schemas.openxmlformats.org/officeDocument/2006/relationships/hyperlink" Target="https://www.nospicebooks.com/browse/forced-proximity" TargetMode="External"/><Relationship Id="rId13" Type="http://schemas.openxmlformats.org/officeDocument/2006/relationships/hyperlink" Target="https://fractalenigma.com/forced-proximity/" TargetMode="External"/><Relationship Id="rId14" Type="http://schemas.openxmlformats.org/officeDocument/2006/relationships/hyperlink" Target="https://books.google.com/books/about/Mile_High_Mistress.html?id=X1nOEQAAQBAJ" TargetMode="External"/><Relationship Id="rId15" Type="http://schemas.openxmlformats.org/officeDocument/2006/relationships/hyperlink" Target="https://iheartsapphfic.com/bookinfo/the-last-to-leave/" TargetMode="External"/><Relationship Id="rId16" Type="http://schemas.openxmlformats.org/officeDocument/2006/relationships/hyperlink" Target="https://www.goodreads.com/book/show/243964910-stuck-with-a-rockstar?utm_source=openai" TargetMode="External"/><Relationship Id="rId17" Type="http://schemas.openxmlformats.org/officeDocument/2006/relationships/hyperlink" Target="https://iheartsapphfic.com/bookinfo/the-last-to-leave/?utm_source=openai" TargetMode="External"/><Relationship Id="rId18" Type="http://schemas.openxmlformats.org/officeDocument/2006/relationships/hyperlink" Target="https://lesbianromancereads.com/forced-proximity-sapphic-romance/?utm_source=openai" TargetMode="External"/><Relationship Id="rId19" Type="http://schemas.openxmlformats.org/officeDocument/2006/relationships/hyperlink" Target="https://books.google.com/books/about/Mile_High_Mistress.html?id=X1nOEQAAQBAJ&amp;utm_source=openai" TargetMode="External"/><Relationship Id="rId20" Type="http://schemas.openxmlformats.org/officeDocument/2006/relationships/hyperlink" Target="https://www.nospicebooks.com/browse/forced-proximity?utm_source=openai" TargetMode="External"/><Relationship Id="rId21" Type="http://schemas.openxmlformats.org/officeDocument/2006/relationships/hyperlink" Target="https://fractalenigma.com/forced-proximit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