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Podcast for Queer History Fans: Time Travelling Queers Review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Discover a lively new way to learn queer history , drag king Don One's Time Travelling Queers brings historians and LGBTQIA+ icons together in a witty, warm audio-visual series that makes forgotten figures feel vivid and possible. It's trending among queer audiences and worth a listen this week.</w:t>
      </w:r>
      <w:r/>
    </w:p>
    <w:p>
      <w:r/>
      <w:r>
        <w:t>Essential Takeaways</w:t>
      </w:r>
      <w:r/>
      <w:r/>
    </w:p>
    <w:p>
      <w:pPr>
        <w:pStyle w:val="ListBullet"/>
        <w:spacing w:line="240" w:lineRule="auto"/>
        <w:ind w:left="720"/>
      </w:pPr>
      <w:r/>
      <w:r>
        <w:rPr>
          <w:b/>
        </w:rPr>
        <w:t>Host-led format:</w:t>
      </w:r>
      <w:r>
        <w:t xml:space="preserve"> Don One anchors each episode from a cheeky, time-travelling taxi cab, giving the show a theatrical, approachable tone.</w:t>
      </w:r>
      <w:r/>
    </w:p>
    <w:p>
      <w:pPr>
        <w:pStyle w:val="ListBullet"/>
        <w:spacing w:line="240" w:lineRule="auto"/>
        <w:ind w:left="720"/>
      </w:pPr>
      <w:r/>
      <w:r>
        <w:rPr>
          <w:b/>
        </w:rPr>
        <w:t>Guest mix:</w:t>
      </w:r>
      <w:r>
        <w:t xml:space="preserve"> Episodes pair performers like Tia Kofi, Rosie Jones and Dani St James with historians, so stories are personal and researched.</w:t>
      </w:r>
      <w:r/>
    </w:p>
    <w:p>
      <w:pPr>
        <w:pStyle w:val="ListBullet"/>
        <w:spacing w:line="240" w:lineRule="auto"/>
        <w:ind w:left="720"/>
      </w:pPr>
      <w:r/>
      <w:r>
        <w:rPr>
          <w:b/>
        </w:rPr>
        <w:t>Range of subjects:</w:t>
      </w:r>
      <w:r>
        <w:t xml:space="preserve"> From Gladys Bentley to Njinga a Mbande, the podcast covers global, gender‑blurring figures across centuries.</w:t>
      </w:r>
      <w:r/>
    </w:p>
    <w:p>
      <w:pPr>
        <w:pStyle w:val="ListBullet"/>
        <w:spacing w:line="240" w:lineRule="auto"/>
        <w:ind w:left="720"/>
      </w:pPr>
      <w:r/>
      <w:r>
        <w:rPr>
          <w:b/>
        </w:rPr>
        <w:t>Accessible &amp; watchable:</w:t>
      </w:r>
      <w:r>
        <w:t xml:space="preserve"> Episodes are available as audio and video, released weekly and easy to stream on major platforms.</w:t>
      </w:r>
      <w:r/>
    </w:p>
    <w:p>
      <w:pPr>
        <w:pStyle w:val="ListBullet"/>
        <w:spacing w:line="240" w:lineRule="auto"/>
        <w:ind w:left="720"/>
      </w:pPr>
      <w:r/>
      <w:r>
        <w:rPr>
          <w:b/>
        </w:rPr>
        <w:t>Tone:</w:t>
      </w:r>
      <w:r>
        <w:t xml:space="preserve"> Informative but playful , expect humour, heart and a sense of celebration rather than dry lecturing.</w:t>
      </w:r>
      <w:r/>
      <w:r/>
    </w:p>
    <w:p>
      <w:pPr>
        <w:pStyle w:val="Heading2"/>
      </w:pPr>
      <w:r>
        <w:t>Why this podcast feels like a conversation with a friend</w:t>
      </w:r>
      <w:r/>
    </w:p>
    <w:p>
      <w:r/>
      <w:r>
        <w:t>The first thing that hits you is Don One’s voice: warm, theatrical and mischievous, which makes dense history feel chatty and inviting. The cab framing , literally taking guests back in time , gives the show a playful visual cue even when you’re listening, and you can almost hear the taxi’s creak as a storytelling device.</w:t>
      </w:r>
      <w:r/>
    </w:p>
    <w:p>
      <w:r/>
      <w:r>
        <w:t>According to Podwires and the show’s pages, Don One designed the series to spotlight figures erased from mainstream narratives. That intent comes through: every episode balances archival detail with human anecdotes so listeners get both facts and feeling. If you’ve ever found textbooks cold, this is the antidote.</w:t>
      </w:r>
      <w:r/>
    </w:p>
    <w:p>
      <w:pPr>
        <w:pStyle w:val="Heading2"/>
      </w:pPr>
      <w:r>
        <w:t>Guests and research: where pop culture meets scholarship</w:t>
      </w:r>
      <w:r/>
    </w:p>
    <w:p>
      <w:r/>
      <w:r>
        <w:t>What makes Time Travelling Queers stand out is the guest pairing. Big-name performers bring emotional resonance while historians provide context and sources. It’s a smart format; the entertainment draws you in, the scholarship keeps you there.</w:t>
      </w:r>
      <w:r/>
    </w:p>
    <w:p>
      <w:r/>
      <w:r>
        <w:t>Listen on Apple Podcasts, Podfollow or Podimo and you’ll find episodes where the research is clear but never didactic. The result is stories that teach , and inspire , which matters for younger listeners discovering queer ancestors for the first time.</w:t>
      </w:r>
      <w:r/>
    </w:p>
    <w:p>
      <w:pPr>
        <w:pStyle w:val="Heading2"/>
      </w:pPr>
      <w:r>
        <w:t>Stories that surprise: from Harlem to 17th-century Africa</w:t>
      </w:r>
      <w:r/>
    </w:p>
    <w:p>
      <w:r/>
      <w:r>
        <w:t>Episodes reach wide and unexpected corners: drag scenes in 1920s Harlem, gender-transgressive rulers in African kingdoms, and queer royals in Europe. That variety is more than novelty; it shifts the frame from “queer history as niche” to “queer people have always been part of world history.”</w:t>
      </w:r>
      <w:r/>
    </w:p>
    <w:p>
      <w:r/>
      <w:r>
        <w:t>If you’re choosing what to listen to first, pick a subject you know nothing about. The show rewards curiosity, and hearing these figures described with affection and rigour makes their lives feel urgent today.</w:t>
      </w:r>
      <w:r/>
    </w:p>
    <w:p>
      <w:pPr>
        <w:pStyle w:val="Heading2"/>
      </w:pPr>
      <w:r>
        <w:t>How to listen and what to expect episode-to-episode</w:t>
      </w:r>
      <w:r/>
    </w:p>
    <w:p>
      <w:r/>
      <w:r>
        <w:t>Time Travelling Queers is available as audio and a filmed version, with weekly releases that suit bingeing or casual dips. Platforms include Apple Podcasts and the show’s own pages, which also list guests and sources for curious listeners.</w:t>
      </w:r>
      <w:r/>
    </w:p>
    <w:p>
      <w:r/>
      <w:r>
        <w:t>Practical tip: watch the video episodes for the full cab theatrics and guest reactions, but the audio stands alone if you prefer commuting-friendly listening. Episodes run a comfortable length , long enough for texture, short enough not to drag.</w:t>
      </w:r>
      <w:r/>
    </w:p>
    <w:p>
      <w:pPr>
        <w:pStyle w:val="Heading2"/>
      </w:pPr>
      <w:r>
        <w:t>Why this matters now , and who will love it</w:t>
      </w:r>
      <w:r/>
    </w:p>
    <w:p>
      <w:r/>
      <w:r>
        <w:t>This podcast isn’t just nostalgia or heroic retelling; it’s an act of cultural reclamation. Don One has said the aim is to make queer figures visible to younger generations, and that aspiration comes through in every episode. For queer listeners, allies, teachers or anyone who likes history with personality, it’s a cheerful, substantive addition to the listening roster.</w:t>
      </w:r>
      <w:r/>
    </w:p>
    <w:p>
      <w:r/>
      <w:r>
        <w:t>Expect episodes that make you laugh, well up and then want to read more. It’s educational radio with the sparkle of a West End stage.</w:t>
      </w:r>
      <w:r/>
    </w:p>
    <w:p>
      <w:r/>
      <w:r>
        <w:t>It's a small change that can make every history lesson feel more inclusive and alive.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[5]</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0">
        <w:r>
          <w:rPr>
            <w:color w:val="0000EE"/>
            <w:u w:val="single"/>
          </w:rPr>
          <w:t>[5]</w:t>
        </w:r>
      </w:hyperlink>
      <w:r>
        <w:t xml:space="preserve">- Paragraph 3: </w:t>
      </w:r>
      <w:hyperlink r:id="rId11">
        <w:r>
          <w:rPr>
            <w:color w:val="0000EE"/>
            <w:u w:val="single"/>
          </w:rPr>
          <w:t>[3]</w:t>
        </w:r>
      </w:hyperlink>
      <w:r>
        <w:t xml:space="preserve">, </w:t>
      </w:r>
      <w:hyperlink r:id="rId12">
        <w:r>
          <w:rPr>
            <w:color w:val="0000EE"/>
            <w:u w:val="single"/>
          </w:rPr>
          <w:t>[6]</w:t>
        </w:r>
      </w:hyperlink>
      <w:r>
        <w:t xml:space="preserve">- Paragraph 4: </w:t>
      </w:r>
      <w:hyperlink r:id="rId9">
        <w:r>
          <w:rPr>
            <w:color w:val="0000EE"/>
            <w:u w:val="single"/>
          </w:rPr>
          <w:t>[1]</w:t>
        </w:r>
      </w:hyperlink>
      <w:r>
        <w:t xml:space="preserve">, </w:t>
      </w:r>
      <w:hyperlink r:id="rId13">
        <w:r>
          <w:rPr>
            <w:color w:val="0000EE"/>
            <w:u w:val="single"/>
          </w:rPr>
          <w:t>[7]</w:t>
        </w:r>
      </w:hyperlink>
      <w:r>
        <w:t xml:space="preserve">- Paragraph 5: </w:t>
      </w:r>
      <w:hyperlink r:id="rId11">
        <w:r>
          <w:rPr>
            <w:color w:val="0000EE"/>
            <w:u w:val="single"/>
          </w:rPr>
          <w:t>[3]</w:t>
        </w:r>
      </w:hyperlink>
      <w:r>
        <w:t xml:space="preserve">, </w:t>
      </w:r>
      <w:hyperlink r:id="rId12">
        <w:r>
          <w:rPr>
            <w:color w:val="0000EE"/>
            <w:u w:val="single"/>
          </w:rPr>
          <w:t>[6]</w:t>
        </w:r>
      </w:hyperlink>
      <w:r>
        <w:t xml:space="preserve">- Paragraph 6: </w:t>
      </w:r>
      <w:hyperlink r:id="rId9">
        <w:r>
          <w:rPr>
            <w:color w:val="0000EE"/>
            <w:u w:val="single"/>
          </w:rPr>
          <w:t>[1]</w:t>
        </w:r>
      </w:hyperlink>
      <w:r>
        <w:t xml:space="preserve">, </w:t>
      </w:r>
      <w:hyperlink r:id="rId14">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https://diva-magazine.com/2026/08/25/you-need-to-listen-to-this-new-podcast-about-queer-history-now/?utm_source=rss&amp;utm_medium=rss&amp;utm_campaign=you-need-to-listen-to-this-new-podcast-about-queer-history-now</w:t>
        </w:r>
      </w:hyperlink>
      <w:r>
        <w:t xml:space="preserve"> - Please view link - unable to able to access data</w:t>
      </w:r>
      <w:r/>
    </w:p>
    <w:p>
      <w:pPr>
        <w:pStyle w:val="ListNumber"/>
        <w:spacing w:line="240" w:lineRule="auto"/>
        <w:ind w:left="720"/>
      </w:pPr>
      <w:r/>
      <w:hyperlink r:id="rId14">
        <w:r>
          <w:rPr>
            <w:color w:val="0000EE"/>
            <w:u w:val="single"/>
          </w:rPr>
          <w:t>https://don1drag.co.uk/</w:t>
        </w:r>
      </w:hyperlink>
      <w:r>
        <w:t xml:space="preserve"> - Don One is a prominent drag king in the UK, known for performances on Channel 4's 'Late Night Lycett' and London's West End. Their talents encompass comedy, hosting, singing, rapping, and acting. Notably, Don One made history as the first drag king to play a Dame in pantomime during 'The Legend of Robin Hood' at The Sub Rooms in Stroud in December 2024. They also performed a stand-up comedy set at a sold-out 'Joe Lycett &amp; Friends' show in May 2024.</w:t>
      </w:r>
      <w:r/>
    </w:p>
    <w:p>
      <w:pPr>
        <w:pStyle w:val="ListNumber"/>
        <w:spacing w:line="240" w:lineRule="auto"/>
        <w:ind w:left="720"/>
      </w:pPr>
      <w:r/>
      <w:hyperlink r:id="rId11">
        <w:r>
          <w:rPr>
            <w:color w:val="0000EE"/>
            <w:u w:val="single"/>
          </w:rPr>
          <w:t>https://podcasts.apple.com/gb/podcast/time-travelling-queers/id6799670827</w:t>
        </w:r>
      </w:hyperlink>
      <w:r>
        <w:t xml:space="preserve"> - Time Travelling Queers is a podcast hosted by Don One, featuring celebrity guests and historians exploring queer history. Each episode uncovers the story of an extraordinary queer person from history, delving into the lives, cultures, and moments that have shaped the LGBTQIA+ community. The podcast is produced by Molly House Media and is available on Apple Podcasts.</w:t>
      </w:r>
      <w:r/>
    </w:p>
    <w:p>
      <w:pPr>
        <w:pStyle w:val="ListNumber"/>
        <w:spacing w:line="240" w:lineRule="auto"/>
        <w:ind w:left="720"/>
      </w:pPr>
      <w:r/>
      <w:hyperlink r:id="rId15">
        <w:r>
          <w:rPr>
            <w:color w:val="0000EE"/>
            <w:u w:val="single"/>
          </w:rPr>
          <w:t>https://www.croydonpride.org.uk/performer/don-one/</w:t>
        </w:r>
      </w:hyperlink>
      <w:r>
        <w:t xml:space="preserve"> - Don One is a versatile performer, serving as a singer, host, comedian, actor, rapper, and MC. They have taken their act from the West End stage to TV screens. In 2025, Don One made drag history as the first drag king to host and sing live to 30,000 people on the Main Stage at Mighty Hoopla 2025, introducing the legendary Jamelia. From 2023-24, Don was cast as a featured artist on Channel 4 introducing Joe Lycett in two series of his double BAFTA award-winning talk show, 'Late Night Lycett'. In 2021, Don starred in one of the first West End shows to open post-lockdown, 'Death Drop' at the Garrick Theatre. From December 2024 to January 2025, they made history as the first drag king to be cast as a Dame in pantomime during 'The Legend of Robin Hood' at The Sub Rooms in Stroud. Don also performed a 15-minute stand-up comedy set at a sold-out 'Joe Lycett &amp; Friends' show in May 2024.</w:t>
      </w:r>
      <w:r/>
    </w:p>
    <w:p>
      <w:pPr>
        <w:pStyle w:val="ListNumber"/>
        <w:spacing w:line="240" w:lineRule="auto"/>
        <w:ind w:left="720"/>
      </w:pPr>
      <w:r/>
      <w:hyperlink r:id="rId10">
        <w:r>
          <w:rPr>
            <w:color w:val="0000EE"/>
            <w:u w:val="single"/>
          </w:rPr>
          <w:t>https://podwires.com/drag-king-don-one-launches-time-travelling-queers-podcast/</w:t>
        </w:r>
      </w:hyperlink>
      <w:r>
        <w:t xml:space="preserve"> - Don One, a renowned UK drag king, has launched 'Time Travelling Queers', a podcast that brings together LGBTQIA+ icons and historians to explore queer history. The podcast features guests like Tia Kofi, Rosie Jones, and Dani St James, delving into the stories of queer ancestors. Each episode takes place in Don One's iconic time-travelling taxi cab, offering a blend of humour, information, and heartfelt storytelling. The podcast is produced by queer-led creative platform and production company Molly House Media.</w:t>
      </w:r>
      <w:r/>
    </w:p>
    <w:p>
      <w:pPr>
        <w:pStyle w:val="ListNumber"/>
        <w:spacing w:line="240" w:lineRule="auto"/>
        <w:ind w:left="720"/>
      </w:pPr>
      <w:r/>
      <w:hyperlink r:id="rId12">
        <w:r>
          <w:rPr>
            <w:color w:val="0000EE"/>
            <w:u w:val="single"/>
          </w:rPr>
          <w:t>https://podfollow.com/time-travelling-queers/episode/93df7441a1270ca8c48b976fcd7c24436cbdea9c/view</w:t>
        </w:r>
      </w:hyperlink>
      <w:r>
        <w:t xml:space="preserve"> - In the first episode of 'Time Travelling Queers', Don One is joined by RuPaul's Drag Race UK star Tia Kofi and historian Jonty Stern to journey back to the fourteenth century and uncover the extraordinary life of King Edward II. The episode explores whether Edward II was England's first queer king, his relationships with Piers Gaveston and Hugh Despenser, and why history has focused more on his death than his reign. The podcast is produced by Molly House Media and is available on Podfollow.</w:t>
      </w:r>
      <w:r/>
    </w:p>
    <w:p>
      <w:pPr>
        <w:pStyle w:val="ListNumber"/>
        <w:spacing w:line="240" w:lineRule="auto"/>
        <w:ind w:left="720"/>
      </w:pPr>
      <w:r/>
      <w:hyperlink r:id="rId13">
        <w:r>
          <w:rPr>
            <w:color w:val="0000EE"/>
            <w:u w:val="single"/>
          </w:rPr>
          <w:t>https://podimo.com/es/shows/time-travelling-queers</w:t>
        </w:r>
      </w:hyperlink>
      <w:r>
        <w:t xml:space="preserve"> - 'Time Travelling Queers' is a podcast by Molly House Media, hosted by Don One, that explores queer history with celebrity guests and historians. Each episode uncovers the story of an extraordinary queer person from history, delving into the lives, cultures, and moments that have shaped the LGBTQIA+ community. The podcast is available on Podimo in Spain and offers a 30-day free trial.</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diva-magazine.com/2026/08/25/you-need-to-listen-to-this-new-podcast-about-queer-history-now/?utm_source=rss&amp;utm_medium=rss&amp;utm_campaign=you-need-to-listen-to-this-new-podcast-about-queer-history-now" TargetMode="External"/><Relationship Id="rId10" Type="http://schemas.openxmlformats.org/officeDocument/2006/relationships/hyperlink" Target="https://podwires.com/drag-king-don-one-launches-time-travelling-queers-podcast/" TargetMode="External"/><Relationship Id="rId11" Type="http://schemas.openxmlformats.org/officeDocument/2006/relationships/hyperlink" Target="https://podcasts.apple.com/gb/podcast/time-travelling-queers/id6799670827" TargetMode="External"/><Relationship Id="rId12" Type="http://schemas.openxmlformats.org/officeDocument/2006/relationships/hyperlink" Target="https://podfollow.com/time-travelling-queers/episode/93df7441a1270ca8c48b976fcd7c24436cbdea9c/view" TargetMode="External"/><Relationship Id="rId13" Type="http://schemas.openxmlformats.org/officeDocument/2006/relationships/hyperlink" Target="https://podimo.com/es/shows/time-travelling-queers" TargetMode="External"/><Relationship Id="rId14" Type="http://schemas.openxmlformats.org/officeDocument/2006/relationships/hyperlink" Target="https://don1drag.co.uk/" TargetMode="External"/><Relationship Id="rId15" Type="http://schemas.openxmlformats.org/officeDocument/2006/relationships/hyperlink" Target="https://www.croydonpride.org.uk/performer/don-o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