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Back at Ash from Streets of Rage 2: Why He Still Matters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players are revisiting a curious slice of 90s game design: Ash, the flamboyant miniboss from Streets of Rage 2, who shocked and delighted audiences with a loud look and louder personality. This piece explains who he was, why he sparked controversy, and why that messy legacy still matters for LGBTQ+ visibility in games.</w:t>
      </w:r>
      <w:r/>
    </w:p>
    <w:p>
      <w:r/>
      <w:r>
        <w:t>Essential Takeaways</w:t>
      </w:r>
      <w:r/>
      <w:r/>
    </w:p>
    <w:p>
      <w:pPr>
        <w:pStyle w:val="ListBullet"/>
        <w:spacing w:line="240" w:lineRule="auto"/>
        <w:ind w:left="720"/>
      </w:pPr>
      <w:r/>
      <w:r>
        <w:rPr>
          <w:b/>
        </w:rPr>
        <w:t>Iconic look:</w:t>
      </w:r>
      <w:r>
        <w:t xml:space="preserve"> Ash’s leather-chaps, purple vest and neon stockings made him one of the most visually striking minibosses in Streets of Rage 2, and instantly memorable.</w:t>
      </w:r>
      <w:r/>
    </w:p>
    <w:p>
      <w:pPr>
        <w:pStyle w:val="ListBullet"/>
        <w:spacing w:line="240" w:lineRule="auto"/>
        <w:ind w:left="720"/>
      </w:pPr>
      <w:r/>
      <w:r>
        <w:rPr>
          <w:b/>
        </w:rPr>
        <w:t>Controversial reception:</w:t>
      </w:r>
      <w:r>
        <w:t xml:space="preserve"> Western versions removed him after conservative outcry, showing how games were policed for queer imagery.</w:t>
      </w:r>
      <w:r/>
    </w:p>
    <w:p>
      <w:pPr>
        <w:pStyle w:val="ListBullet"/>
        <w:spacing w:line="240" w:lineRule="auto"/>
        <w:ind w:left="720"/>
      </w:pPr>
      <w:r/>
      <w:r>
        <w:rPr>
          <w:b/>
        </w:rPr>
        <w:t>Mixed legacy:</w:t>
      </w:r>
      <w:r>
        <w:t xml:space="preserve"> Queer fans critiqued the stereotype, but many also recognised the importance of an openly queer-coded male character in the early 90s.</w:t>
      </w:r>
      <w:r/>
    </w:p>
    <w:p>
      <w:pPr>
        <w:pStyle w:val="ListBullet"/>
        <w:spacing w:line="240" w:lineRule="auto"/>
        <w:ind w:left="720"/>
      </w:pPr>
      <w:r/>
      <w:r>
        <w:rPr>
          <w:b/>
        </w:rPr>
        <w:t>Cultural context:</w:t>
      </w:r>
      <w:r>
        <w:t xml:space="preserve"> Early LGBTQ+ media were often problematic but crucial in opening doors for later, more nuanced representation.</w:t>
      </w:r>
      <w:r/>
    </w:p>
    <w:p>
      <w:pPr>
        <w:pStyle w:val="ListBullet"/>
        <w:spacing w:line="240" w:lineRule="auto"/>
        <w:ind w:left="720"/>
      </w:pPr>
      <w:r/>
      <w:r>
        <w:rPr>
          <w:b/>
        </w:rPr>
        <w:t>Why it matters now:</w:t>
      </w:r>
      <w:r>
        <w:t xml:space="preserve"> Revisiting Ash helps chart how representation in games has evolved and why imperfect visibility still shaped player experiences.</w:t>
      </w:r>
      <w:r/>
      <w:r/>
    </w:p>
    <w:p>
      <w:pPr>
        <w:pStyle w:val="Heading2"/>
      </w:pPr>
      <w:r>
        <w:t>A shocking sprite that stopped players in their tracks</w:t>
      </w:r>
      <w:r/>
    </w:p>
    <w:p>
      <w:r/>
      <w:r>
        <w:t>Ash arrived in Streets of Rage 2 and you noticed him straight away , he pranced, he giggled, he wore an outfit that left nothing to the imagination. That shock factor is part of why he remains talked about decades later. According to classic game reviews and retrospectives, Streets of Rage 2 was praised for its tight combat and soundtrack, and Ash’s cameo punctuated its personality with something unexpected.</w:t>
      </w:r>
      <w:r/>
    </w:p>
    <w:p>
      <w:r/>
      <w:r>
        <w:t>Back then, mainstream games rarely included characters who signalled gay identity so explicitly. The reaction , from laughter to discomfort to outright censorship , underlines how queer visibility in pop culture was policed. For many players, seeing someone who celebrated flamboyance felt radical, even if the depiction leaned on stereotype.</w:t>
      </w:r>
      <w:r/>
    </w:p>
    <w:p>
      <w:pPr>
        <w:pStyle w:val="Heading2"/>
      </w:pPr>
      <w:r>
        <w:t>Why critics and fans were so divided</w:t>
      </w:r>
      <w:r/>
    </w:p>
    <w:p>
      <w:r/>
      <w:r>
        <w:t>Not everyone loved Ash. Many queer players and commentators argued he reinforced harmful clichés by making the queer-coded character a villain who existed mainly for comic effect. Industry coverage and fan discussions note that he was removed from Western releases after backlash, which only complicated how people remembered him.</w:t>
      </w:r>
      <w:r/>
    </w:p>
    <w:p>
      <w:r/>
      <w:r>
        <w:t>Yet other voices pointed out that representation was scarce, and that any depiction of a man who embraced femininity and sexuality was noteworthy. The debate echoes how early TV and films , credited as groundbreaking yet marred by problematic elements , are reassessed today. Representation wasn’t flawless, but it was often the first step.</w:t>
      </w:r>
      <w:r/>
    </w:p>
    <w:p>
      <w:pPr>
        <w:pStyle w:val="Heading2"/>
      </w:pPr>
      <w:r>
        <w:t>What Ash taught players about pride, however imperfect</w:t>
      </w:r>
      <w:r/>
    </w:p>
    <w:p>
      <w:r/>
      <w:r>
        <w:t>There’s a practical takeaway in revisiting characters like Ash: context matters. Games in the early 90s were making their first stabs at diversity without the cultural literacy we expect now. Ash’s flamboyance sent a simple message to players who might never have seen a queer-coded man on screen , visibility existed, and it could be bold, loud and unapologetic.</w:t>
      </w:r>
      <w:r/>
    </w:p>
    <w:p>
      <w:r/>
      <w:r>
        <w:t>For modern creators and players, that’s useful. It’s a reminder that contemporary representation benefits from knowing the missteps of the past. If you’re judging vintage games, look at both the harm and the illumination they offered , you’ll see how the medium slowly learned to do better.</w:t>
      </w:r>
      <w:r/>
    </w:p>
    <w:p>
      <w:pPr>
        <w:pStyle w:val="Heading2"/>
      </w:pPr>
      <w:r>
        <w:t>How Streets of Rage 2 fits into gaming history</w:t>
      </w:r>
      <w:r/>
    </w:p>
    <w:p>
      <w:r/>
      <w:r>
        <w:t>Streets of Rage 2 remains highly regarded for its gameplay and soundtrack, receiving praise in reviews over the years for its design and replayability. Ash is a small but telling footnote in that legacy: a character seized by gamers as trivia, cultural touchstone and object lesson all at once.</w:t>
      </w:r>
      <w:r/>
    </w:p>
    <w:p>
      <w:r/>
      <w:r>
        <w:t>Industry retrospectives frame the title as a high-water mark of beat ’em up design, and Ash underscores how even minor characters can carry outsized cultural weight. That’s why preservation and honest discussion about these moments matter for both historians and fans.</w:t>
      </w:r>
      <w:r/>
    </w:p>
    <w:p>
      <w:pPr>
        <w:pStyle w:val="Heading2"/>
      </w:pPr>
      <w:r>
        <w:t>Choosing nuance over erasure</w:t>
      </w:r>
      <w:r/>
    </w:p>
    <w:p>
      <w:r/>
      <w:r>
        <w:t>It’s tempting either to erase flawed representation or to defend it uncritically. A more useful stance is nuance: call out the stereotype, acknowledge the hurt, but also recognise the doors that early visibility cracked open. That’s what many commentators suggest when revisiting characters like Ash.</w:t>
      </w:r>
      <w:r/>
    </w:p>
    <w:p>
      <w:r/>
      <w:r>
        <w:t>If you’re exploring retro games today, treat them as artefacts: admire the spritework and soundtrack, criticise the clichés, and think about what better representation looks like now.</w:t>
      </w:r>
      <w:r/>
    </w:p>
    <w:p>
      <w:r/>
      <w:r>
        <w:t>It's a small change that can make every retro revisit more thoughtful and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[6]</w:t>
        </w:r>
      </w:hyperlink>
      <w:r>
        <w:t xml:space="preserve">- Paragraph 3: </w:t>
      </w:r>
      <w:hyperlink r:id="rId10">
        <w:r>
          <w:rPr>
            <w:color w:val="0000EE"/>
            <w:u w:val="single"/>
          </w:rPr>
          <w:t>[5]</w:t>
        </w:r>
      </w:hyperlink>
      <w:r>
        <w:t xml:space="preserve">, </w:t>
      </w:r>
      <w:hyperlink r:id="rId11">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https://gaymingmag.com/2026/08/revisiting-ash-from-streets-of-rage-2/?utm_source=rss&amp;utm_medium=rss&amp;utm_campaign=revisiting-ash-from-streets-of-rage-2</w:t>
        </w:r>
      </w:hyperlink>
      <w:r>
        <w:t xml:space="preserve"> - Please view link - unable to able to access data</w:t>
      </w:r>
      <w:r/>
    </w:p>
    <w:p>
      <w:pPr>
        <w:pStyle w:val="ListNumber"/>
        <w:spacing w:line="240" w:lineRule="auto"/>
        <w:ind w:left="720"/>
      </w:pPr>
      <w:r/>
      <w:hyperlink r:id="rId10">
        <w:r>
          <w:rPr>
            <w:color w:val="0000EE"/>
            <w:u w:val="single"/>
          </w:rPr>
          <w:t>https://www.gamesradar.com/streets-of-rage-2-review/</w:t>
        </w:r>
      </w:hyperlink>
      <w:r>
        <w:t xml:space="preserve"> - This review of 'Streets of Rage 2' highlights the game's refined gameplay and improved presentation compared to its predecessor. It introduces new characters and features, setting it apart from other beat-'em-ups of the time. The review praises the game's lasting appeal and its status as a standout title on the Sega Genesis.</w:t>
      </w:r>
      <w:r/>
    </w:p>
    <w:p>
      <w:pPr>
        <w:pStyle w:val="ListNumber"/>
        <w:spacing w:line="240" w:lineRule="auto"/>
        <w:ind w:left="720"/>
      </w:pPr>
      <w:r/>
      <w:hyperlink r:id="rId11">
        <w:r>
          <w:rPr>
            <w:color w:val="0000EE"/>
            <w:u w:val="single"/>
          </w:rPr>
          <w:t>https://www.polygon.com/2015/7/23/9000195/streets-of-rage-2-review</w:t>
        </w:r>
      </w:hyperlink>
      <w:r>
        <w:t xml:space="preserve"> - A retrospective review of 'Streets of Rage 2' that discusses its impact on the beat-'em-up genre. The article examines the game's character design, music, and gameplay mechanics, noting how it influenced future titles and remains a beloved classic among fans.</w:t>
      </w:r>
      <w:r/>
    </w:p>
    <w:p>
      <w:pPr>
        <w:pStyle w:val="ListNumber"/>
        <w:spacing w:line="240" w:lineRule="auto"/>
        <w:ind w:left="720"/>
      </w:pPr>
      <w:r/>
      <w:hyperlink r:id="rId12">
        <w:r>
          <w:rPr>
            <w:color w:val="0000EE"/>
            <w:u w:val="single"/>
          </w:rPr>
          <w:t>https://www.ign.com/articles/2007/05/22/streets-of-rage-2-review</w:t>
        </w:r>
      </w:hyperlink>
      <w:r>
        <w:t xml:space="preserve"> - This review of 'Streets of Rage 2' commends the game's improved graphics, sound, and gameplay. It highlights the introduction of new characters and special moves, emphasizing how these additions enhance the overall experience and contribute to the game's enduring popularity.</w:t>
      </w:r>
      <w:r/>
    </w:p>
    <w:p>
      <w:pPr>
        <w:pStyle w:val="ListNumber"/>
        <w:spacing w:line="240" w:lineRule="auto"/>
        <w:ind w:left="720"/>
      </w:pPr>
      <w:r/>
      <w:hyperlink r:id="rId10">
        <w:r>
          <w:rPr>
            <w:color w:val="0000EE"/>
            <w:u w:val="single"/>
          </w:rPr>
          <w:t>https://www.gamesradar.com/streets-of-rage-2-review/</w:t>
        </w:r>
      </w:hyperlink>
      <w:r>
        <w:t xml:space="preserve"> - This review of 'Streets of Rage 2' highlights the game's refined gameplay and improved presentation compared to its predecessor. It introduces new characters and features, setting it apart from other beat-'em-ups of the time. The review praises the game's lasting appeal and its status as a standout title on the Sega Genesis.</w:t>
      </w:r>
      <w:r/>
    </w:p>
    <w:p>
      <w:pPr>
        <w:pStyle w:val="ListNumber"/>
        <w:spacing w:line="240" w:lineRule="auto"/>
        <w:ind w:left="720"/>
      </w:pPr>
      <w:r/>
      <w:hyperlink r:id="rId11">
        <w:r>
          <w:rPr>
            <w:color w:val="0000EE"/>
            <w:u w:val="single"/>
          </w:rPr>
          <w:t>https://www.polygon.com/2015/7/23/9000195/streets-of-rage-2-review</w:t>
        </w:r>
      </w:hyperlink>
      <w:r>
        <w:t xml:space="preserve"> - A retrospective review of 'Streets of Rage 2' that discusses its impact on the beat-'em-up genre. The article examines the game's character design, music, and gameplay mechanics, noting how it influenced future titles and remains a beloved classic among fans.</w:t>
      </w:r>
      <w:r/>
    </w:p>
    <w:p>
      <w:pPr>
        <w:pStyle w:val="ListNumber"/>
        <w:spacing w:line="240" w:lineRule="auto"/>
        <w:ind w:left="720"/>
      </w:pPr>
      <w:r/>
      <w:hyperlink r:id="rId12">
        <w:r>
          <w:rPr>
            <w:color w:val="0000EE"/>
            <w:u w:val="single"/>
          </w:rPr>
          <w:t>https://www.ign.com/articles/2007/05/22/streets-of-rage-2-review</w:t>
        </w:r>
      </w:hyperlink>
      <w:r>
        <w:t xml:space="preserve"> - This review of 'Streets of Rage 2' commends the game's improved graphics, sound, and gameplay. It highlights the introduction of new characters and special moves, emphasizing how these additions enhance the overall experience and contribute to the game's enduring popularity.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revisiting-ash-from-streets-of-rage-2/?utm_source=rss&amp;utm_medium=rss&amp;utm_campaign=revisiting-ash-from-streets-of-rage-2" TargetMode="External"/><Relationship Id="rId10" Type="http://schemas.openxmlformats.org/officeDocument/2006/relationships/hyperlink" Target="https://www.gamesradar.com/streets-of-rage-2-review/" TargetMode="External"/><Relationship Id="rId11" Type="http://schemas.openxmlformats.org/officeDocument/2006/relationships/hyperlink" Target="https://www.polygon.com/2015/7/23/9000195/streets-of-rage-2-review" TargetMode="External"/><Relationship Id="rId12" Type="http://schemas.openxmlformats.org/officeDocument/2006/relationships/hyperlink" Target="https://www.ign.com/articles/2007/05/22/streets-of-rage-2-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