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HalloQueen Ball Guide: What to Expect at the Salt Lake Masonic Temple Halloween Fundraiser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spectacle and fans of drag are gearing up: the HalloQueen Ball returns to the Salt Lake Masonic Temple on Oct. 31, offering floors of music, bingo, costume drama and a chance to support the Utah Pride Center’s year‑round work. Here’s what to know, pack and plan for a night that’s equal parts dazzling and philanthropic.</w:t>
      </w:r>
      <w:r/>
    </w:p>
    <w:p>
      <w:r/>
      <w:r>
        <w:t>Essential Takeaways</w:t>
      </w:r>
      <w:r/>
      <w:r/>
    </w:p>
    <w:p>
      <w:pPr>
        <w:pStyle w:val="ListBullet"/>
        <w:spacing w:line="240" w:lineRule="auto"/>
        <w:ind w:left="720"/>
      </w:pPr>
      <w:r/>
      <w:r>
        <w:rPr>
          <w:b/>
        </w:rPr>
        <w:t>When and where:</w:t>
      </w:r>
      <w:r>
        <w:t xml:space="preserve"> The HalloQueen Ball runs Oct. 31, 8 p.m.–1 a.m., at the Salt Lake Masonic Temple, 650 E. South Temple.</w:t>
      </w:r>
      <w:r/>
    </w:p>
    <w:p>
      <w:pPr>
        <w:pStyle w:val="ListBullet"/>
        <w:spacing w:line="240" w:lineRule="auto"/>
        <w:ind w:left="720"/>
      </w:pPr>
      <w:r/>
      <w:r>
        <w:rPr>
          <w:b/>
        </w:rPr>
        <w:t>Tickets:</w:t>
      </w:r>
      <w:r>
        <w:t xml:space="preserve"> </w:t>
      </w:r>
      <w:r>
        <w:rPr>
          <w:b/>
        </w:rPr>
        <w:t>$31</w:t>
      </w:r>
      <w:r>
        <w:t xml:space="preserve"> general admission; </w:t>
      </w:r>
      <w:r>
        <w:rPr>
          <w:b/>
        </w:rPr>
        <w:t>$100 VIP</w:t>
      </w:r>
      <w:r>
        <w:t xml:space="preserve"> with four drinks, VIP lounge access, priority entry and expedited bars.</w:t>
      </w:r>
      <w:r/>
    </w:p>
    <w:p>
      <w:pPr>
        <w:pStyle w:val="ListBullet"/>
        <w:spacing w:line="240" w:lineRule="auto"/>
        <w:ind w:left="720"/>
      </w:pPr>
      <w:r/>
      <w:r>
        <w:rPr>
          <w:b/>
        </w:rPr>
        <w:t>What’s on:</w:t>
      </w:r>
      <w:r>
        <w:t xml:space="preserve"> Multiple floors of DJs, drag‑hosted bingo, food and beverages, and a costume contest with a $1,500 grand prize across eight categories.</w:t>
      </w:r>
      <w:r/>
    </w:p>
    <w:p>
      <w:pPr>
        <w:pStyle w:val="ListBullet"/>
        <w:spacing w:line="240" w:lineRule="auto"/>
        <w:ind w:left="720"/>
      </w:pPr>
      <w:r/>
      <w:r>
        <w:rPr>
          <w:b/>
        </w:rPr>
        <w:t>Why it matters:</w:t>
      </w:r>
      <w:r>
        <w:t xml:space="preserve"> Proceeds fund the Utah Pride Center’s community programmes, services and events year round.</w:t>
      </w:r>
      <w:r/>
    </w:p>
    <w:p>
      <w:pPr>
        <w:pStyle w:val="ListBullet"/>
        <w:spacing w:line="240" w:lineRule="auto"/>
        <w:ind w:left="720"/>
      </w:pPr>
      <w:r/>
      <w:r>
        <w:rPr>
          <w:b/>
        </w:rPr>
        <w:t>Extras:</w:t>
      </w:r>
      <w:r>
        <w:t xml:space="preserve"> Discounted hotel rates available at nearby Hilton and Kimpton properties for those turning the night into a weekend.</w:t>
      </w:r>
      <w:r/>
      <w:r/>
    </w:p>
    <w:p>
      <w:r/>
      <w:r>
        <w:t>Opening Hook: A party with purpose</w:t>
      </w:r>
      <w:r/>
    </w:p>
    <w:p>
      <w:r/>
      <w:r>
        <w:t>Salt Lake’s HalloQueen Ball is back and it’s loud, bold and purpose‑driven , think glitter, bass and community fundraising rolled into one. The Masonic Temple’s ornate rooms make for a dramatic backdrop, so expect a mix of theatrical lighting, thumping music and the faint scent of stage makeup.</w:t>
      </w:r>
      <w:r/>
    </w:p>
    <w:p>
      <w:r/>
      <w:r>
        <w:t>Backstory and why it returned</w:t>
      </w:r>
      <w:r/>
    </w:p>
    <w:p>
      <w:r/>
      <w:r>
        <w:t>The event revived last year to strong applause, drawing big crowds and memorable costumes, and the Utah Pride Center is keeping that momentum going. According to the centre’s calendar, HalloQueen sits alongside the Pride Rally, March, Festival and Parade as part of a broader slate of programming that funds services throughout the year.</w:t>
      </w:r>
      <w:r/>
    </w:p>
    <w:p>
      <w:r/>
      <w:r>
        <w:t>Lineup, entertainment and the costume contest</w:t>
      </w:r>
      <w:r/>
    </w:p>
    <w:p>
      <w:r/>
      <w:r>
        <w:t>You’ll find DJs across multiple floors, drag performers hosting bingo rounds and plenty of food and drink options. The costume contest is a headline moment , eight categories, a $1,500 grand prize and the sort of creative looks that’ll make your timeline. If you’re planning to enter, aim for something photo‑ready and sturdy: you’ll be on a stage and under lights, so construction and comfort matter.</w:t>
      </w:r>
      <w:r/>
    </w:p>
    <w:p>
      <w:r/>
      <w:r>
        <w:t>Tickets and VIP perks , is it worth the upgrade?</w:t>
      </w:r>
      <w:r/>
    </w:p>
    <w:p>
      <w:r/>
      <w:r>
        <w:t>General admission keeps it simple and affordable at $31. The $100 VIP ticket includes four drink tickets, a dedicated lounge with hors d’oeuvres, priority through security and faster bar access. If you hate queues or want a quieter spot to regroup between dancefloor runs, the upgrade is a sensible splurge , especially for couples or small groups who value convenience.</w:t>
      </w:r>
      <w:r/>
    </w:p>
    <w:p>
      <w:r/>
      <w:r>
        <w:t>Practical tips: getting there, dressing up and staying safe</w:t>
      </w:r>
      <w:r/>
    </w:p>
    <w:p>
      <w:r/>
      <w:r>
        <w:t>Plan transport in advance: the venue is downtown and nearby hotels are offering discounts if you want to make a weekend of it. Wear comfortable shoes if your costume has a high heel element , the night runs late. Follow the Utah Pride Center’s rules and event guidance for contest eligibility and behaviour; organisers emphasise inclusivity and community safety. And bring ID , it’s a 21‑plus event.</w:t>
      </w:r>
      <w:r/>
    </w:p>
    <w:p>
      <w:r/>
      <w:r>
        <w:t>Community impact and the wider scene</w:t>
      </w:r>
      <w:r/>
    </w:p>
    <w:p>
      <w:r/>
      <w:r>
        <w:t>The HalloQueen Ball isn’t just a party; ticket sales support the Utah Pride Center’s year‑round programmes, from health and education to advocacy. The centre’s calendar and news updates show this is one of several fundraising and community events that keep services running. For many attendees it’s both celebration and solidarity , a reminder that nightlife can do good.</w:t>
      </w:r>
      <w:r/>
    </w:p>
    <w:p>
      <w:r/>
      <w:r>
        <w:t>Final thought</w:t>
      </w:r>
      <w:r/>
    </w:p>
    <w:p>
      <w:r/>
      <w:r>
        <w:t>Dress loud, plan ahead and enjoy a night where costume drama meets community care , it’s a small change that can make every ticket feel like a gift.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1">
        <w:r>
          <w:rPr>
            <w:color w:val="0000EE"/>
            <w:u w:val="single"/>
          </w:rPr>
          <w:t>[7]</w:t>
        </w:r>
      </w:hyperlink>
      <w:r>
        <w:t xml:space="preserve">, </w:t>
      </w:r>
      <w:hyperlink r:id="rId14">
        <w:r>
          <w:rPr>
            <w:color w:val="0000EE"/>
            <w:u w:val="single"/>
          </w:rPr>
          <w:t>[3]</w:t>
        </w:r>
      </w:hyperlink>
      <w:r>
        <w:t xml:space="preserve">- Paragraph 6: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https://www.qsaltlake.com/news/2026/08/25/halloqueen-ball-returns-to-salt-lake-masonic-temple-for-halloween/?utm_source=rss&amp;utm_medium=rss&amp;utm_campaign=halloqueen-ball-returns-to-salt-lake-masonic-temple-for-halloween</w:t>
        </w:r>
      </w:hyperlink>
      <w:r>
        <w:t xml:space="preserve"> - Please view link - unable to able to access data</w:t>
      </w:r>
      <w:r/>
    </w:p>
    <w:p>
      <w:pPr>
        <w:pStyle w:val="ListNumber"/>
        <w:spacing w:line="240" w:lineRule="auto"/>
        <w:ind w:left="720"/>
      </w:pPr>
      <w:r/>
      <w:hyperlink r:id="rId10">
        <w:r>
          <w:rPr>
            <w:color w:val="0000EE"/>
            <w:u w:val="single"/>
          </w:rPr>
          <w:t>https://utahpride.org/official-rules-regulations</w:t>
        </w:r>
      </w:hyperlink>
      <w:r>
        <w:t xml:space="preserve"> - The Utah Pride Festival's official rules and regulations for the HalloQueen Ball on October 31, 2026, at the Masonic Temple in Salt Lake City. The event is for individuals aged 21 and over, requiring a government-issued photo ID for entry. Attendees will undergo security screening, including bag checks and metal detection. Re-entry is permitted only through the main security gate with a valid wristband. Disruptive or unsafe behaviour will not be tolerated, and intoxicated individuals will be denied entry. The event operates on a cashless system for beverage sales, with a limit of one alcoholic beverage per guest at a time.</w:t>
      </w:r>
      <w:r/>
    </w:p>
    <w:p>
      <w:pPr>
        <w:pStyle w:val="ListNumber"/>
        <w:spacing w:line="240" w:lineRule="auto"/>
        <w:ind w:left="720"/>
      </w:pPr>
      <w:r/>
      <w:hyperlink r:id="rId14">
        <w:r>
          <w:rPr>
            <w:color w:val="0000EE"/>
            <w:u w:val="single"/>
          </w:rPr>
          <w:t>https://utahpridecenter.org/calendar/halloqueen-ball</w:t>
        </w:r>
      </w:hyperlink>
      <w:r>
        <w:t xml:space="preserve"> - The Utah Pride Center's calendar listing for the HalloQueen Ball, scheduled for October 31, 2025, from 8:00 pm to 1:00 am at the historic Masonic Temple in downtown Salt Lake City. The event is a costume extravaganza celebrating queer culture, offering an opportunity to connect with the community and support the Utah Pride Center's vital programs. Registration details are provided, with tickets available soon.</w:t>
      </w:r>
      <w:r/>
    </w:p>
    <w:p>
      <w:pPr>
        <w:pStyle w:val="ListNumber"/>
        <w:spacing w:line="240" w:lineRule="auto"/>
        <w:ind w:left="720"/>
      </w:pPr>
      <w:r/>
      <w:hyperlink r:id="rId12">
        <w:r>
          <w:rPr>
            <w:color w:val="0000EE"/>
            <w:u w:val="single"/>
          </w:rPr>
          <w:t>https://www.qsaltlake.com/news/2025/09/25/halloqueen-ball-at-the-masonic-temple/</w:t>
        </w:r>
      </w:hyperlink>
      <w:r>
        <w:t xml:space="preserve"> - An article from QSaltLake Magazine detailing the return of the Utah Pride Center's Halloween fundraiser, now called the HalloQueen Ball, on October 31, 2025. The event transforms the historic Salt Lake Masonic Temple into a multi-level celebration of queer creativity, costumes, and community support. Highlights include a high-stakes costume contest with a $2,500 grand prize, celebrity guest judges, live DJ sets, food trucks, and themed costume categories. Tickets are available for $30 online or at the door, with proceeds supporting the Utah Pride Center's year-round programs.</w:t>
      </w:r>
      <w:r/>
    </w:p>
    <w:p>
      <w:pPr>
        <w:pStyle w:val="ListNumber"/>
        <w:spacing w:line="240" w:lineRule="auto"/>
        <w:ind w:left="720"/>
      </w:pPr>
      <w:r/>
      <w:hyperlink r:id="rId13">
        <w:r>
          <w:rPr>
            <w:color w:val="0000EE"/>
            <w:u w:val="single"/>
          </w:rPr>
          <w:t>https://www.utahpride.org/about/news-and-updates</w:t>
        </w:r>
      </w:hyperlink>
      <w:r>
        <w:t xml:space="preserve"> - The Utah Pride Festival's news and updates page, featuring announcements such as the theme for the 2026 Utah Pride Celebration, 'PRIDE ELEVATED,' and details about the HalloQueen Ball scheduled for Saturday, October 31, 2026, from 8:00 PM to 1:00 AM at the Salt Lake Masonic Temple. More details are to be announced soon.</w:t>
      </w:r>
      <w:r/>
    </w:p>
    <w:p>
      <w:pPr>
        <w:pStyle w:val="ListNumber"/>
        <w:spacing w:line="240" w:lineRule="auto"/>
        <w:ind w:left="720"/>
      </w:pPr>
      <w:r/>
      <w:hyperlink r:id="rId15">
        <w:r>
          <w:rPr>
            <w:color w:val="0000EE"/>
            <w:u w:val="single"/>
          </w:rPr>
          <w:t>https://utahpridecenter.org/about/news-media</w:t>
        </w:r>
      </w:hyperlink>
      <w:r>
        <w:t xml:space="preserve"> - The Utah Pride Center's news and media page, including press releases like the one from August 28, 2025, announcing the return of the Halloween fundraiser as the HalloQueen Ball on October 31, 2025, at the historic Masonic Temple in downtown Salt Lake City. The event features a high-stakes costume competition with a $2,500 grand prize, live DJ sets, food trucks, and themed costume categories. Tickets are available in advance or at the door for $30, with proceeds supporting the Utah Pride Center's year-round programs and services.</w:t>
      </w:r>
      <w:r/>
    </w:p>
    <w:p>
      <w:pPr>
        <w:pStyle w:val="ListNumber"/>
        <w:spacing w:line="240" w:lineRule="auto"/>
        <w:ind w:left="720"/>
      </w:pPr>
      <w:r/>
      <w:hyperlink r:id="rId11">
        <w:r>
          <w:rPr>
            <w:color w:val="0000EE"/>
            <w:u w:val="single"/>
          </w:rPr>
          <w:t>https://slcmasonictemple.com/events/venue-calendar/</w:t>
        </w:r>
      </w:hyperlink>
      <w:r>
        <w:t xml:space="preserve"> - The Salt Lake Masonic Temple's venue calendar, displaying reservations and events from August 15, 2026, to September 13, 2026. The calendar includes various bookings, such as the Utah Pride Center Walk-Thru on August 17, 2026, and the Moonlight Market on August 20, 2026. The calendar provides a detailed view of events and closures at the temple during this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saltlake.com/news/2026/08/25/halloqueen-ball-returns-to-salt-lake-masonic-temple-for-halloween/?utm_source=rss&amp;utm_medium=rss&amp;utm_campaign=halloqueen-ball-returns-to-salt-lake-masonic-temple-for-halloween" TargetMode="External"/><Relationship Id="rId10" Type="http://schemas.openxmlformats.org/officeDocument/2006/relationships/hyperlink" Target="https://utahpride.org/official-rules-regulations" TargetMode="External"/><Relationship Id="rId11" Type="http://schemas.openxmlformats.org/officeDocument/2006/relationships/hyperlink" Target="https://slcmasonictemple.com/events/venue-calendar/" TargetMode="External"/><Relationship Id="rId12" Type="http://schemas.openxmlformats.org/officeDocument/2006/relationships/hyperlink" Target="https://www.qsaltlake.com/news/2025/09/25/halloqueen-ball-at-the-masonic-temple/" TargetMode="External"/><Relationship Id="rId13" Type="http://schemas.openxmlformats.org/officeDocument/2006/relationships/hyperlink" Target="https://www.utahpride.org/about/news-and-updates" TargetMode="External"/><Relationship Id="rId14" Type="http://schemas.openxmlformats.org/officeDocument/2006/relationships/hyperlink" Target="https://utahpridecenter.org/calendar/halloqueen-ball" TargetMode="External"/><Relationship Id="rId15" Type="http://schemas.openxmlformats.org/officeDocument/2006/relationships/hyperlink" Target="https://utahpridecenter.org/about/news-med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