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Gozo Pride Travel Guide: Quiet Island, Growing Queer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Gozo’s slow pace, honey‑coloured villages and a quietly visible queer scene , who to meet, where to stay and why this tiny Maltese island is worth adding to your LGBTQ+ travel list.</w:t>
      </w:r>
      <w:r/>
    </w:p>
    <w:p>
      <w:r/>
      <w:r>
        <w:t>Essential Takeaways</w:t>
      </w:r>
      <w:r/>
      <w:r/>
    </w:p>
    <w:p>
      <w:pPr>
        <w:pStyle w:val="ListBullet"/>
        <w:spacing w:line="240" w:lineRule="auto"/>
        <w:ind w:left="720"/>
      </w:pPr>
      <w:r/>
      <w:r>
        <w:rPr>
          <w:b/>
        </w:rPr>
        <w:t>Easy access:</w:t>
      </w:r>
      <w:r>
        <w:t xml:space="preserve"> Ferries from Malta to Mġarr take about 25 minutes and run throughout the day, making Gozo a simple add‑on to a Malta trip.</w:t>
      </w:r>
      <w:r/>
    </w:p>
    <w:p>
      <w:pPr>
        <w:pStyle w:val="ListBullet"/>
        <w:spacing w:line="240" w:lineRule="auto"/>
        <w:ind w:left="720"/>
      </w:pPr>
      <w:r/>
      <w:r>
        <w:rPr>
          <w:b/>
        </w:rPr>
        <w:t>Small but active community:</w:t>
      </w:r>
      <w:r>
        <w:t xml:space="preserve"> LGBTI+ Gozo organises events, support services and keeps a map of LGBTQ+-friendly spots; Pride returns in September 2026.</w:t>
      </w:r>
      <w:r/>
    </w:p>
    <w:p>
      <w:pPr>
        <w:pStyle w:val="ListBullet"/>
        <w:spacing w:line="240" w:lineRule="auto"/>
        <w:ind w:left="720"/>
      </w:pPr>
      <w:r/>
      <w:r>
        <w:rPr>
          <w:b/>
        </w:rPr>
        <w:t>What to expect:</w:t>
      </w:r>
      <w:r>
        <w:t xml:space="preserve"> Relaxed, rural vibes rather than a nightlife hub , couples can hold hands, enjoy beaches and village life comfortably.</w:t>
      </w:r>
      <w:r/>
    </w:p>
    <w:p>
      <w:pPr>
        <w:pStyle w:val="ListBullet"/>
        <w:spacing w:line="240" w:lineRule="auto"/>
        <w:ind w:left="720"/>
      </w:pPr>
      <w:r/>
      <w:r>
        <w:rPr>
          <w:b/>
        </w:rPr>
        <w:t>Where to drink:</w:t>
      </w:r>
      <w:r>
        <w:t xml:space="preserve"> Que Bar in Qala offers a friendly local spot for an evening drink and occasional queer meet‑ups.</w:t>
      </w:r>
      <w:r/>
    </w:p>
    <w:p>
      <w:pPr>
        <w:pStyle w:val="ListBullet"/>
        <w:spacing w:line="240" w:lineRule="auto"/>
        <w:ind w:left="720"/>
      </w:pPr>
      <w:r/>
      <w:r>
        <w:rPr>
          <w:b/>
        </w:rPr>
        <w:t>Stay practical:</w:t>
      </w:r>
      <w:r>
        <w:t xml:space="preserve"> A rental car helps reach coves and cliff walks; Victoria’s central hotels such as The Duke Boutique Hotel are good value bases.</w:t>
      </w:r>
      <w:r/>
      <w:r/>
    </w:p>
    <w:p>
      <w:pPr>
        <w:pStyle w:val="Heading2"/>
      </w:pPr>
      <w:r>
        <w:t>Opening hook: A ferry ride to a different tempo</w:t>
      </w:r>
      <w:r/>
    </w:p>
    <w:p>
      <w:r/>
      <w:r>
        <w:t>Step off the ferry at Mġarr and the noise of Malta fades; Gozo greets you with limestone lanes, a quieter rhythm and the scent of sea salt and rosemary. Visitors looking for coastal walks, diving sites and small‑town charm will find it instantly relaxing, and LGBTQ+ travellers will discover a welcoming, community‑minded scene rather than a boisterous gay strip.</w:t>
      </w:r>
      <w:r/>
    </w:p>
    <w:p>
      <w:pPr>
        <w:pStyle w:val="Heading2"/>
      </w:pPr>
      <w:r>
        <w:t>The backstory: How Gozo’s queer community organised</w:t>
      </w:r>
      <w:r/>
    </w:p>
    <w:p>
      <w:r/>
      <w:r>
        <w:t>Gozo’s queer visibility has grown thanks to local activists and LGBTI+ Gozo, the grassroots group set up to provide support, education and social events. According to the organisation, they maintain a directory of welcoming accommodation and run year‑round activities, not just Pride. That steady local work means visitors can plug into an established network rather than rely on fleeting tourist offerings.</w:t>
      </w:r>
      <w:r/>
    </w:p>
    <w:p>
      <w:pPr>
        <w:pStyle w:val="Heading2"/>
      </w:pPr>
      <w:r>
        <w:t>Getting there and getting around: Ferry logistics and transport tips</w:t>
      </w:r>
      <w:r/>
    </w:p>
    <w:p>
      <w:r/>
      <w:r>
        <w:t>Most travellers fly into Malta International Airport and choose the Ċirkewwa ferry to Mġarr; crossings are roughly 25 minutes and run day and night. Fast ferries also link Valletta and Sliema with Gozo, so you don’t need to overnight on Malta to make a day trip of it. Once on the island, buses and taxis are available, but hiring a car or bike gives you real freedom to reach remote coves and cliff paths.</w:t>
      </w:r>
      <w:r/>
    </w:p>
    <w:p>
      <w:pPr>
        <w:pStyle w:val="Heading2"/>
      </w:pPr>
      <w:r>
        <w:t>What LGBTQ+ travellers should expect: Comfort, not clubs</w:t>
      </w:r>
      <w:r/>
    </w:p>
    <w:p>
      <w:r/>
      <w:r>
        <w:t>Don’t come expecting a concentrated gay nightlife; Gozo’s appeal is rural, not raucous. Malta’s national legal protections and social acceptance carry across the channel, so same‑sex couples can travel openly , stroll hand in hand, book family rooms, and enjoy beaches without anxiety. If a lively club scene is your priority, split your stay: nights on Malta, slower days on Gozo.</w:t>
      </w:r>
      <w:r/>
    </w:p>
    <w:p>
      <w:pPr>
        <w:pStyle w:val="Heading2"/>
      </w:pPr>
      <w:r>
        <w:t>Pride and community events: When to go for visibility</w:t>
      </w:r>
      <w:r/>
    </w:p>
    <w:p>
      <w:r/>
      <w:r>
        <w:t>Gozo Pride is scheduled for Saturday 5 September 2026 in Victoria, organised by LGBTI+ Gozo, and the group stages other gatherings through the year. Visiting for Pride means you’ll see the island’s community come together in a public, celebratory way; arriving off‑season still offers chances to meet locals at socials and community runs. Check the LGBTI+ Gozo website for up‑to‑date listings before you book.</w:t>
      </w:r>
      <w:r/>
    </w:p>
    <w:p>
      <w:pPr>
        <w:pStyle w:val="Heading2"/>
      </w:pPr>
      <w:r>
        <w:t>Where to eat, drink and sleep: Friendly spots and practical picks</w:t>
      </w:r>
      <w:r/>
    </w:p>
    <w:p>
      <w:r/>
      <w:r>
        <w:t>You’ll find fresh seafood, village cafés and long lunches that stretch into sunset drinks; Que Bar in Qala has become a go‑to for a convivial evening and occasional queers‑friendly meet‑ups. For central convenience, The Duke Boutique Hotel in Victoria is often recommended for price and location, while smaller guesthouses advertise explicitly LGBTQ+-friendly stays on local directories. Pro tip: book ahead if you want a sea‑view terrace at peak season.</w:t>
      </w:r>
      <w:r/>
    </w:p>
    <w:p>
      <w:r/>
      <w:r>
        <w:t>Closing line</w:t>
      </w:r>
      <w:r/>
    </w:p>
    <w:p>
      <w:r/>
      <w:r>
        <w:t>It’s a small island with a big welcome , plan for slow days, salty swims and a community that’s quietly making itself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https://www.vacationer.travel/gozo-maltas-quieter-wilder-and-surprisingly-queer-island/</w:t>
        </w:r>
      </w:hyperlink>
      <w:r>
        <w:t xml:space="preserve"> - Please view link - unable to able to access data</w:t>
      </w:r>
      <w:r/>
    </w:p>
    <w:p>
      <w:pPr>
        <w:pStyle w:val="ListNumber"/>
        <w:spacing w:line="240" w:lineRule="auto"/>
        <w:ind w:left="720"/>
      </w:pPr>
      <w:r/>
      <w:hyperlink r:id="rId10">
        <w:r>
          <w:rPr>
            <w:color w:val="0000EE"/>
            <w:u w:val="single"/>
          </w:rPr>
          <w:t>https://www.lgbtigozo.com/</w:t>
        </w:r>
      </w:hyperlink>
      <w:r>
        <w:t xml:space="preserve"> - LGBTI+ Gozo is the only queer organisation on the island of Gozo, Malta. Established in 2015, it promotes equality and provides a safe space for queer Gozitans through social events, awareness campaigns, and educational programmes. The organisation offers services to queer youths, elders, and parents, and collaborates with educators, civil society, and the general public to foster diversity and inclusion within the Gozitan community. LGBTI+ Gozo is a recognised voluntary organisation and a proud member of ILGA-Europe, IGLYO, and the National Youth Council of Malta.</w:t>
      </w:r>
      <w:r/>
    </w:p>
    <w:p>
      <w:pPr>
        <w:pStyle w:val="ListNumber"/>
        <w:spacing w:line="240" w:lineRule="auto"/>
        <w:ind w:left="720"/>
      </w:pPr>
      <w:r/>
      <w:hyperlink r:id="rId12">
        <w:r>
          <w:rPr>
            <w:color w:val="0000EE"/>
            <w:u w:val="single"/>
          </w:rPr>
          <w:t>https://www.lgbtigozo.com/about</w:t>
        </w:r>
      </w:hyperlink>
      <w:r>
        <w:t xml:space="preserve"> - LGBTI+ Gozo, founded in May 2015, is the first and only LGBTIQ+ organisation in Gozo, Malta. It aims to create a safe space for queer individuals on the island, promoting diversity, inclusion, and transparency. The organisation hosts various events focusing on its motto: to embrace, share, and celebrate diversity. LGBTI+ Gozo offers national and international opportunities year-round, including free counselling, gender affirmation products, training, workshops, awareness campaigns, and creative endeavours. It partners with national and international organisations for events like Pride week and is active in policy forums, providing a voice for queer Gozitans at national and local government levels.</w:t>
      </w:r>
      <w:r/>
    </w:p>
    <w:p>
      <w:pPr>
        <w:pStyle w:val="ListNumber"/>
        <w:spacing w:line="240" w:lineRule="auto"/>
        <w:ind w:left="720"/>
      </w:pPr>
      <w:r/>
      <w:hyperlink r:id="rId11">
        <w:r>
          <w:rPr>
            <w:color w:val="0000EE"/>
            <w:u w:val="single"/>
          </w:rPr>
          <w:t>https://www.lgbtigozo.com/gozo-pride</w:t>
        </w:r>
      </w:hyperlink>
      <w:r>
        <w:t xml:space="preserve"> - Gozo Pride 2026 is scheduled for Saturday, 5 September 2026, in Victoria, Gozo. Organised by LGBTI+ Gozo, the event includes various activities such as the Pre-Pride Boat Party and Pride Village. The organisation seeks sponsors to support these initiatives and encourages community involvement. The Pride Village is set for Saturday, 5 September, with more details to be announced on LGBTI+ Gozo's social media platforms.</w:t>
      </w:r>
      <w:r/>
    </w:p>
    <w:p>
      <w:pPr>
        <w:pStyle w:val="ListNumber"/>
        <w:spacing w:line="240" w:lineRule="auto"/>
        <w:ind w:left="720"/>
      </w:pPr>
      <w:r/>
      <w:hyperlink r:id="rId13">
        <w:r>
          <w:rPr>
            <w:color w:val="0000EE"/>
            <w:u w:val="single"/>
          </w:rPr>
          <w:t>https://www.lgbtigozo.com/services</w:t>
        </w:r>
      </w:hyperlink>
      <w:r>
        <w:t xml:space="preserve"> - LGBTI+ Gozo offers a range of free services to support Gozo-based residents, including free psychosocial support, referrals, and training. These services are available to all members and allies of the community. The organisation provides free counselling to members, their families, and individuals working with LGBTQIA+ persons, with intake sessions, needs assessments, social work interventions, and referrals. The Qawsalla Hub (Rainbow Hub) in Victoria, Gozo, serves as a resource centre with a queer library and hosts various events. Additionally, LGBTI+ Gozo offers training on inclusion, diversity, LGBTI issues, human rights practices, and the legal framework in Malta.</w:t>
      </w:r>
      <w:r/>
    </w:p>
    <w:p>
      <w:pPr>
        <w:pStyle w:val="ListNumber"/>
        <w:spacing w:line="240" w:lineRule="auto"/>
        <w:ind w:left="720"/>
      </w:pPr>
      <w:r/>
      <w:hyperlink r:id="rId14">
        <w:r>
          <w:rPr>
            <w:color w:val="0000EE"/>
            <w:u w:val="single"/>
          </w:rPr>
          <w:t>https://pinkuk.com/events/europe/malta/gozo/victoria/pride-in-gozo-2026</w:t>
        </w:r>
      </w:hyperlink>
      <w:r>
        <w:t xml:space="preserve"> - Pride in Gozo 2026 is scheduled from 28 August to 5 September 2026 in Victoria, Gozo. The event includes the fourth Pride March, starting at It-Tokk at 18:30, with opening speeches near the Citadel Cinema. Live performances on the Pride Stage are set for 20:30, followed by an after-party at the Flamingo Club from 22:00 until 03:00. The event aims to celebrate love, diversity, and equality, bringing together the LGBTIQ+ community and its allies to promote inclusivity and acceptance in Gozo.</w:t>
      </w:r>
      <w:r/>
    </w:p>
    <w:p>
      <w:pPr>
        <w:pStyle w:val="ListNumber"/>
        <w:spacing w:line="240" w:lineRule="auto"/>
        <w:ind w:left="720"/>
      </w:pPr>
      <w:r/>
      <w:hyperlink r:id="rId15">
        <w:r>
          <w:rPr>
            <w:color w:val="0000EE"/>
            <w:u w:val="single"/>
          </w:rPr>
          <w:t>https://bev.mt/2022/08/26/lgbti-gozo-joins-bev-organisation-area/</w:t>
        </w:r>
      </w:hyperlink>
      <w:r>
        <w:t xml:space="preserve"> - In August 2022, LGBTI+ Gozo officially joined the 'A Bird’s Eye View’s Organisation Area'. The organisation, established in 2015, is the only queer organisation on Gozo, Malta, promoting equality and providing a safe space for queer Gozitans through social events, awareness campaigns, and educational programmes. LGBTI+ Gozo offers services to queer youths, elders, and parents, and collaborates with educators, civil society, and the general public to foster diversity and inclusion within the Gozitan community. It is a recognised voluntary organisation and a proud member of ILGA-Europe, IGLYO, and the National Youth Council of Malta.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gozo-maltas-quieter-wilder-and-surprisingly-queer-island/" TargetMode="External"/><Relationship Id="rId10" Type="http://schemas.openxmlformats.org/officeDocument/2006/relationships/hyperlink" Target="https://www.lgbtigozo.com/" TargetMode="External"/><Relationship Id="rId11" Type="http://schemas.openxmlformats.org/officeDocument/2006/relationships/hyperlink" Target="https://www.lgbtigozo.com/gozo-pride" TargetMode="External"/><Relationship Id="rId12" Type="http://schemas.openxmlformats.org/officeDocument/2006/relationships/hyperlink" Target="https://www.lgbtigozo.com/about" TargetMode="External"/><Relationship Id="rId13" Type="http://schemas.openxmlformats.org/officeDocument/2006/relationships/hyperlink" Target="https://www.lgbtigozo.com/services" TargetMode="External"/><Relationship Id="rId14" Type="http://schemas.openxmlformats.org/officeDocument/2006/relationships/hyperlink" Target="https://pinkuk.com/events/europe/malta/gozo/victoria/pride-in-gozo-2026" TargetMode="External"/><Relationship Id="rId15" Type="http://schemas.openxmlformats.org/officeDocument/2006/relationships/hyperlink" Target="https://bev.mt/2022/08/26/lgbti-gozo-joins-bev-organisation-ar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