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Wine Weekend Guide: What To Expect at Sonoma’s 15th Anniversary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sippers are heading to Sonoma as Gay Wine Weekend marks its 15th anniversary; queer guests from across the US gather for tastings, parties, drag brunches and charity auctions that raise funds for local HIV services , here’s what to know, what’s worth your ticket, and how to enjoy it like a pro.</w:t>
      </w:r>
      <w:r/>
    </w:p>
    <w:p>
      <w:r/>
      <w:r>
        <w:t>Essential Takeaways</w:t>
      </w:r>
      <w:r/>
      <w:r/>
    </w:p>
    <w:p>
      <w:pPr>
        <w:pStyle w:val="ListBullet"/>
        <w:spacing w:line="240" w:lineRule="auto"/>
        <w:ind w:left="720"/>
      </w:pPr>
      <w:r/>
      <w:r>
        <w:rPr>
          <w:b/>
        </w:rPr>
        <w:t>Who attends:</w:t>
      </w:r>
      <w:r>
        <w:t xml:space="preserve"> A lively, predominantly queer crowd drawn to wine, community, and themed parties; expect warm vibes and creative outfits. </w:t>
      </w:r>
      <w:r/>
    </w:p>
    <w:p>
      <w:pPr>
        <w:pStyle w:val="ListBullet"/>
        <w:spacing w:line="240" w:lineRule="auto"/>
        <w:ind w:left="720"/>
      </w:pPr>
      <w:r/>
      <w:r>
        <w:rPr>
          <w:b/>
        </w:rPr>
        <w:t>Top events:</w:t>
      </w:r>
      <w:r>
        <w:t xml:space="preserve"> VIP tastings, a Winemaker Dinner, Twilight T‑Dance under the stars, Drag Queen Brunch and a Closing Pool Soirée with playful surprises. </w:t>
      </w:r>
      <w:r/>
    </w:p>
    <w:p>
      <w:pPr>
        <w:pStyle w:val="ListBullet"/>
        <w:spacing w:line="240" w:lineRule="auto"/>
        <w:ind w:left="720"/>
      </w:pPr>
      <w:r/>
      <w:r>
        <w:rPr>
          <w:b/>
        </w:rPr>
        <w:t>Charity impact:</w:t>
      </w:r>
      <w:r>
        <w:t xml:space="preserve"> The weekend supports Face to Face, Sonoma County’s major HIV organisation; past auctions have raised substantial sums. </w:t>
      </w:r>
      <w:r/>
    </w:p>
    <w:p>
      <w:pPr>
        <w:pStyle w:val="ListBullet"/>
        <w:spacing w:line="240" w:lineRule="auto"/>
        <w:ind w:left="720"/>
      </w:pPr>
      <w:r/>
      <w:r>
        <w:rPr>
          <w:b/>
        </w:rPr>
        <w:t>Venue feel:</w:t>
      </w:r>
      <w:r>
        <w:t xml:space="preserve"> Luxury lodging at the Lodge at Sonoma, scenic winery stops from architect-designed estates to family-run farms, and garden venues with art installations. </w:t>
      </w:r>
      <w:r/>
    </w:p>
    <w:p>
      <w:pPr>
        <w:pStyle w:val="ListBullet"/>
        <w:spacing w:line="240" w:lineRule="auto"/>
        <w:ind w:left="720"/>
      </w:pPr>
      <w:r/>
      <w:r>
        <w:rPr>
          <w:b/>
        </w:rPr>
        <w:t>Practical notes:</w:t>
      </w:r>
      <w:r>
        <w:t xml:space="preserve"> Tickets can be bought per event; VIP passes carry a premium. Plan shuttles and hydration , it’s sunny, social, and often boozy.</w:t>
      </w:r>
      <w:r/>
      <w:r/>
    </w:p>
    <w:p>
      <w:pPr>
        <w:pStyle w:val="Heading2"/>
      </w:pPr>
      <w:r>
        <w:t>Why Gay Wine Weekend feels like a queer summer ritual</w:t>
      </w:r>
      <w:r/>
    </w:p>
    <w:p>
      <w:r/>
      <w:r>
        <w:t>The strongest pull of Gay Wine Weekend is the communal buzz , everyone’s there to drink, laugh, reconnect and celebrate. The weekend blends wine tourism with nightlife staples: tastings by local vintners, dinner pairings, and a festival atmosphere that’s equal parts elegant and campy. Out in the Vineyard organises the program, and the 15th anniversary emphasised both glamour and heart, with parties staged at gardens, private estates and Sonoma staples. If you love mingling with strangers who quickly become friends, this is tailor‑made.</w:t>
      </w:r>
      <w:r/>
    </w:p>
    <w:p>
      <w:pPr>
        <w:pStyle w:val="Heading2"/>
      </w:pPr>
      <w:r>
        <w:t>What the vineyard visits actually look and feel like</w:t>
      </w:r>
      <w:r/>
    </w:p>
    <w:p>
      <w:r/>
      <w:r>
        <w:t>Expect variety. You’ll tour minimalist, architecturally striking estates with curated tasting rooms one minute, then land at a rustic family winery the next where kids and dogs amble across the lawn. Hosts often mix serious wine talk , harvesting practices, oak choices, climate impacts , with relaxed tasting atmospheres and picnic‑style lunches. For practical planning, choose tours that match your pace: reserve the architecturally focused stops if you want tasting notes and stories, or opt for family‑run venues if you want easygoing picnic vibes.</w:t>
      </w:r>
      <w:r/>
    </w:p>
    <w:p>
      <w:pPr>
        <w:pStyle w:val="Heading2"/>
      </w:pPr>
      <w:r>
        <w:t>Events that stand out , and which tickets to prioritise</w:t>
      </w:r>
      <w:r/>
    </w:p>
    <w:p>
      <w:r/>
      <w:r>
        <w:t>The Winemaker Dinner is a must if you’re into food-and-wine pairings and intimate conversation with vintners. The Twilight T‑Dance is where the weekend’s energy peaks: DJs, creative costumes and outdoor dancing beneath the stars. Drag Queen Brunch combines performance with fundraising energy , the auction there is the philanthropic backbone of the weekend. If you’re on a budget, pick and choose individual events; VIP party passes are convenient but pricey, and many attendees report the value comes from the exclusive tastings and shorter lines.</w:t>
      </w:r>
      <w:r/>
    </w:p>
    <w:p>
      <w:pPr>
        <w:pStyle w:val="Heading2"/>
      </w:pPr>
      <w:r>
        <w:t>Where to stay and how to get around</w:t>
      </w:r>
      <w:r/>
    </w:p>
    <w:p>
      <w:r/>
      <w:r>
        <w:t>The Lodge at Sonoma tends to be the hub, offering cottage-style rooms, fireplaces and a heated pool, though rates spike during concurrent events like local races. Shuttles run between the hotel, the plaza and major venues, so you can leave driving to organisers and relax. My tip: book off-season or shared rooms early for better rates, and bring layers , evenings in the valley cool down quickly after sunny afternoons.</w:t>
      </w:r>
      <w:r/>
    </w:p>
    <w:p>
      <w:pPr>
        <w:pStyle w:val="Heading2"/>
      </w:pPr>
      <w:r>
        <w:t>The fundraising and community angle you shouldn’t overlook</w:t>
      </w:r>
      <w:r/>
    </w:p>
    <w:p>
      <w:r/>
      <w:r>
        <w:t>Beyond the parties, Gay Wine Weekend has a clear philanthropic mission. The auction supports Face to Face and has raised significant funds over the years, which is central to the event’s legacy. Organisers and winemakers often speak about community building and allyship, making the weekend feel less like mere tourism and more like a reunion with purpose. If giving back matters to you, bid at the auction or buy tickets to charity-linked events.</w:t>
      </w:r>
      <w:r/>
    </w:p>
    <w:p>
      <w:pPr>
        <w:pStyle w:val="Heading2"/>
      </w:pPr>
      <w:r>
        <w:t>Quick tips for first-timers (and veterans who want to level up)</w:t>
      </w:r>
      <w:r/>
      <w:r/>
    </w:p>
    <w:p>
      <w:pPr>
        <w:pStyle w:val="ListBullet"/>
        <w:spacing w:line="240" w:lineRule="auto"/>
        <w:ind w:left="720"/>
      </w:pPr>
      <w:r/>
      <w:r>
        <w:t xml:space="preserve">Hydrate and snack between tastings; day drinking in summer sun sneaks up on you. </w:t>
      </w:r>
      <w:r/>
    </w:p>
    <w:p>
      <w:pPr>
        <w:pStyle w:val="ListBullet"/>
        <w:spacing w:line="240" w:lineRule="auto"/>
        <w:ind w:left="720"/>
      </w:pPr>
      <w:r/>
      <w:r>
        <w:t xml:space="preserve">Bring a small tote for purchases and a reusable water bottle for refills. </w:t>
      </w:r>
      <w:r/>
    </w:p>
    <w:p>
      <w:pPr>
        <w:pStyle w:val="ListBullet"/>
        <w:spacing w:line="240" w:lineRule="auto"/>
        <w:ind w:left="720"/>
      </w:pPr>
      <w:r/>
      <w:r>
        <w:t xml:space="preserve">Dress for range: vineyard chic by day, dancing gear by night , and comfy shoes for walking. </w:t>
      </w:r>
      <w:r/>
    </w:p>
    <w:p>
      <w:pPr>
        <w:pStyle w:val="ListBullet"/>
        <w:spacing w:line="240" w:lineRule="auto"/>
        <w:ind w:left="720"/>
      </w:pPr>
      <w:r/>
      <w:r>
        <w:t xml:space="preserve">Book tastings or dinners that name winemakers if you want depth; tour stops vary from high design to rustic charm. </w:t>
      </w:r>
      <w:r/>
    </w:p>
    <w:p>
      <w:pPr>
        <w:pStyle w:val="ListBullet"/>
        <w:spacing w:line="240" w:lineRule="auto"/>
        <w:ind w:left="720"/>
      </w:pPr>
      <w:r/>
      <w:r>
        <w:t>Pace your auction bids: the fundraising atmosphere is infectious, and the lots can climb quickly.</w:t>
      </w:r>
      <w:r/>
      <w:r/>
    </w:p>
    <w:p>
      <w:r/>
      <w:r>
        <w:t>It’s a small change that can make each sip and every conversation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11">
        <w:r>
          <w:rPr>
            <w:color w:val="0000EE"/>
            <w:u w:val="single"/>
          </w:rPr>
          <w:t>[3]</w:t>
        </w:r>
      </w:hyperlink>
      <w:r>
        <w:t xml:space="preserve">, </w:t>
      </w:r>
      <w:hyperlink r:id="rId12">
        <w:r>
          <w:rPr>
            <w:color w:val="0000EE"/>
            <w:u w:val="single"/>
          </w:rPr>
          <w:t>[5]</w:t>
        </w:r>
      </w:hyperlink>
      <w:r>
        <w:t xml:space="preserve">- Paragraph 7: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https://www.out.com/travel-nightlife/gay-wine-weekend-15th-anniversary</w:t>
        </w:r>
      </w:hyperlink>
      <w:r>
        <w:t xml:space="preserve"> - Please view link - unable to able to access data</w:t>
      </w:r>
      <w:r/>
    </w:p>
    <w:p>
      <w:pPr>
        <w:pStyle w:val="ListNumber"/>
        <w:spacing w:line="240" w:lineRule="auto"/>
        <w:ind w:left="720"/>
      </w:pPr>
      <w:r/>
      <w:hyperlink r:id="rId10">
        <w:r>
          <w:rPr>
            <w:color w:val="0000EE"/>
            <w:u w:val="single"/>
          </w:rPr>
          <w:t>https://www.outinthevineyard.com/gay-wine-weekend-2023-demo</w:t>
        </w:r>
      </w:hyperlink>
      <w:r>
        <w:t xml:space="preserve"> - Out in the Vineyard's Gay Wine Weekend returns to Sonoma Valley for its 15th anniversary, celebrating community in 'our Wine Country'. The event features world-class wine and culinary delights, music, and dancing in a private estate vineyard. Attendees can enjoy VIP receptions, wine excursions, a drag queen brunch, a wine auction, and a pool party. The event is scheduled for July 17-19, 2026, with tickets now on sale. The host hotel is The Lodge at Sonoma, offering convenient access to all events.</w:t>
      </w:r>
      <w:r/>
    </w:p>
    <w:p>
      <w:pPr>
        <w:pStyle w:val="ListNumber"/>
        <w:spacing w:line="240" w:lineRule="auto"/>
        <w:ind w:left="720"/>
      </w:pPr>
      <w:r/>
      <w:hyperlink r:id="rId11">
        <w:r>
          <w:rPr>
            <w:color w:val="0000EE"/>
            <w:u w:val="single"/>
          </w:rPr>
          <w:t>https://www.sonomavalley.com/event/gay-wine-weekend-2026/22126/</w:t>
        </w:r>
      </w:hyperlink>
      <w:r>
        <w:t xml:space="preserve"> - The 15th Annual Gay Wine Weekend, presented by Out in the Vineyard, is set for July 17-19, 2026, in Sonoma Valley. The event aims to spotlight Sonoma Valley’s welcoming wine community and create space for LGBTQ+ connection and visibility. Highlights include wine-focused experiences, social gatherings, and celebratory events highlighting Sonoma Valley hospitality. A notable event is the Twilight T-Dance, hosted for the first time at Cornerstone Sonoma, inviting guests to dance under the stars while enjoying regional wines.</w:t>
      </w:r>
      <w:r/>
    </w:p>
    <w:p>
      <w:pPr>
        <w:pStyle w:val="ListNumber"/>
        <w:spacing w:line="240" w:lineRule="auto"/>
        <w:ind w:left="720"/>
      </w:pPr>
      <w:r/>
      <w:hyperlink r:id="rId14">
        <w:r>
          <w:rPr>
            <w:color w:val="0000EE"/>
            <w:u w:val="single"/>
          </w:rPr>
          <w:t>https://www.gaydesertguide.com/events/gay-wine-weekend-2026-15th-anniversary-celebration/</w:t>
        </w:r>
      </w:hyperlink>
      <w:r>
        <w:t xml:space="preserve"> - Celebrating 15 years of Gay Wine Weekend, the event returns to Sonoma Valley from July 17-19, 2026. Attendees can experience world-class wine, culinary delights, and unforgettable celebrations in one of the most famous luxury destinations. Weekend highlights include a VIP Opening Reception, Winemaker Dinners, Winery Tours, Twilight T-Dance, Drag Queen Brunch &amp; Wine Auction, Closing Pool Soiree, and after-parties. The host hotel is The Lodge at Sonoma, conveniently located five blocks from Sonoma Town Square.</w:t>
      </w:r>
      <w:r/>
    </w:p>
    <w:p>
      <w:pPr>
        <w:pStyle w:val="ListNumber"/>
        <w:spacing w:line="240" w:lineRule="auto"/>
        <w:ind w:left="720"/>
      </w:pPr>
      <w:r/>
      <w:hyperlink r:id="rId12">
        <w:r>
          <w:rPr>
            <w:color w:val="0000EE"/>
            <w:u w:val="single"/>
          </w:rPr>
          <w:t>https://travelm.de/en-US/article/en-gay-wine-weekend-celebrates-15th-anniversary-in-sonoma-valley</w:t>
        </w:r>
      </w:hyperlink>
      <w:r>
        <w:t xml:space="preserve"> - Gay Wine Weekend returned to Sonoma Valley from July 17 to July 19, 2026, celebrating its 15th anniversary. Organised by Out in the Vineyard, the three-day event united LGBTQ+ travellers, allies, winemakers, and local hosts for a weekend filled with wine, community, and culture of welcome. This return to the heart of Sonoma was an emotional and symbolically powerful highlight of the year.</w:t>
      </w:r>
      <w:r/>
    </w:p>
    <w:p>
      <w:pPr>
        <w:pStyle w:val="ListNumber"/>
        <w:spacing w:line="240" w:lineRule="auto"/>
        <w:ind w:left="720"/>
      </w:pPr>
      <w:r/>
      <w:hyperlink r:id="rId13">
        <w:r>
          <w:rPr>
            <w:color w:val="0000EE"/>
            <w:u w:val="single"/>
          </w:rPr>
          <w:t>https://www.ebar.com/story/167943/Events/Nightlife%20Events/Wine%20Weekend%2C%20Lazy%20Bear%20mark%20summer%20fun%20%E2%80%93%20Wine%20Country%20event%20turns%2015%20as%20the%20bear%20jamboree%20turns%2030</w:t>
        </w:r>
      </w:hyperlink>
      <w:r>
        <w:t xml:space="preserve"> - The North Bay’s vineyards and woods have long attracted LGBTQ visitors to their summer events. From July 17 through July 19, Sonoma’s Gay Wine Weekend celebrated its 15th Anniversary. The event included a VIP reception, winemaker dinners, winery tours, a Twilight T-dance, after-parties, a drag queen brunch and auction, and a pool party. The three-day Gay Wine Weekend is the brainchild of hospitality veteran, community leader, and world-class Barbra Streisand fan Gary Saperstein.</w:t>
      </w:r>
      <w:r/>
    </w:p>
    <w:p>
      <w:pPr>
        <w:pStyle w:val="ListNumber"/>
        <w:spacing w:line="240" w:lineRule="auto"/>
        <w:ind w:left="720"/>
      </w:pPr>
      <w:r/>
      <w:hyperlink r:id="rId15">
        <w:r>
          <w:rPr>
            <w:color w:val="0000EE"/>
            <w:u w:val="single"/>
          </w:rPr>
          <w:t>https://www.watermarkoutnews.com/2026/05/14/gay-wine-weekend-to-celebrate-15-years-in-sonoma-valley/</w:t>
        </w:r>
      </w:hyperlink>
      <w:r>
        <w:t xml:space="preserve"> - Hundreds of wine enthusiasts gathered in Sonoma Valley from July 17-19 for the 15th annual Gay Wine Weekend. The event, held in the birthplace of California wine, featured world-class wine, culinary delights, and unforgettable celebrations. The regional nonprofit Face to Face, which connects the local community to practical care and support, benefited from the event. The annual weekend has raised over $700,000 across the years for the organization, which has been helping the LGBTQ+ community since 1983.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travel-nightlife/gay-wine-weekend-15th-anniversary" TargetMode="External"/><Relationship Id="rId10" Type="http://schemas.openxmlformats.org/officeDocument/2006/relationships/hyperlink" Target="https://www.outinthevineyard.com/gay-wine-weekend-2023-demo" TargetMode="External"/><Relationship Id="rId11" Type="http://schemas.openxmlformats.org/officeDocument/2006/relationships/hyperlink" Target="https://www.sonomavalley.com/event/gay-wine-weekend-2026/22126/" TargetMode="External"/><Relationship Id="rId12" Type="http://schemas.openxmlformats.org/officeDocument/2006/relationships/hyperlink" Target="https://travelm.de/en-US/article/en-gay-wine-weekend-celebrates-15th-anniversary-in-sonoma-valley" TargetMode="External"/><Relationship Id="rId13" Type="http://schemas.openxmlformats.org/officeDocument/2006/relationships/hyperlink" Target="https://www.ebar.com/story/167943/Events/Nightlife%20Events/Wine%20Weekend%2C%20Lazy%20Bear%20mark%20summer%20fun%20%E2%80%93%20Wine%20Country%20event%20turns%2015%20as%20the%20bear%20jamboree%20turns%2030" TargetMode="External"/><Relationship Id="rId14" Type="http://schemas.openxmlformats.org/officeDocument/2006/relationships/hyperlink" Target="https://www.gaydesertguide.com/events/gay-wine-weekend-2026-15th-anniversary-celebration/" TargetMode="External"/><Relationship Id="rId15" Type="http://schemas.openxmlformats.org/officeDocument/2006/relationships/hyperlink" Target="https://www.watermarkoutnews.com/2026/05/14/gay-wine-weekend-to-celebrate-15-years-in-sonoma-vall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