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Bingo Night: Houseplants &amp; High Heels at Lincoln City Cultural Center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a bingo ball, a bouquet of laughs and a houseplant, Shoppers and locals are flocking to Lincoln City this Saturday for Drag Bingo: Houseplants &amp; High Heels, a playful, plant-filled evening that pairs queer celebration with bingo, prizes and vendors. Doors open at 5:30pm; tickets include a plant and five rounds of bingo.</w:t>
      </w:r>
      <w:r/>
    </w:p>
    <w:p>
      <w:r/>
      <w:r>
        <w:t>Essential Takeaways</w:t>
      </w:r>
      <w:r/>
      <w:r/>
    </w:p>
    <w:p>
      <w:pPr>
        <w:pStyle w:val="ListBullet"/>
        <w:spacing w:line="240" w:lineRule="auto"/>
        <w:ind w:left="720"/>
      </w:pPr>
      <w:r/>
      <w:r>
        <w:rPr>
          <w:b/>
        </w:rPr>
        <w:t>What it is:</w:t>
      </w:r>
      <w:r>
        <w:t xml:space="preserve"> A 21+ drag bingo night hosted by Seattle's Sativa the Queen with five bingo rounds, a drag set and raffle prizes. </w:t>
      </w:r>
      <w:r/>
    </w:p>
    <w:p>
      <w:pPr>
        <w:pStyle w:val="ListBullet"/>
        <w:spacing w:line="240" w:lineRule="auto"/>
        <w:ind w:left="720"/>
      </w:pPr>
      <w:r/>
      <w:r>
        <w:rPr>
          <w:b/>
        </w:rPr>
        <w:t>Included:</w:t>
      </w:r>
      <w:r>
        <w:t xml:space="preserve"> Every ticket gives admission to all games, one raffle ticket and a houseplant to take home, expect plant-themed prize baskets too. </w:t>
      </w:r>
      <w:r/>
    </w:p>
    <w:p>
      <w:pPr>
        <w:pStyle w:val="ListBullet"/>
        <w:spacing w:line="240" w:lineRule="auto"/>
        <w:ind w:left="720"/>
      </w:pPr>
      <w:r/>
      <w:r>
        <w:rPr>
          <w:b/>
        </w:rPr>
        <w:t>Who’s behind it:</w:t>
      </w:r>
      <w:r>
        <w:t xml:space="preserve"> Organised by Out in L.C., a group that builds inclusive events for LGBTQ+ community members, allies and visitors on the Oregon Coast. </w:t>
      </w:r>
      <w:r/>
    </w:p>
    <w:p>
      <w:pPr>
        <w:pStyle w:val="ListBullet"/>
        <w:spacing w:line="240" w:lineRule="auto"/>
        <w:ind w:left="720"/>
      </w:pPr>
      <w:r/>
      <w:r>
        <w:rPr>
          <w:b/>
        </w:rPr>
        <w:t>When and where:</w:t>
      </w:r>
      <w:r>
        <w:t xml:space="preserve"> Saturday, doors 5:30pm; bingo and entertainment start 6:15pm at Lincoln City Cultural Center, 540 NE Hwy. 101. </w:t>
      </w:r>
      <w:r/>
    </w:p>
    <w:p>
      <w:pPr>
        <w:pStyle w:val="ListBullet"/>
        <w:spacing w:line="240" w:lineRule="auto"/>
        <w:ind w:left="720"/>
      </w:pPr>
      <w:r/>
      <w:r>
        <w:rPr>
          <w:b/>
        </w:rPr>
        <w:t>Ticket price:</w:t>
      </w:r>
      <w:r>
        <w:t xml:space="preserve"> $22; more info and tickets available via the Lincoln City Cultural Center website.</w:t>
      </w:r>
      <w:r/>
      <w:r/>
    </w:p>
    <w:p>
      <w:pPr>
        <w:pStyle w:val="Heading2"/>
      </w:pPr>
      <w:r>
        <w:t>Why this night feels different: plants, pride and sparkle</w:t>
      </w:r>
      <w:r/>
    </w:p>
    <w:p>
      <w:r/>
      <w:r>
        <w:t>This isn’t your nana’s bingo night, the room will smell faintly of potting soil and perfume, a combo that somehow works. Organisers have mixed classic community bingo with a drag show and botanical giveaways to make the evening both social and sensory. According to event details on the Lincoln City Cultural Center site, every ticket comes with a houseplant, which both lowers the barrier for newcomers and gives winners something green to fuss over afterward.</w:t>
      </w:r>
      <w:r/>
    </w:p>
    <w:p>
      <w:r/>
      <w:r>
        <w:t>Backstory: Out in L.C. started as a grassroots effort to create regular, welcoming spaces for queer folk and allies along the coast, and events like this show how small groups can turn classic formats into inclusive community builders. Expect playful banter from the host and plenty of eye-catching outfits, Sativa the Queen brings Seattle polish and a lively stage presence.</w:t>
      </w:r>
      <w:r/>
    </w:p>
    <w:p>
      <w:pPr>
        <w:pStyle w:val="Heading2"/>
      </w:pPr>
      <w:r>
        <w:t>What to expect at the event: format and small delights</w:t>
      </w:r>
      <w:r/>
    </w:p>
    <w:p>
      <w:r/>
      <w:r>
        <w:t>Doors open at 5:30pm so you can browse local vendors selling handmade and plant-themed items before the show. Bingo and entertainment kick off at 6:15pm with five rounds scheduled, plus raffle draws and a drag performance sandwiched in. Tickets include one raffle ticket and a plant, but organisers say there will be additional opportunities to win botanical-themed prize baskets donated by local businesses.</w:t>
      </w:r>
      <w:r/>
    </w:p>
    <w:p>
      <w:r/>
      <w:r>
        <w:t>Practical tip: arrive early to scope the vendor tables and claim good seats, these community rooms fill quickly, and the plant giveaway makes the line move fast. If you’re plant-curious, bring a small tote or box to protect your new green friend on the trip home.</w:t>
      </w:r>
      <w:r/>
    </w:p>
    <w:p>
      <w:pPr>
        <w:pStyle w:val="Heading2"/>
      </w:pPr>
      <w:r>
        <w:t>Who should go, and why it matters</w:t>
      </w:r>
      <w:r/>
    </w:p>
    <w:p>
      <w:r/>
      <w:r>
        <w:t>This is a 21-and-over event aimed at LGBTQ+ community members, allies and anyone who likes a lively night out. Out in L.C.’s chair Tawni Ferguson has said the goal is to foster connection in welcoming spaces, and the mix of bingo, drag and plants gives people multiple reasons to show up: socialising, supporting queer culture, or simply taking home a new pothos or succulent.</w:t>
      </w:r>
      <w:r/>
    </w:p>
    <w:p>
      <w:r/>
      <w:r>
        <w:t>Community impact: events like this help normalise queer visibility in small towns and offer low-pressure ways to meet people. If you’re nervous about your first queer-focused event, know this: organisers design these nights to be friendly and accessible.</w:t>
      </w:r>
      <w:r/>
    </w:p>
    <w:p>
      <w:pPr>
        <w:pStyle w:val="Heading2"/>
      </w:pPr>
      <w:r>
        <w:t>How to get tickets and practical travel notes</w:t>
      </w:r>
      <w:r/>
    </w:p>
    <w:p>
      <w:r/>
      <w:r>
        <w:t>Tickets are $22 and include the plant and all five bingo games; buy them via the Lincoln City Cultural Center’s website. The venue sits on Highway 101, a short walk or drive from Lincoln City’s central attractions, so it’s easy to combine the night with dinner or a coastal stroll. Parking and accessibility info are available on the cultural centre’s site, check ahead if you need specific accommodations.</w:t>
      </w:r>
      <w:r/>
    </w:p>
    <w:p>
      <w:r/>
      <w:r>
        <w:t>If you’re driving from out of town, consider staying local and making a weekend of it, Lincoln City has cafes, galleries and a shoreline that’s great for a brisk morning walk after a night of glitter and green.</w:t>
      </w:r>
      <w:r/>
    </w:p>
    <w:p>
      <w:pPr>
        <w:pStyle w:val="Heading2"/>
      </w:pPr>
      <w:r>
        <w:t>Quick tips for bingo beginners</w:t>
      </w:r>
      <w:r/>
    </w:p>
    <w:p>
      <w:r/>
      <w:r>
        <w:t>Bring a small tray or flat surface for your bingo cards, pace your drinks if you want to stay focused, and don’t be afraid to shout BINGO, enthusiasm is welcomed. If you want to learn more about houseplant care, vendor tables and prize baskets often include books and local expertise, so ask questions and swap tips.</w:t>
      </w:r>
      <w:r/>
    </w:p>
    <w:p>
      <w:r/>
      <w:r>
        <w:t>It’s a small change that can make one night out feel warm, inclusive and a little bit wild.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11">
        <w:r>
          <w:rPr>
            <w:color w:val="0000EE"/>
            <w:u w:val="single"/>
          </w:rPr>
          <w:t>[3]</w:t>
        </w:r>
      </w:hyperlink>
      <w:r>
        <w:t xml:space="preserve">, </w:t>
      </w:r>
      <w:hyperlink r:id="rId12">
        <w:r>
          <w:rPr>
            <w:color w:val="0000EE"/>
            <w:u w:val="single"/>
          </w:rPr>
          <w:t>[4]</w:t>
        </w:r>
      </w:hyperlink>
      <w:r>
        <w:t xml:space="preserve">- Paragraph 6: </w:t>
      </w:r>
      <w:hyperlink r:id="rId11">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https://www.oregoncoasttoday.com/home/life-without-plants-is-a-real-drag</w:t>
        </w:r>
      </w:hyperlink>
      <w:r>
        <w:t xml:space="preserve"> - Please view link - unable to able to access data</w:t>
      </w:r>
      <w:r/>
    </w:p>
    <w:p>
      <w:pPr>
        <w:pStyle w:val="ListNumber"/>
        <w:spacing w:line="240" w:lineRule="auto"/>
        <w:ind w:left="720"/>
      </w:pPr>
      <w:r/>
      <w:hyperlink r:id="rId10">
        <w:r>
          <w:rPr>
            <w:color w:val="0000EE"/>
            <w:u w:val="single"/>
          </w:rPr>
          <w:t>https://boilerbaybeacon.com/beacon-events/</w:t>
        </w:r>
      </w:hyperlink>
      <w:r>
        <w:t xml:space="preserve"> - The Boiler Bay Beacon provides a detailed overview of the 'Drag Bingo – Houseplants &amp; High Heels' event hosted by Out in L.C. at the Lincoln City Cultural Center. The event, scheduled for August 29, 2026, features five rounds of bingo, a drag performance by Sativa the Queen, raffle prizes, and local vendors offering handmade goods and plant-themed items. Tickets are priced at $22 and include admission to all five bingo games, one raffle ticket, and a houseplant to take home. The event aims to create a welcoming space for the LGBTQ+ community and allies.</w:t>
      </w:r>
      <w:r/>
    </w:p>
    <w:p>
      <w:pPr>
        <w:pStyle w:val="ListNumber"/>
        <w:spacing w:line="240" w:lineRule="auto"/>
        <w:ind w:left="720"/>
      </w:pPr>
      <w:r/>
      <w:hyperlink r:id="rId11">
        <w:r>
          <w:rPr>
            <w:color w:val="0000EE"/>
            <w:u w:val="single"/>
          </w:rPr>
          <w:t>https://www.lincolncity-culturalcenter.org/</w:t>
        </w:r>
      </w:hyperlink>
      <w:r>
        <w:t xml:space="preserve"> - The Lincoln City Cultural Center serves as a hub for arts and learning in Lincoln City, Oregon. Located at 540 NE Hwy 101, the center offers a variety of activities, including art galleries, performances, and classes. It hosts events like the 'Drag Bingo – Houseplants &amp; High Heels' on August 29, 2026, organized by Out in L.C. The center is committed to fostering meaningful connections, supporting artists, and building community through diverse cultural experiences.</w:t>
      </w:r>
      <w:r/>
    </w:p>
    <w:p>
      <w:pPr>
        <w:pStyle w:val="ListNumber"/>
        <w:spacing w:line="240" w:lineRule="auto"/>
        <w:ind w:left="720"/>
      </w:pPr>
      <w:r/>
      <w:hyperlink r:id="rId12">
        <w:r>
          <w:rPr>
            <w:color w:val="0000EE"/>
            <w:u w:val="single"/>
          </w:rPr>
          <w:t>https://www.explorelincolncity.com/directory/lincoln-city-cultural-center/</w:t>
        </w:r>
      </w:hyperlink>
      <w:r>
        <w:t xml:space="preserve"> - Explore Lincoln City provides information about the Lincoln City Cultural Center, highlighting its role as a community hub for artistic expression. The center, housed in the historic DeLake School building, features a performance hall, art gallery, and studios for various classes. It hosts events like the 'Drag Bingo – Houseplants &amp; High Heels' on August 29, 2026, organized by Out in L.C. The center aims to enrich lives through arts and culture, offering a range of experiences for visitors and residents alike.</w:t>
      </w:r>
      <w:r/>
    </w:p>
    <w:p>
      <w:pPr>
        <w:pStyle w:val="ListNumber"/>
        <w:spacing w:line="240" w:lineRule="auto"/>
        <w:ind w:left="720"/>
      </w:pPr>
      <w:r/>
      <w:hyperlink r:id="rId13">
        <w:r>
          <w:rPr>
            <w:color w:val="0000EE"/>
            <w:u w:val="single"/>
          </w:rPr>
          <w:t>https://www.klcc.org/community-calendar/event/yachats-pride-rhinestone-rodeo-club-27-04-2026-17-01-36</w:t>
        </w:r>
      </w:hyperlink>
      <w:r>
        <w:t xml:space="preserve"> - KLCC's community calendar features the Yachats Pride: Rhinestone Rodeo Club event, a three-day LGBTQ+ Pride festival held in Yachats, Oregon, from June 5 to June 7, 2026. The festival includes a Western variety show, community bingo, a petting zoo, and a hoedown dance party. It aims to celebrate queer joy and foster community connections on the Oregon Coast, with events suitable for all ages and backgrounds.</w:t>
      </w:r>
      <w:r/>
    </w:p>
    <w:p>
      <w:pPr>
        <w:pStyle w:val="ListNumber"/>
        <w:spacing w:line="240" w:lineRule="auto"/>
        <w:ind w:left="720"/>
      </w:pPr>
      <w:r/>
      <w:hyperlink r:id="rId14">
        <w:r>
          <w:rPr>
            <w:color w:val="0000EE"/>
            <w:u w:val="single"/>
          </w:rPr>
          <w:t>https://www.visityachats.org/events/yachats-pride-festival</w:t>
        </w:r>
      </w:hyperlink>
      <w:r>
        <w:t xml:space="preserve"> - Visit Yachats provides details about the Yachats Pride Festival, a three-day LGBTQIA+ Pride festival held annually in Yachats, Oregon. The 2026 event, themed 'Rhinestone Rodeo Club,' includes a Western variety show, community bingo, a petting zoo, and a hoedown dance party. The festival is committed to accessibility, with many events offered on a sliding scale, and is entirely volunteer-run, welcoming everyone to celebrate queer joy on the central Oregon Coast.</w:t>
      </w:r>
      <w:r/>
    </w:p>
    <w:p>
      <w:pPr>
        <w:pStyle w:val="ListNumber"/>
        <w:spacing w:line="240" w:lineRule="auto"/>
        <w:ind w:left="720"/>
      </w:pPr>
      <w:r/>
      <w:hyperlink r:id="rId15">
        <w:r>
          <w:rPr>
            <w:color w:val="0000EE"/>
            <w:u w:val="single"/>
          </w:rPr>
          <w:t>https://www.newportoregonpride.com/</w:t>
        </w:r>
      </w:hyperlink>
      <w:r>
        <w:t xml:space="preserve"> - Newport Oregon Pride's 5th Annual event weekend is scheduled for September 18-20, 2026. The event aims to celebrate and support the LGBTQIA2S+ community on the Oregon coast, offering a range of activities and festivities. Attendees can look forward to various events, including performances, community gatherings, and more, fostering inclusivity and pride within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regoncoasttoday.com/home/life-without-plants-is-a-real-drag" TargetMode="External"/><Relationship Id="rId10" Type="http://schemas.openxmlformats.org/officeDocument/2006/relationships/hyperlink" Target="https://boilerbaybeacon.com/beacon-events/" TargetMode="External"/><Relationship Id="rId11" Type="http://schemas.openxmlformats.org/officeDocument/2006/relationships/hyperlink" Target="https://www.lincolncity-culturalcenter.org/" TargetMode="External"/><Relationship Id="rId12" Type="http://schemas.openxmlformats.org/officeDocument/2006/relationships/hyperlink" Target="https://www.explorelincolncity.com/directory/lincoln-city-cultural-center/" TargetMode="External"/><Relationship Id="rId13" Type="http://schemas.openxmlformats.org/officeDocument/2006/relationships/hyperlink" Target="https://www.klcc.org/community-calendar/event/yachats-pride-rhinestone-rodeo-club-27-04-2026-17-01-36" TargetMode="External"/><Relationship Id="rId14" Type="http://schemas.openxmlformats.org/officeDocument/2006/relationships/hyperlink" Target="https://www.visityachats.org/events/yachats-pride-festival" TargetMode="External"/><Relationship Id="rId15" Type="http://schemas.openxmlformats.org/officeDocument/2006/relationships/hyperlink" Target="https://www.newportoregonprid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