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Tributes to Dolly Parton: Why the LGBTQ Community Led the Outpouring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social feeds to witness a tidal wave of love for Dolly Parton, as LGBTQ figures and allies , from Lily Tomlin to GLAAD and Andy Cohen , pour praise across platforms; it matters because her music, kindness and activism made her a rare, enduring icon for many communities.</w:t>
      </w:r>
      <w:r/>
    </w:p>
    <w:p>
      <w:r/>
      <w:r>
        <w:t>Essential Takeaways</w:t>
      </w:r>
      <w:r/>
      <w:r/>
    </w:p>
    <w:p>
      <w:pPr>
        <w:pStyle w:val="ListBullet"/>
        <w:spacing w:line="240" w:lineRule="auto"/>
        <w:ind w:left="720"/>
      </w:pPr>
      <w:r/>
      <w:r>
        <w:rPr>
          <w:b/>
        </w:rPr>
        <w:t>Broad affection:</w:t>
      </w:r>
      <w:r>
        <w:t xml:space="preserve"> Public figures across entertainment and media celebrated Parton’s music, kindness and legacy. </w:t>
      </w:r>
      <w:r/>
    </w:p>
    <w:p>
      <w:pPr>
        <w:pStyle w:val="ListBullet"/>
        <w:spacing w:line="240" w:lineRule="auto"/>
        <w:ind w:left="720"/>
      </w:pPr>
      <w:r/>
      <w:r>
        <w:rPr>
          <w:b/>
        </w:rPr>
        <w:t>LGBTQ connection:</w:t>
      </w:r>
      <w:r>
        <w:t xml:space="preserve"> Advocates and organisations highlighted decades of allyship and inclusive messaging. </w:t>
      </w:r>
      <w:r/>
    </w:p>
    <w:p>
      <w:pPr>
        <w:pStyle w:val="ListBullet"/>
        <w:spacing w:line="240" w:lineRule="auto"/>
        <w:ind w:left="720"/>
      </w:pPr>
      <w:r/>
      <w:r>
        <w:rPr>
          <w:b/>
        </w:rPr>
        <w:t>Emotional tone:</w:t>
      </w:r>
      <w:r>
        <w:t xml:space="preserve"> Tributes mix humour, warmth and heartbreak , many describe her as a “light” or “angel.” </w:t>
      </w:r>
      <w:r/>
    </w:p>
    <w:p>
      <w:pPr>
        <w:pStyle w:val="ListBullet"/>
        <w:spacing w:line="240" w:lineRule="auto"/>
        <w:ind w:left="720"/>
      </w:pPr>
      <w:r/>
      <w:r>
        <w:rPr>
          <w:b/>
        </w:rPr>
        <w:t>Cultural impact:</w:t>
      </w:r>
      <w:r>
        <w:t xml:space="preserve"> Commentators emphasised her songwriting, philanthropy and risk-taking on behalf of outsiders. </w:t>
      </w:r>
      <w:r/>
      <w:r/>
    </w:p>
    <w:p>
      <w:pPr>
        <w:pStyle w:val="Heading2"/>
      </w:pPr>
      <w:r>
        <w:t>A chorus of gratitude from LGBTQ figures , warm, personal, loud</w:t>
      </w:r>
      <w:r/>
    </w:p>
    <w:p>
      <w:r/>
      <w:r>
        <w:t>The initial wave of tributes from LGBTQ creators and allies felt intimate and immediate, carrying a warm, personal note you could almost hear in the phrasing. Lily Tomlin, who shared the screen with Parton in Nine to Five, celebrated her as a friend and “great harmonizer,” a line that captures both musical and human generosity. According to reporting in The Guardian, messages from across the queer community referenced that same mixture of admiration and affection. Parton’s relationship with LGBTQ people wasn’t incidental; it was built over years of gestures, songs and public statements that made many feel seen. If you’ve followed her career, the pattern is obvious , she made room for outsiders in country music and beyond.</w:t>
      </w:r>
      <w:r/>
    </w:p>
    <w:p>
      <w:pPr>
        <w:pStyle w:val="Heading2"/>
      </w:pPr>
      <w:r>
        <w:t>Why GLAAD and leaders highlighted allyship and advocacy</w:t>
      </w:r>
      <w:r/>
    </w:p>
    <w:p>
      <w:r/>
      <w:r>
        <w:t>GLAAD’s president framed Parton as both a musical icon and an activist whose work mattered beyond chart positions. The organisation’s statement traced a through-line from the 1990s track “Family” to her Oscar-nominated song for TransAmerica, noting public support for marriage equality well before it became law. Major outlets relayed similar points, underlining how her art and actions coalesced into sustained allyship. That context matters: for LGBTQ people, allyship isn’t a soundbite, it’s a pattern of behaviours and risks. Parton’s combination of mainstream fame and inclusive gestures created a rare safety net , people remember that, and they’re grateful.</w:t>
      </w:r>
      <w:r/>
    </w:p>
    <w:p>
      <w:pPr>
        <w:pStyle w:val="Heading2"/>
      </w:pPr>
      <w:r>
        <w:t>Celebrities remembered Dolly as a light , mixing reverence and joy</w:t>
      </w:r>
      <w:r/>
    </w:p>
    <w:p>
      <w:r/>
      <w:r>
        <w:t>From Colman Domingo’s gentle tribute about kindness to Boy George’s stunned “OMG” reaction, the tone across celebrities leaned toward reverence laced with genuine joy. Andy Cohen summed it up simply: we were lucky to live in her midst. Several pieces of coverage collected similar quotes, showing how her warmth landed across generations and genres. Those reactions say something practical: Parton’s appeal was elastic. She could be silly and sharp, glamorous and plainspoken, and that versatility made her a go-to figure for public gratitude when news broke.</w:t>
      </w:r>
      <w:r/>
    </w:p>
    <w:p>
      <w:pPr>
        <w:pStyle w:val="Heading2"/>
      </w:pPr>
      <w:r>
        <w:t>The music and philanthropy that fuelled the fandom</w:t>
      </w:r>
      <w:r/>
    </w:p>
    <w:p>
      <w:r/>
      <w:r>
        <w:t>Journalists and commentators emphasised two pillars of Parton’s legacy: songwriting craft and charity. Tim Cook noted how her music “helped light up the world,” and many accounts highlighted her literacy initiatives and donations to causes that touched countless children. Her songs , whether upbeat or heartbreakingly plain , gave people anthems; her giving made those anthems feel like promises kept. If you’re looking to understand the depth of feeling, consider both the soundtrack and the service. People loved the music, but they stayed for the humanity behind it.</w:t>
      </w:r>
      <w:r/>
    </w:p>
    <w:p>
      <w:pPr>
        <w:pStyle w:val="Heading2"/>
      </w:pPr>
      <w:r>
        <w:t>What this moment tells us about celebrity, community and grief</w:t>
      </w:r>
      <w:r/>
    </w:p>
    <w:p>
      <w:r/>
      <w:r>
        <w:t>Public mourning often reveals community touchstones, and this response to Parton’s passing shows how a single artist can become shorthand for acceptance and comfort. Outlets reported that tributes ranged from playful to tearful, and queer groups framed the loss as both personal and cultural. Looking forward, expect retrospectives exploring how Parton managed to be both a country superstar and a global queer icon. And on a human level: the affectionate, comic, sometimes astonished reactions confirm that her absence will be felt in living rooms and stages alike.</w:t>
      </w:r>
      <w:r/>
    </w:p>
    <w:p>
      <w:r/>
      <w:r>
        <w:t>It's a small change that can make every tribute feel like one more chorus in a long, grateful song.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https://greginhollywood.com/from-lily-tomlin-and-colman-domingo-to-andy-cohen-and-glaad-lgbtq-community-pays-tribute-to-dolly-parton-252530</w:t>
        </w:r>
      </w:hyperlink>
      <w:r>
        <w:t xml:space="preserve"> - Please view link - unable to able to access data</w:t>
      </w:r>
      <w:r/>
    </w:p>
    <w:p>
      <w:pPr>
        <w:pStyle w:val="ListNumber"/>
        <w:spacing w:line="240" w:lineRule="auto"/>
        <w:ind w:left="720"/>
      </w:pPr>
      <w:r/>
      <w:hyperlink r:id="rId10">
        <w:r>
          <w:rPr>
            <w:color w:val="0000EE"/>
            <w:u w:val="single"/>
          </w:rPr>
          <w:t>https://www.theguardian.com/music/2026/aug/25/dolly-parton-death-celebrity-reactions</w:t>
        </w:r>
      </w:hyperlink>
      <w:r>
        <w:t xml:space="preserve"> - Following the death of Dolly Parton at 80, tributes poured in from celebrities and public figures. Lily Tomlin, her co-star in '9 to 5', shared a photo with the caption 'No words...💔'. Jamie Lee Curtis expressed gratitude, stating, 'Thank you, Dolly. For all of it.' Bernie Sanders praised her as 'one of the great entertainers of our era' and highlighted her philanthropic efforts. Seth Macfarlane, who worked with Parton on 'The Orville', described the experience as 'extraordinary'.</w:t>
      </w:r>
      <w:r/>
    </w:p>
    <w:p>
      <w:pPr>
        <w:pStyle w:val="ListNumber"/>
        <w:spacing w:line="240" w:lineRule="auto"/>
        <w:ind w:left="720"/>
      </w:pPr>
      <w:r/>
      <w:hyperlink r:id="rId11">
        <w:r>
          <w:rPr>
            <w:color w:val="0000EE"/>
            <w:u w:val="single"/>
          </w:rPr>
          <w:t>https://www.ky3.com/2026/08/25/never-ever-be-another-you-reba-mcentire-lily-tomlin-among-those-paying-tribute-dolly-parton/</w:t>
        </w:r>
      </w:hyperlink>
      <w:r>
        <w:t xml:space="preserve"> - In the wake of Dolly Parton's passing at 80, numerous celebrities paid tribute. Lily Tomlin, her '9 to 5' co-star, posted a photo with the caption 'No words...'. Reba McEntire expressed deep sorrow, recalling their first meeting and last conversation, and stated, 'There will never ever be another you.' Kacey Musgraves shared her grief, noting the world felt 'a lot less sparkly all of a sudden'.</w:t>
      </w:r>
      <w:r/>
    </w:p>
    <w:p>
      <w:pPr>
        <w:pStyle w:val="ListNumber"/>
        <w:spacing w:line="240" w:lineRule="auto"/>
        <w:ind w:left="720"/>
      </w:pPr>
      <w:r/>
      <w:hyperlink r:id="rId12">
        <w:r>
          <w:rPr>
            <w:color w:val="0000EE"/>
            <w:u w:val="single"/>
          </w:rPr>
          <w:t>https://www.cbsnews.com/news/cma-awards-2016-stars-pay-tribute-to-dolly-parton/</w:t>
        </w:r>
      </w:hyperlink>
      <w:r>
        <w:t xml:space="preserve"> - At the 2016 CMA Awards, Dolly Parton received the Willie Nelson Lifetime Achievement Award. Lily Tomlin, her '9 to 5' co-star, presented the award, describing Parton as 'country music, pure and simple.' The ceremony featured performances of Parton's hits, including 'Jolene' and '9 to 5', with artists like Reba McEntire and Kacey Musgraves paying homage.</w:t>
      </w:r>
      <w:r/>
    </w:p>
    <w:p>
      <w:pPr>
        <w:pStyle w:val="ListNumber"/>
        <w:spacing w:line="240" w:lineRule="auto"/>
        <w:ind w:left="720"/>
      </w:pPr>
      <w:r/>
      <w:hyperlink r:id="rId13">
        <w:r>
          <w:rPr>
            <w:color w:val="0000EE"/>
            <w:u w:val="single"/>
          </w:rPr>
          <w:t>https://www.eonline.com/news/806700/dolly-parton-thanks-fans-for-making-my-little-girl-dreams-come-true-during-star-studded-cma-awards-tribute</w:t>
        </w:r>
      </w:hyperlink>
      <w:r>
        <w:t xml:space="preserve"> - During the 2016 CMA Awards, Dolly Parton was honoured with the Willie Nelson Lifetime Achievement Award. Lily Tomlin, her '9 to 5' co-star, presented the award, highlighting Parton's iconic status in country music. The tribute included performances of her classic songs, with Parton expressing gratitude for the recognition.</w:t>
      </w:r>
      <w:r/>
    </w:p>
    <w:p>
      <w:pPr>
        <w:pStyle w:val="ListNumber"/>
        <w:spacing w:line="240" w:lineRule="auto"/>
        <w:ind w:left="720"/>
      </w:pPr>
      <w:r/>
      <w:hyperlink r:id="rId15">
        <w:r>
          <w:rPr>
            <w:color w:val="0000EE"/>
            <w:u w:val="single"/>
          </w:rPr>
          <w:t>https://www.atlantanewsfirst.com/2026/08/25/never-ever-be-another-you-reba-mcentire-lily-tomlin-among-those-paying-tribute-dolly-parton/</w:t>
        </w:r>
      </w:hyperlink>
      <w:r>
        <w:t xml:space="preserve"> - Following Dolly Parton's death at 80, tributes from celebrities poured in. Lily Tomlin, her '9 to 5' co-star, shared a photo with the caption 'No words...'. Reba McEntire expressed deep sorrow, recalling their first meeting and last conversation, and stated, 'There will never ever be another you.' Kacey Musgraves shared her grief, noting the world felt 'a lot less sparkly all of a sudden'.</w:t>
      </w:r>
      <w:r/>
    </w:p>
    <w:p>
      <w:pPr>
        <w:pStyle w:val="ListNumber"/>
        <w:spacing w:line="240" w:lineRule="auto"/>
        <w:ind w:left="720"/>
      </w:pPr>
      <w:r/>
      <w:hyperlink r:id="rId14">
        <w:r>
          <w:rPr>
            <w:color w:val="0000EE"/>
            <w:u w:val="single"/>
          </w:rPr>
          <w:t>https://www.youtube.com/watch?v=WT7dXSHrQMw</w:t>
        </w:r>
      </w:hyperlink>
      <w:r>
        <w:t xml:space="preserve"> - In this video, Lily Tomlin honours Dolly Parton at the 16th Governors Awards, where Parton received the Jean Hersholt Humanitarian Award for her legacy of work. Tomlin reflects on their long-standing friendship and Parton's significant contributions to the entertainment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from-lily-tomlin-and-colman-domingo-to-andy-cohen-and-glaad-lgbtq-community-pays-tribute-to-dolly-parton-252530" TargetMode="External"/><Relationship Id="rId10" Type="http://schemas.openxmlformats.org/officeDocument/2006/relationships/hyperlink" Target="https://www.theguardian.com/music/2026/aug/25/dolly-parton-death-celebrity-reactions" TargetMode="External"/><Relationship Id="rId11" Type="http://schemas.openxmlformats.org/officeDocument/2006/relationships/hyperlink" Target="https://www.ky3.com/2026/08/25/never-ever-be-another-you-reba-mcentire-lily-tomlin-among-those-paying-tribute-dolly-parton/" TargetMode="External"/><Relationship Id="rId12" Type="http://schemas.openxmlformats.org/officeDocument/2006/relationships/hyperlink" Target="https://www.cbsnews.com/news/cma-awards-2016-stars-pay-tribute-to-dolly-parton/" TargetMode="External"/><Relationship Id="rId13" Type="http://schemas.openxmlformats.org/officeDocument/2006/relationships/hyperlink" Target="https://www.eonline.com/news/806700/dolly-parton-thanks-fans-for-making-my-little-girl-dreams-come-true-during-star-studded-cma-awards-tribute" TargetMode="External"/><Relationship Id="rId14" Type="http://schemas.openxmlformats.org/officeDocument/2006/relationships/hyperlink" Target="https://www.youtube.com/watch?v=WT7dXSHrQMw" TargetMode="External"/><Relationship Id="rId15" Type="http://schemas.openxmlformats.org/officeDocument/2006/relationships/hyperlink" Target="https://www.atlantanewsfirst.com/2026/08/25/never-ever-be-another-you-reba-mcentire-lily-tomlin-among-those-paying-tribute-dolly-par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