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Big Queer Weekend Guide: What to Expect at Austin’s New Queer Festival</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Spot a parade of rainbow-coloured programming this September: music, drag, film and makers converge in Austin for the debut Big Queer Weekend, a multi-venue celebration co-produced by SXSW, the Austin LGBT Chamber of Commerce and aGLIFF that promises accessible ticketing and plenty to explore.</w:t>
      </w:r>
      <w:r/>
    </w:p>
    <w:p>
      <w:r/>
      <w:r>
        <w:t>Essential Takeaways</w:t>
      </w:r>
      <w:r/>
      <w:r/>
    </w:p>
    <w:p>
      <w:pPr>
        <w:pStyle w:val="ListBullet"/>
        <w:spacing w:line="240" w:lineRule="auto"/>
        <w:ind w:left="720"/>
      </w:pPr>
      <w:r/>
      <w:r>
        <w:rPr>
          <w:b/>
        </w:rPr>
        <w:t>When and where:</w:t>
      </w:r>
      <w:r>
        <w:t xml:space="preserve"> The Big Queer Weekend runs September 24–28 in Austin, Texas , multi-venue events across the city.</w:t>
      </w:r>
      <w:r/>
    </w:p>
    <w:p>
      <w:pPr>
        <w:pStyle w:val="ListBullet"/>
        <w:spacing w:line="240" w:lineRule="auto"/>
        <w:ind w:left="720"/>
      </w:pPr>
      <w:r/>
      <w:r>
        <w:rPr>
          <w:b/>
        </w:rPr>
        <w:t>Who’s behind it:</w:t>
      </w:r>
      <w:r>
        <w:t xml:space="preserve"> SXSW teams up with the Austin LGBT Chamber of Commerce and aGLIFF to produce music showcases, film programmes and more.</w:t>
      </w:r>
      <w:r/>
    </w:p>
    <w:p>
      <w:pPr>
        <w:pStyle w:val="ListBullet"/>
        <w:spacing w:line="240" w:lineRule="auto"/>
        <w:ind w:left="720"/>
      </w:pPr>
      <w:r/>
      <w:r>
        <w:rPr>
          <w:b/>
        </w:rPr>
        <w:t>Cost and access:</w:t>
      </w:r>
      <w:r>
        <w:t xml:space="preserve"> Events range from free to about $50; weekend passes bundle film programmes and a networking brunch with a pool party.</w:t>
      </w:r>
      <w:r/>
    </w:p>
    <w:p>
      <w:pPr>
        <w:pStyle w:val="ListBullet"/>
        <w:spacing w:line="240" w:lineRule="auto"/>
        <w:ind w:left="720"/>
      </w:pPr>
      <w:r/>
      <w:r>
        <w:rPr>
          <w:b/>
        </w:rPr>
        <w:t>What to expect:</w:t>
      </w:r>
      <w:r>
        <w:t xml:space="preserve"> Feature films, shorts and documentaries, drag and live music showcases, plus a queer artist and artisan marketplace.</w:t>
      </w:r>
      <w:r/>
    </w:p>
    <w:p>
      <w:pPr>
        <w:pStyle w:val="ListBullet"/>
        <w:spacing w:line="240" w:lineRule="auto"/>
        <w:ind w:left="720"/>
      </w:pPr>
      <w:r/>
      <w:r>
        <w:rPr>
          <w:b/>
        </w:rPr>
        <w:t>Vibe and logistics:</w:t>
      </w:r>
      <w:r>
        <w:t xml:space="preserve"> Laid-back, celebratory atmosphere with both ticketed and free offerings , easy to combine with a short flight or road trip.</w:t>
      </w:r>
      <w:r/>
      <w:r/>
    </w:p>
    <w:p>
      <w:pPr>
        <w:pStyle w:val="Heading2"/>
      </w:pPr>
      <w:r>
        <w:t>Why this matters: a fresh queer festival in Austin’s busy cultural calendar</w:t>
      </w:r>
      <w:r/>
    </w:p>
    <w:p>
      <w:r/>
      <w:r>
        <w:t>Austin’s festival calendar already hums with live music and film energy, but this new long weekend brings queer culture front and centre with a broad, approachable programme. According to the festival organisers, the collaboration between SXSW, the Austin LGBT Chamber of Commerce and aGLIFF shapes a lineup that feels curated but unfussy. Expect an inclusive, party-meets-professional vibe , the kind of weekend where you can catch a film, browse a queer artisan stall, then head out for a late-night drag set.</w:t>
      </w:r>
      <w:r/>
    </w:p>
    <w:p>
      <w:pPr>
        <w:pStyle w:val="Heading2"/>
      </w:pPr>
      <w:r>
        <w:t>Film, film, film: what the screening programme offers</w:t>
      </w:r>
      <w:r/>
    </w:p>
    <w:p>
      <w:r/>
      <w:r>
        <w:t>The Big Queer Weekend stacks six film programmes across the weekend, with a mix of feature-length works, documentaries and shorts designed to showcase queer storytellers. If you love discovering new voices and laughing or crying in a darkened theatre, this is the spot. Weekend passes that include all film screenings are a smart buy for cinephiles who want to avoid juggling single-ticket purchases and to ensure they don’t miss any buzzy premieres.</w:t>
      </w:r>
      <w:r/>
    </w:p>
    <w:p>
      <w:pPr>
        <w:pStyle w:val="Heading2"/>
      </w:pPr>
      <w:r>
        <w:t>Music and drag: the live showcases to watch</w:t>
      </w:r>
      <w:r/>
    </w:p>
    <w:p>
      <w:r/>
      <w:r>
        <w:t>Music and drag are front and centre, with the Pride in Local Music Showcase hosted by Maxine LaQueene among the highlighted events. The partnership with SXSW gives the weekend a backstage-savvy feel; industry connections mean the line-up leans local and cutting-edge. For those who prefer standing-room energy, plan to arrive early for the music shows , you’ll want a good vantage point to soak up the atmosphere and spot emerging acts.</w:t>
      </w:r>
      <w:r/>
    </w:p>
    <w:p>
      <w:pPr>
        <w:pStyle w:val="Heading2"/>
      </w:pPr>
      <w:r>
        <w:t>Marketplace and networking: makers, brunches and pool parties</w:t>
      </w:r>
      <w:r/>
    </w:p>
    <w:p>
      <w:r/>
      <w:r>
        <w:t>One lovely practical perk is the queer artist and artisan marketplace, where you can pick up handmade goods and support local creators. The weekend also features networking opportunities, including a Queer Creatives Networking Brunch that culminates in a pool party , a relaxed way for freelancers, creators and industry pros to swap contacts without the awkward small talk. If you’re travelling, look for hotels with easy access to the event hubs; Hotel Van Zandt and Four Seasons Hotel Austin are popular nearby options.</w:t>
      </w:r>
      <w:r/>
    </w:p>
    <w:p>
      <w:pPr>
        <w:pStyle w:val="Heading2"/>
      </w:pPr>
      <w:r>
        <w:t>Tickets, planning and travel tips</w:t>
      </w:r>
      <w:r/>
    </w:p>
    <w:p>
      <w:r/>
      <w:r>
        <w:t>Tickets range from free events to about $50, with weekend passes bundling multiple perks. If you’re budgeting, scout the free offerings first and pick one or two ticketed highlights. For out-of-towners, Austin’s compact layout makes a short flight or road trip practical; pick a central base to minimise cab fares and save time. Bring comfy shoes for venue hopping, a lightweight rain layer just in case, and a phone battery pack , you’ll be using maps and schedules all weekend.</w:t>
      </w:r>
      <w:r/>
    </w:p>
    <w:p>
      <w:r/>
      <w:r>
        <w:t>It's the kind of weekend that’s easy to love: lively, friendly and full of discoveries.</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[7]</w:t>
        </w:r>
      </w:hyperlink>
      <w:r>
        <w:t xml:space="preserve">- Paragraph 2: </w:t>
      </w:r>
      <w:hyperlink r:id="rId10">
        <w:r>
          <w:rPr>
            <w:color w:val="0000EE"/>
            <w:u w:val="single"/>
          </w:rPr>
          <w:t>[2]</w:t>
        </w:r>
      </w:hyperlink>
      <w:r>
        <w:t xml:space="preserve">, </w:t>
      </w:r>
      <w:hyperlink r:id="rId12">
        <w:r>
          <w:rPr>
            <w:color w:val="0000EE"/>
            <w:u w:val="single"/>
          </w:rPr>
          <w:t>[4]</w:t>
        </w:r>
      </w:hyperlink>
      <w:r>
        <w:t xml:space="preserve">- Paragraph 3: </w:t>
      </w:r>
      <w:hyperlink r:id="rId10">
        <w:r>
          <w:rPr>
            <w:color w:val="0000EE"/>
            <w:u w:val="single"/>
          </w:rPr>
          <w:t>[2]</w:t>
        </w:r>
      </w:hyperlink>
      <w:r>
        <w:t xml:space="preserve">, </w:t>
      </w:r>
      <w:hyperlink r:id="rId13">
        <w:r>
          <w:rPr>
            <w:color w:val="0000EE"/>
            <w:u w:val="single"/>
          </w:rPr>
          <w:t>[3]</w:t>
        </w:r>
      </w:hyperlink>
      <w:r>
        <w:t xml:space="preserve">- Paragraph 4: </w:t>
      </w:r>
      <w:hyperlink r:id="rId14">
        <w:r>
          <w:rPr>
            <w:color w:val="0000EE"/>
            <w:u w:val="single"/>
          </w:rPr>
          <w:t>[5]</w:t>
        </w:r>
      </w:hyperlink>
      <w:r>
        <w:t xml:space="preserve">, </w:t>
      </w:r>
      <w:hyperlink r:id="rId10">
        <w:r>
          <w:rPr>
            <w:color w:val="0000EE"/>
            <w:u w:val="single"/>
          </w:rPr>
          <w:t>[2]</w:t>
        </w:r>
      </w:hyperlink>
      <w:r>
        <w:t xml:space="preserve">- Paragraph 5: </w:t>
      </w:r>
      <w:hyperlink r:id="rId10">
        <w:r>
          <w:rPr>
            <w:color w:val="0000EE"/>
            <w:u w:val="single"/>
          </w:rPr>
          <w:t>[2]</w:t>
        </w:r>
      </w:hyperlink>
      <w:r>
        <w:t xml:space="preserve">, </w:t>
      </w:r>
      <w:hyperlink r:id="rId15">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https://hesaiddallas.com/2026/08/25/travel-tuesday-south-by-southwest-but-make-it-queer/</w:t>
        </w:r>
      </w:hyperlink>
      <w:r>
        <w:t xml:space="preserve"> - Please view link - unable to able to access data</w:t>
      </w:r>
      <w:r/>
    </w:p>
    <w:p>
      <w:pPr>
        <w:pStyle w:val="ListNumber"/>
        <w:spacing w:line="240" w:lineRule="auto"/>
        <w:ind w:left="720"/>
      </w:pPr>
      <w:r/>
      <w:hyperlink r:id="rId10">
        <w:r>
          <w:rPr>
            <w:color w:val="0000EE"/>
            <w:u w:val="single"/>
          </w:rPr>
          <w:t>https://bigqueerweekend.com/about</w:t>
        </w:r>
      </w:hyperlink>
      <w:r>
        <w:t xml:space="preserve"> - The Big Queer Weekend is a four-day festival in Austin, Texas, from September 24 to 27, 2026, celebrating the city's queer creative community. The event features six feature films presented by aGLIFF and SXSW Film, along with a free evening of queer music, drag performances, and a maker marketplace organized by the Austin LGBT Chamber's Pride In Local Music initiative. The festival aims to showcase the diverse talents and contributions of Austin's LGBTQ+ community through various artistic and cultural expressions.</w:t>
      </w:r>
      <w:r/>
    </w:p>
    <w:p>
      <w:pPr>
        <w:pStyle w:val="ListNumber"/>
        <w:spacing w:line="240" w:lineRule="auto"/>
        <w:ind w:left="720"/>
      </w:pPr>
      <w:r/>
      <w:hyperlink r:id="rId13">
        <w:r>
          <w:rPr>
            <w:color w:val="0000EE"/>
            <w:u w:val="single"/>
          </w:rPr>
          <w:t>https://schedule.sxsw.com/events/OE46480</w:t>
        </w:r>
      </w:hyperlink>
      <w:r>
        <w:t xml:space="preserve"> - The 13th Annual Big Queer Kickoff Party, presented by the Austin LGBT Chamber of Commerce, is scheduled for March 13, 2026, from 10:00 PM to 1:00 AM at Rain on 4th in Austin. This event marks the official LGBTQ+ start to SXSW, featuring performances by Bebe Zahara Benet, the first winner of RuPaul’s Drag Race, and Austin drag icon Nadine Hughes. The party aims to bring together locals and visitors for a night of connection, celebration, and queer joy.</w:t>
      </w:r>
      <w:r/>
    </w:p>
    <w:p>
      <w:pPr>
        <w:pStyle w:val="ListNumber"/>
        <w:spacing w:line="240" w:lineRule="auto"/>
        <w:ind w:left="720"/>
      </w:pPr>
      <w:r/>
      <w:hyperlink r:id="rId12">
        <w:r>
          <w:rPr>
            <w:color w:val="0000EE"/>
            <w:u w:val="single"/>
          </w:rPr>
          <w:t>https://www.agliff.org/</w:t>
        </w:r>
      </w:hyperlink>
      <w:r>
        <w:t xml:space="preserve"> - aGLIFF (Austin Gay and Lesbian International Film Festival) is Austin's LGBTQ+ film festival, one of the longest-running queer film festivals in the country. The festival is known for showcasing a diverse range of films that highlight LGBTQ+ stories and experiences. aGLIFF is a key collaborator in organizing The Big Queer Weekend, contributing to the selection and presentation of feature films and shorts, as well as handling ticketing for the event.</w:t>
      </w:r>
      <w:r/>
    </w:p>
    <w:p>
      <w:pPr>
        <w:pStyle w:val="ListNumber"/>
        <w:spacing w:line="240" w:lineRule="auto"/>
        <w:ind w:left="720"/>
      </w:pPr>
      <w:r/>
      <w:hyperlink r:id="rId14">
        <w:r>
          <w:rPr>
            <w:color w:val="0000EE"/>
            <w:u w:val="single"/>
          </w:rPr>
          <w:t>https://www.austinmonthly.com/events/sxsw-austin-lgbt-chamber-of-commerce-2026-pride-showcase/</w:t>
        </w:r>
      </w:hyperlink>
      <w:r>
        <w:t xml:space="preserve"> - The 2026 Pride Showcase, presented by SXSW and the Austin LGBT Chamber of Commerce, is set for June 25, 2026, from 7:00 PM to 10:00 PM at Swan Dive in Austin. This event celebrates Pride Month with live music, community, and connection, featuring performances by Vertarias, Painterly, and Jos tha DJ. The showcase aims to highlight Austin's LGBTQ+ music community and support the Transgender Education Network of Texas through a suggested donation at the door.</w:t>
      </w:r>
      <w:r/>
    </w:p>
    <w:p>
      <w:pPr>
        <w:pStyle w:val="ListNumber"/>
        <w:spacing w:line="240" w:lineRule="auto"/>
        <w:ind w:left="720"/>
      </w:pPr>
      <w:r/>
      <w:hyperlink r:id="rId15">
        <w:r>
          <w:rPr>
            <w:color w:val="0000EE"/>
            <w:u w:val="single"/>
          </w:rPr>
          <w:t>https://www.businessofpride.com/</w:t>
        </w:r>
      </w:hyperlink>
      <w:r>
        <w:t xml:space="preserve"> - The Business of Pride Gala, presented by the Austin LGBT Chamber of Commerce, is scheduled for December 12, 2026, at the Hilton Austin. This annual fundraiser celebrates the people, businesses, and leaders shaping a more inclusive economy in Austin. The gala recognizes excellence and honors those creating lasting impact in the LGBTQ+ community, with proceeds supporting programs that empower LGBTQ+ entrepreneurs and professionals throughout Central Texas.</w:t>
      </w:r>
      <w:r/>
    </w:p>
    <w:p>
      <w:pPr>
        <w:pStyle w:val="ListNumber"/>
        <w:spacing w:line="240" w:lineRule="auto"/>
        <w:ind w:left="720"/>
      </w:pPr>
      <w:r/>
      <w:hyperlink r:id="rId11">
        <w:r>
          <w:rPr>
            <w:color w:val="0000EE"/>
            <w:u w:val="single"/>
          </w:rPr>
          <w:t>https://austinlgbtchamber.com/sxsw/</w:t>
        </w:r>
      </w:hyperlink>
      <w:r>
        <w:t xml:space="preserve"> - The Austin LGBT Chamber of Commerce is actively involved in SXSW 2026, which is reimagined as a seven-day, city-wide event from March 12 to 18, 2026. The Chamber is offering badge discounts and collaborating with SXSW to create a more integrated and dynamic experience. This includes themed neighborhoods throughout downtown Austin, creating immersive worlds for film, music, and tech enthusiasts, and expanding the Music Festival into seven consecutive nights of showcases.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hesaiddallas.com/2026/08/25/travel-tuesday-south-by-southwest-but-make-it-queer/" TargetMode="External"/><Relationship Id="rId10" Type="http://schemas.openxmlformats.org/officeDocument/2006/relationships/hyperlink" Target="https://bigqueerweekend.com/about" TargetMode="External"/><Relationship Id="rId11" Type="http://schemas.openxmlformats.org/officeDocument/2006/relationships/hyperlink" Target="https://austinlgbtchamber.com/sxsw/" TargetMode="External"/><Relationship Id="rId12" Type="http://schemas.openxmlformats.org/officeDocument/2006/relationships/hyperlink" Target="https://www.agliff.org/" TargetMode="External"/><Relationship Id="rId13" Type="http://schemas.openxmlformats.org/officeDocument/2006/relationships/hyperlink" Target="https://schedule.sxsw.com/events/OE46480" TargetMode="External"/><Relationship Id="rId14" Type="http://schemas.openxmlformats.org/officeDocument/2006/relationships/hyperlink" Target="https://www.austinmonthly.com/events/sxsw-austin-lgbt-chamber-of-commerce-2026-pride-showcase/" TargetMode="External"/><Relationship Id="rId15" Type="http://schemas.openxmlformats.org/officeDocument/2006/relationships/hyperlink" Target="https://www.businessofprid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