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AIDS Walk Los Angeles 2026: Defend Care, Demand Action in West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neighbours are turning out to rally, thousands will gather on 18 October in West Hollywood for AIDS Walk Los Angeles, a fundraising march and celebration that spotlights the urgent need for affordable HIV care, prevention and treatment across LA County. Registration is open now at aidswalkla.org.</w:t>
      </w:r>
      <w:r/>
    </w:p>
    <w:p>
      <w:r/>
      <w:r>
        <w:t>Essential Takeaways</w:t>
      </w:r>
      <w:r/>
      <w:r/>
    </w:p>
    <w:p>
      <w:pPr>
        <w:pStyle w:val="ListBullet"/>
        <w:spacing w:line="240" w:lineRule="auto"/>
        <w:ind w:left="720"/>
      </w:pPr>
      <w:r/>
      <w:r>
        <w:rPr>
          <w:b/>
        </w:rPr>
        <w:t>When and where:</w:t>
      </w:r>
      <w:r>
        <w:t xml:space="preserve"> AIDS Walk Los Angeles returns Sunday 18 October 2026 at 10:30am in West Hollywood Park, with a two-mile route through the Rainbow District. </w:t>
      </w:r>
      <w:r/>
    </w:p>
    <w:p>
      <w:pPr>
        <w:pStyle w:val="ListBullet"/>
        <w:spacing w:line="240" w:lineRule="auto"/>
        <w:ind w:left="720"/>
      </w:pPr>
      <w:r/>
      <w:r>
        <w:rPr>
          <w:b/>
        </w:rPr>
        <w:t>Theme and focus:</w:t>
      </w:r>
      <w:r>
        <w:t xml:space="preserve"> This year’s message, “Defend Care, Demand Action,” stresses access and affordability for PrEP, PEP, long-acting injectables and HIV treatment. </w:t>
      </w:r>
      <w:r/>
    </w:p>
    <w:p>
      <w:pPr>
        <w:pStyle w:val="ListBullet"/>
        <w:spacing w:line="240" w:lineRule="auto"/>
        <w:ind w:left="720"/>
      </w:pPr>
      <w:r/>
      <w:r>
        <w:rPr>
          <w:b/>
        </w:rPr>
        <w:t>Community scale:</w:t>
      </w:r>
      <w:r>
        <w:t xml:space="preserve"> The event typically draws thousands and blends celebration, activism and fundraising, last year’s walk raised about $1.05 million. </w:t>
      </w:r>
      <w:r/>
    </w:p>
    <w:p>
      <w:pPr>
        <w:pStyle w:val="ListBullet"/>
        <w:spacing w:line="240" w:lineRule="auto"/>
        <w:ind w:left="720"/>
      </w:pPr>
      <w:r/>
      <w:r>
        <w:rPr>
          <w:b/>
        </w:rPr>
        <w:t>Who runs it:</w:t>
      </w:r>
      <w:r>
        <w:t xml:space="preserve"> Presented by APLA Health, which provides healthcare and social services to more than 23,000 people a year across LA County. </w:t>
      </w:r>
      <w:r/>
    </w:p>
    <w:p>
      <w:pPr>
        <w:pStyle w:val="ListBullet"/>
        <w:spacing w:line="240" w:lineRule="auto"/>
        <w:ind w:left="720"/>
      </w:pPr>
      <w:r/>
      <w:r>
        <w:rPr>
          <w:b/>
        </w:rPr>
        <w:t>Practical note:</w:t>
      </w:r>
      <w:r>
        <w:t xml:space="preserve"> Registration, participant FAQs and fundraising tools are available at aidswalkla.org; there are volunteer and fundraising roles for every level of involvement.</w:t>
      </w:r>
      <w:r/>
      <w:r/>
    </w:p>
    <w:p>
      <w:pPr>
        <w:pStyle w:val="Heading2"/>
      </w:pPr>
      <w:r>
        <w:t>A crowd, a cause and a clear call: why this year matters</w:t>
      </w:r>
      <w:r/>
    </w:p>
    <w:p>
      <w:r/>
      <w:r>
        <w:t>Thousands of Angelenos will fill West Hollywood Park for a morning that’s part parade, part protest. Expect music, remarks from activist leaders and community booths, there’s a lively, hopeful hum to the day that masks a sharper message about access. Organisers are framing 2026 as a defence: not of medicine, which already works, but of people's right to get that medicine.</w:t>
      </w:r>
      <w:r/>
    </w:p>
    <w:p>
      <w:r/>
      <w:r>
        <w:t>APLA Health is leading the event with a blunt point, modern prevention and treatments like PrEP and long-acting injectables exist, but they’re not reaching everyone. According to APLA’s public information, the walk is designed to spotlight barriers that leave low-income, uninsured and marginalised people behind. For regulars, the walk has become both ritual and reminder: celebrate progress, then push for policy and funding to make that progress universal.</w:t>
      </w:r>
      <w:r/>
    </w:p>
    <w:p>
      <w:r/>
      <w:r>
        <w:t>If you’re thinking of going, register online and plan for a short, two-mile route that’s accessible and community-focused. Bring water, a sun hat and a fundraising page if you want to turn steps into donations. It’s the sort of event where small contributions add up fast.</w:t>
      </w:r>
      <w:r/>
    </w:p>
    <w:p>
      <w:pPr>
        <w:pStyle w:val="Heading2"/>
      </w:pPr>
      <w:r>
        <w:t>What APLA Health brings to the table</w:t>
      </w:r>
      <w:r/>
    </w:p>
    <w:p>
      <w:r/>
      <w:r>
        <w:t>APLA Health runs eight federally qualified health centres across Los Angeles County and serves over 23,000 people annually. Their services range from primary care and dental to HIV-specific treatment, behavioural health and housing support. The organisation also runs one of the nation’s largest food programmes for people with HIV, distributing more than a million meals a year.</w:t>
      </w:r>
      <w:r/>
    </w:p>
    <w:p>
      <w:r/>
      <w:r>
        <w:t>This institutional muscle matters on walk day because funds raised support practical services, not just awareness. APLA’s model links clinical care with social supports, vital when housing instability or food insecurity make staying on treatment difficult. For readers who want a concrete impact, giving locally through the walk tends to translate directly into services people can use the same year.</w:t>
      </w:r>
      <w:r/>
    </w:p>
    <w:p>
      <w:r/>
      <w:r>
        <w:t>If you want to learn more about APLA’s work before attending, their site outlines services, volunteer roles and how funds are allocated. It’s a good way to decide whether to fundraise, donate or simply show up.</w:t>
      </w:r>
      <w:r/>
    </w:p>
    <w:p>
      <w:pPr>
        <w:pStyle w:val="Heading2"/>
      </w:pPr>
      <w:r>
        <w:t>How the event mixes celebration with activism</w:t>
      </w:r>
      <w:r/>
    </w:p>
    <w:p>
      <w:r/>
      <w:r>
        <w:t>AIDS Walk LA has always balanced joy and urgency. The opening ceremony typically features live performances and community awards, then the crowd sets off through the Rainbow District, visual, loud and affectionate. Yet behind the colour is a campaign: demand better access, defend existing programmes from cuts, and remind policymakers that health equity isn’t optional.</w:t>
      </w:r>
      <w:r/>
    </w:p>
    <w:p>
      <w:r/>
      <w:r>
        <w:t>There’s a practical side too, teams, corporate groups and individuals can set up fundraising pages and virtual teams. If you’re short on time, joining a team or sponsoring someone is an easy way to participate. Long-term activists use the day to lobby for policy change; newcomers mainly come for community and commemoration.</w:t>
      </w:r>
      <w:r/>
    </w:p>
    <w:p>
      <w:r/>
      <w:r>
        <w:t>Expect visibility: the route weaves through a culturally significant part of the city, so media and elected officials often attend. That’s part of the strategy, public pressure, amplified by thousands of participants, nudges budgets and policy debates.</w:t>
      </w:r>
      <w:r/>
    </w:p>
    <w:p>
      <w:pPr>
        <w:pStyle w:val="Heading2"/>
      </w:pPr>
      <w:r>
        <w:t>Who benefits and why access still matters</w:t>
      </w:r>
      <w:r/>
    </w:p>
    <w:p>
      <w:r/>
      <w:r>
        <w:t>Medical advances have turned HIV into a manageable condition for many, but treatment access still splits along lines of income and ZIP code. APLA’s CEO has been explicit: the science is solved, the distribution isn’t. That’s why fundraising is tied to direct services that help people navigate insurance, get to appointments and access prevention methods.</w:t>
      </w:r>
      <w:r/>
    </w:p>
    <w:p>
      <w:r/>
      <w:r>
        <w:t>For people living with HIV, staying undetectable means staying well and stopping transmission, simple in theory, complicated in practice by real-world barriers like housing, transport and paperwork. For people at risk, PrEP and emerging long-acting injectables are game-changers if you can access them affordably. The walk helps fund the wraparound care that makes those therapies useful.</w:t>
      </w:r>
      <w:r/>
    </w:p>
    <w:p>
      <w:r/>
      <w:r>
        <w:t>If you’re thinking of supporting the cause, consider setting a specific fundraising target or sponsoring someone’s registration. Even modest donations can fund transport vouchers, a month of medication support or a few hot meals.</w:t>
      </w:r>
      <w:r/>
    </w:p>
    <w:p>
      <w:pPr>
        <w:pStyle w:val="Heading2"/>
      </w:pPr>
      <w:r>
        <w:t>How to take part and practical tips</w:t>
      </w:r>
      <w:r/>
    </w:p>
    <w:p>
      <w:r/>
      <w:r>
        <w:t>Register at aidswalkla.org, where you’ll find FAQs, team sign-up pages and contact details. If you want to fundraise, set a clear goal, share personal reasons for supporting the cause and use social channels to amplify your page. Volunteers are needed for logistics, and local businesses often sponsor teams or match donations.</w:t>
      </w:r>
      <w:r/>
    </w:p>
    <w:p>
      <w:r/>
      <w:r>
        <w:t>On the day, arrive early for the opening ceremony, wear comfortable shoes and sun protection, and bring a reusable water bottle. If you need accessibility accommodations, the organisers provide guidance online and through their contact channels. For those who can’t attend in person, virtual participation and remote fundraising options are available.</w:t>
      </w:r>
      <w:r/>
    </w:p>
    <w:p>
      <w:r/>
      <w:r>
        <w:t>The walk is both friendly and intentional, an easy way to be part of something that’s joyous and politically meaningful.</w:t>
      </w:r>
      <w:r/>
    </w:p>
    <w:p>
      <w:r/>
      <w:r>
        <w:t>It’s a small change that can make every step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9">
        <w:r>
          <w:rPr>
            <w:color w:val="0000EE"/>
            <w:u w:val="single"/>
          </w:rPr>
          <w:t>[1]</w:t>
        </w:r>
      </w:hyperlink>
      <w:r>
        <w:t xml:space="preserve">- Paragraph 3: </w:t>
      </w:r>
      <w:hyperlink r:id="rId13">
        <w:r>
          <w:rPr>
            <w:color w:val="0000EE"/>
            <w:u w:val="single"/>
          </w:rPr>
          <w:t>[5]</w:t>
        </w:r>
      </w:hyperlink>
      <w:r>
        <w:t xml:space="preserve">, </w:t>
      </w:r>
      <w:hyperlink r:id="rId12">
        <w:r>
          <w:rPr>
            <w:color w:val="0000EE"/>
            <w:u w:val="single"/>
          </w:rPr>
          <w:t>[3]</w:t>
        </w:r>
      </w:hyperlink>
      <w:r>
        <w:t xml:space="preserve">- Paragraph 4: </w:t>
      </w:r>
      <w:hyperlink r:id="rId9">
        <w:r>
          <w:rPr>
            <w:color w:val="0000EE"/>
            <w:u w:val="single"/>
          </w:rPr>
          <w:t>[1]</w:t>
        </w:r>
      </w:hyperlink>
      <w:r>
        <w:t xml:space="preserve">, </w:t>
      </w:r>
      <w:hyperlink r:id="rId12">
        <w:r>
          <w:rPr>
            <w:color w:val="0000EE"/>
            <w:u w:val="single"/>
          </w:rPr>
          <w:t>[3]</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https://www.prnewswire.com/news-releases/apla-healths-42nd-annual-aids-walk-los-angeles-returns-to-west-hollywood-on-october-18-2026-302859081.html</w:t>
        </w:r>
      </w:hyperlink>
      <w:r>
        <w:t xml:space="preserve"> - Original press release. View link for all data</w:t>
      </w:r>
      <w:r/>
    </w:p>
    <w:p>
      <w:pPr>
        <w:pStyle w:val="ListNumber"/>
        <w:spacing w:line="240" w:lineRule="auto"/>
        <w:ind w:left="720"/>
      </w:pPr>
      <w:r/>
      <w:hyperlink r:id="rId10">
        <w:r>
          <w:rPr>
            <w:color w:val="0000EE"/>
            <w:u w:val="single"/>
          </w:rPr>
          <w:t>https://aidswalkla.org/faq/</w:t>
        </w:r>
      </w:hyperlink>
      <w:r>
        <w:t xml:space="preserve"> - AIDS Walk Los Angeles is scheduled for Sunday, October 18, 2026, at West Hollywood Park. The event begins at 9 a.m. with park activations, food trucks, and a DJ, followed by the opening ceremony at 10:30 a.m. and the walk at 11 a.m. Participants can register individually or as part of a team, with no fundraising minimum required. All walkers receive a commemorative T-shirt, and those who raise over $1,000 are eligible for a Star Walker shirt. For more details, visit the FAQ page.</w:t>
      </w:r>
      <w:r/>
    </w:p>
    <w:p>
      <w:pPr>
        <w:pStyle w:val="ListNumber"/>
        <w:spacing w:line="240" w:lineRule="auto"/>
        <w:ind w:left="720"/>
      </w:pPr>
      <w:r/>
      <w:hyperlink r:id="rId12">
        <w:r>
          <w:rPr>
            <w:color w:val="0000EE"/>
            <w:u w:val="single"/>
          </w:rPr>
          <w:t>https://aplahealth.org/about/special-events/aids-walk-la/</w:t>
        </w:r>
      </w:hyperlink>
      <w:r>
        <w:t xml:space="preserve"> - AIDS Walk Los Angeles, organised by APLA Health, is the world’s first walk dedicated to fighting HIV and AIDS. Since its inception in 1985, the event has raised over $92 million for HIV care, prevention, housing, food, and other essential services. The 42nd annual walk is set for October 18, 2026, at West Hollywood Park, with the theme 'Defend Care, Demand Action'.</w:t>
      </w:r>
      <w:r/>
    </w:p>
    <w:p>
      <w:pPr>
        <w:pStyle w:val="ListNumber"/>
        <w:spacing w:line="240" w:lineRule="auto"/>
        <w:ind w:left="720"/>
      </w:pPr>
      <w:r/>
      <w:hyperlink r:id="rId11">
        <w:r>
          <w:rPr>
            <w:color w:val="0000EE"/>
            <w:u w:val="single"/>
          </w:rPr>
          <w:t>https://aidswalkla.org/</w:t>
        </w:r>
      </w:hyperlink>
      <w:r>
        <w:t xml:space="preserve"> - AIDS Walk Los Angeles is an annual fundraising event that brings the community together to support HIV care and prevention services across Los Angeles. The 42nd annual walk is scheduled for Sunday, October 18, 2026, at West Hollywood Park. Registration is open for individuals and teams, with options to walk solo, start a team, or invite friends, family, and coworkers to join.</w:t>
      </w:r>
      <w:r/>
    </w:p>
    <w:p>
      <w:pPr>
        <w:pStyle w:val="ListNumber"/>
        <w:spacing w:line="240" w:lineRule="auto"/>
        <w:ind w:left="720"/>
      </w:pPr>
      <w:r/>
      <w:hyperlink r:id="rId13">
        <w:r>
          <w:rPr>
            <w:color w:val="0000EE"/>
            <w:u w:val="single"/>
          </w:rPr>
          <w:t>https://aidswalkla.org/participate/</w:t>
        </w:r>
      </w:hyperlink>
      <w:r>
        <w:t xml:space="preserve"> - To participate in AIDS Walk Los Angeles, individuals can register as a solo walker or start a team. The event offers resources to help with registration, fundraising, and team building. Fundraising tools include a step-by-step guide to raising the first $1,000 and printable sponsorship forms. Matching donations may also be available through employers. For more information, visit the participation page.</w:t>
      </w:r>
      <w:r/>
    </w:p>
    <w:p>
      <w:pPr>
        <w:pStyle w:val="ListNumber"/>
        <w:spacing w:line="240" w:lineRule="auto"/>
        <w:ind w:left="720"/>
      </w:pPr>
      <w:r/>
      <w:hyperlink r:id="rId14">
        <w:r>
          <w:rPr>
            <w:color w:val="0000EE"/>
            <w:u w:val="single"/>
          </w:rPr>
          <w:t>https://aidswalkla.org/about-us/</w:t>
        </w:r>
      </w:hyperlink>
      <w:r>
        <w:t xml:space="preserve"> - AIDS Walk Los Angeles began in 1985 as the world’s first walk dedicated to raising funds and demanding action in response to the AIDS crisis. Since then, it has raised nearly $100 million to support HIV care, prevention, housing, food, and other essential services. The 42nd annual walk is scheduled for October 18, 2026, at West Hollywood Park, with the theme 'Defend Care, Demand Action'.</w:t>
      </w:r>
      <w:r/>
    </w:p>
    <w:p>
      <w:pPr>
        <w:pStyle w:val="ListNumber"/>
        <w:spacing w:line="240" w:lineRule="auto"/>
        <w:ind w:left="720"/>
      </w:pPr>
      <w:r/>
      <w:hyperlink r:id="rId15">
        <w:r>
          <w:rPr>
            <w:color w:val="0000EE"/>
            <w:u w:val="single"/>
          </w:rPr>
          <w:t>https://aidswalkla.org/contact/</w:t>
        </w:r>
      </w:hyperlink>
      <w:r>
        <w:t xml:space="preserve"> - For inquiries about AIDS Walk Los Angeles, participants can contact the organisers via email at aidswalkla@aplahealth.org or by phone at 213.201.9255. The mailing address is 611 S. Kingsley Dr., Los Angeles, CA 90005, and the AIDS Walk Office is located at 3580 Wilshire Blvd. Ste 300, Los Angeles, CA 90010.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rnewswire.com/news-releases/apla-healths-42nd-annual-aids-walk-los-angeles-returns-to-west-hollywood-on-october-18-2026-302859081.html" TargetMode="External"/><Relationship Id="rId10" Type="http://schemas.openxmlformats.org/officeDocument/2006/relationships/hyperlink" Target="https://aidswalkla.org/faq/" TargetMode="External"/><Relationship Id="rId11" Type="http://schemas.openxmlformats.org/officeDocument/2006/relationships/hyperlink" Target="https://aidswalkla.org/" TargetMode="External"/><Relationship Id="rId12" Type="http://schemas.openxmlformats.org/officeDocument/2006/relationships/hyperlink" Target="https://aplahealth.org/about/special-events/aids-walk-la/" TargetMode="External"/><Relationship Id="rId13" Type="http://schemas.openxmlformats.org/officeDocument/2006/relationships/hyperlink" Target="https://aidswalkla.org/participate/" TargetMode="External"/><Relationship Id="rId14" Type="http://schemas.openxmlformats.org/officeDocument/2006/relationships/hyperlink" Target="https://aidswalkla.org/about-us/" TargetMode="External"/><Relationship Id="rId15" Type="http://schemas.openxmlformats.org/officeDocument/2006/relationships/hyperlink" Target="https://aidswalkla.org/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