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Womenfest Key West Guide for 2026: Where Queer Women Find Island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are flocking to Key West in early September for Womenfest, a long-running celebration where queer women, trans women, and allies gather for sunsets, art, drag and easy camaraderie, here’s what to expect, how to join in, and why it still matters.</w:t>
      </w:r>
      <w:r/>
    </w:p>
    <w:p>
      <w:r/>
      <w:r>
        <w:t>Essential Takeaways</w:t>
      </w:r>
      <w:r/>
      <w:r/>
    </w:p>
    <w:p>
      <w:pPr>
        <w:pStyle w:val="ListBullet"/>
        <w:spacing w:line="240" w:lineRule="auto"/>
        <w:ind w:left="720"/>
      </w:pPr>
      <w:r/>
      <w:r>
        <w:rPr>
          <w:b/>
        </w:rPr>
        <w:t>When and where:</w:t>
      </w:r>
      <w:r>
        <w:t xml:space="preserve"> Womenfest runs Sept 2–6, 2026, across venues including American Legion Post 168, La Te Da, Bourbon St. Pub and waterfront locations.</w:t>
      </w:r>
      <w:r/>
    </w:p>
    <w:p>
      <w:pPr>
        <w:pStyle w:val="ListBullet"/>
        <w:spacing w:line="240" w:lineRule="auto"/>
        <w:ind w:left="720"/>
      </w:pPr>
      <w:r/>
      <w:r>
        <w:rPr>
          <w:b/>
        </w:rPr>
        <w:t>Festival vibe:</w:t>
      </w:r>
      <w:r>
        <w:t xml:space="preserve"> Laid-back, femme-forward programming mixes parties, art tours, drag shows, and water excursions, feel welcoming, not corporate.</w:t>
      </w:r>
      <w:r/>
    </w:p>
    <w:p>
      <w:pPr>
        <w:pStyle w:val="ListBullet"/>
        <w:spacing w:line="240" w:lineRule="auto"/>
        <w:ind w:left="720"/>
      </w:pPr>
      <w:r/>
      <w:r>
        <w:rPr>
          <w:b/>
        </w:rPr>
        <w:t>Standout events:</w:t>
      </w:r>
      <w:r>
        <w:t xml:space="preserve"> Sunset sail, Drag King Bootcamp and the “You CAN Sit With Us” drag brunch are highlights; there’s also a sandbar snorkel and the Original Tea Dance.</w:t>
      </w:r>
      <w:r/>
    </w:p>
    <w:p>
      <w:pPr>
        <w:pStyle w:val="ListBullet"/>
        <w:spacing w:line="240" w:lineRule="auto"/>
        <w:ind w:left="720"/>
      </w:pPr>
      <w:r/>
      <w:r>
        <w:rPr>
          <w:b/>
        </w:rPr>
        <w:t>Practical note:</w:t>
      </w:r>
      <w:r>
        <w:t xml:space="preserve"> Tickets and schedules are posted on the Womenfest site; many events sell out, so book early and plan transport around Old Town’s narrow streets.</w:t>
      </w:r>
      <w:r/>
    </w:p>
    <w:p>
      <w:pPr>
        <w:pStyle w:val="ListBullet"/>
        <w:spacing w:line="240" w:lineRule="auto"/>
        <w:ind w:left="720"/>
      </w:pPr>
      <w:r/>
      <w:r>
        <w:rPr>
          <w:b/>
        </w:rPr>
        <w:t>Community focus:</w:t>
      </w:r>
      <w:r>
        <w:t xml:space="preserve"> The festival centres women’s creative expression and connection, from gallery tours to playful competitions like the cornhole tournament.</w:t>
      </w:r>
      <w:r/>
      <w:r/>
    </w:p>
    <w:p>
      <w:pPr>
        <w:pStyle w:val="Heading2"/>
      </w:pPr>
      <w:r>
        <w:t>Why Womenfest still feels like a rare, gentle takeover of Key West</w:t>
      </w:r>
      <w:r/>
    </w:p>
    <w:p>
      <w:r/>
      <w:r>
        <w:t>Key West in September already smells of salt and sunscreen, but Womenfest turns the island into a place where queer women are the obvious majority, not an afterthought. That shift in social texture is the festival’s quiet superpower, making you feel more at home than you might at a general Pride weekend.</w:t>
      </w:r>
      <w:r/>
    </w:p>
    <w:p>
      <w:r/>
      <w:r>
        <w:t>The event began in the mid‑1980s as Women in Paradise and evolved into Womenfest by the 1990s; it’s survived leadership changes and ups and downs to become a signature moment for LGBTQ tourism in Key West. For returning attendees, the pleasure is partly ritual, familiar venues, familiar faces, and the same mix of playful and reflective programming.</w:t>
      </w:r>
      <w:r/>
    </w:p>
    <w:p>
      <w:r/>
      <w:r>
        <w:t>If you’re thinking of going, aim to arrive a day early or stay a day later; Key West’s compact footprint means events spill across venues, and an extra afternoon lets you wander galleries or linger at a bar without rushing. For first timers, the social density is the point: it’s easier to meet people when the island itself feels like a meeting place.</w:t>
      </w:r>
      <w:r/>
    </w:p>
    <w:p>
      <w:pPr>
        <w:pStyle w:val="Heading2"/>
      </w:pPr>
      <w:r>
        <w:t>What’s on the programme: big nights and small moments to plan for</w:t>
      </w:r>
      <w:r/>
    </w:p>
    <w:p>
      <w:r/>
      <w:r>
        <w:t>Womenfest 2026 offers a packed schedule: a welcome party at American Legion Post 168, a sunset sail, a cornhole tournament, drag-focused events, gallery trolley tours and the signature Tea Dance at La Te Da. There’s playful stuff too, the Lost Women Throwdown’s Jell‑O wrestling is messy and memorable.</w:t>
      </w:r>
      <w:r/>
    </w:p>
    <w:p>
      <w:r/>
      <w:r>
        <w:t>Drag programming has expanded beyond a single show: there’s a Drag King Bootcamp and the “You CAN Sit With Us” drag brunch, plus high‑energy nights like the Green Goddess &amp; Kings Party. Meanwhile, quieter offerings such as the Making Waves pool party or the community worship service provide balance.</w:t>
      </w:r>
      <w:r/>
    </w:p>
    <w:p>
      <w:r/>
      <w:r>
        <w:t>Plan your nights around the headline events and slot in smaller pieces, an afternoon gallery trolley or a sandbar snorkel feels like the festival’s softer, restorative side. Tickets for popular shows and the sunset sail can vanish, so check the official listings and grab what you want in advance.</w:t>
      </w:r>
      <w:r/>
    </w:p>
    <w:p>
      <w:pPr>
        <w:pStyle w:val="Heading2"/>
      </w:pPr>
      <w:r>
        <w:t>How Womenfest amplifies women in the arts, and why that theme matters</w:t>
      </w:r>
      <w:r/>
    </w:p>
    <w:p>
      <w:r/>
      <w:r>
        <w:t>This year’s theme, “Lost Women in the Arts,” foregrounds creativity and reclamation, with a gallery trolley tour highlighting women‑owned and women‑managed spaces across the island. That mix of art walks, cabaret and performance acknowledges that festivals do more than entertain; they shape whose stories get told.</w:t>
      </w:r>
      <w:r/>
    </w:p>
    <w:p>
      <w:r/>
      <w:r>
        <w:t>Organisers have long mixed mainstream island pleasures, sunsets, boats, bars, with events that centre women’s voices, from gallery visits to femme cabaret shows. For artists and audiences alike, Womenfest offers a concentrated moment of visibility and commerce: gallery doors open, artists meet collectors, and conversations happen over rum cocktails.</w:t>
      </w:r>
      <w:r/>
    </w:p>
    <w:p>
      <w:r/>
      <w:r>
        <w:t>If you’re an artist or an art fan, block out the gallery trolley and the Hush Hush Theater night. Bring a small notebook, business cards or quick photos of your work, these gatherings can turn into real connections, not just postcard moments.</w:t>
      </w:r>
      <w:r/>
    </w:p>
    <w:p>
      <w:pPr>
        <w:pStyle w:val="Heading2"/>
      </w:pPr>
      <w:r>
        <w:t>Practical tips: where to stay, what to wear, and how to move around</w:t>
      </w:r>
      <w:r/>
    </w:p>
    <w:p>
      <w:r/>
      <w:r>
        <w:t>Key West is compact but busy during Womenfest. Stay in or near Old Town if you want walking access to most venues; taxis and ride‑shares can get slowed by festival traffic. Pack layers, September is hot by day and pleasantly breezy by evening, and bring shoes you don’t mind for sandbar trips or cobbled streets.</w:t>
      </w:r>
      <w:r/>
    </w:p>
    <w:p>
      <w:r/>
      <w:r>
        <w:t>For clothing, think island glam: resort wear for daytime sails and pool parties, and a fun prom or themed outfit for the ’80s, ’90s and Today’s Prom night. If you’re joining the clothing‑optional sandbar snorkel, be sure to follow crew guidance and consider reef‑safe sunscreen.</w:t>
      </w:r>
      <w:r/>
    </w:p>
    <w:p>
      <w:r/>
      <w:r>
        <w:t>Accessibility varies by venue, so check ahead if mobility or sensory needs matter. And lastly, carry cash for small vendors or tips; many events still appreciate a physical note of thanks.</w:t>
      </w:r>
      <w:r/>
    </w:p>
    <w:p>
      <w:pPr>
        <w:pStyle w:val="Heading2"/>
      </w:pPr>
      <w:r>
        <w:t>Looking ahead: why Womenfest matters for queer travel and community</w:t>
      </w:r>
      <w:r/>
    </w:p>
    <w:p>
      <w:r/>
      <w:r>
        <w:t>Womenfest has become more than a party, it’s a recurring island ritual where queer women can be visible in a relaxed, celebratory way. Events like this influence where queer travellers feel safe and welcome, and they help sustain local businesses that depend on inclusive tourism.</w:t>
      </w:r>
      <w:r/>
    </w:p>
    <w:p>
      <w:r/>
      <w:r>
        <w:t>As festivals evolve, Womenfest’s survival and reinvention offer a small lesson: community events that combine play, culture and safer spaces endure. Expect the 2026 festival to keep that balance, big nights, quiet moments and chances to make friendships that last beyond the sunsets.</w:t>
      </w:r>
      <w:r/>
    </w:p>
    <w:p>
      <w:r/>
      <w:r>
        <w:t>It’s a small change that can make every visit feel like finding your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[4]</w:t>
        </w:r>
      </w:hyperlink>
      <w:r>
        <w:t xml:space="preserve">, </w:t>
      </w:r>
      <w:hyperlink r:id="rId9">
        <w:r>
          <w:rPr>
            <w:color w:val="0000EE"/>
            <w:u w:val="single"/>
          </w:rPr>
          <w:t>[2]</w:t>
        </w:r>
      </w:hyperlink>
      <w:r>
        <w:t xml:space="preserve">- Paragraph 5: </w:t>
      </w:r>
      <w:hyperlink r:id="rId9">
        <w:r>
          <w:rPr>
            <w:color w:val="0000EE"/>
            <w:u w:val="single"/>
          </w:rPr>
          <w:t>[2]</w:t>
        </w:r>
      </w:hyperlink>
      <w:r>
        <w:t xml:space="preserve">, </w:t>
      </w:r>
      <w:hyperlink r:id="rId14">
        <w:r>
          <w:rPr>
            <w:color w:val="0000EE"/>
            <w:u w:val="single"/>
          </w:rPr>
          <w:t>[5]</w:t>
        </w:r>
      </w:hyperlink>
      <w:r>
        <w:t xml:space="preserve">- Paragraph 6: </w:t>
      </w:r>
      <w:hyperlink r:id="rId9">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https://www.vacationer.travel/womenfest-key-west-where-queer-women-find-their-island-paradise/</w:t>
        </w:r>
      </w:hyperlink>
      <w:r>
        <w:t xml:space="preserve"> - Please view link - unable to able to access data</w:t>
      </w:r>
      <w:r/>
    </w:p>
    <w:p>
      <w:pPr>
        <w:pStyle w:val="ListNumber"/>
        <w:spacing w:line="240" w:lineRule="auto"/>
        <w:ind w:left="720"/>
      </w:pPr>
      <w:r/>
      <w:hyperlink r:id="rId9">
        <w:r>
          <w:rPr>
            <w:color w:val="0000EE"/>
            <w:u w:val="single"/>
          </w:rPr>
          <w:t>https://www.vacationer.travel/womenfest-key-west-where-queer-women-find-their-island-paradise/</w:t>
        </w:r>
      </w:hyperlink>
      <w:r>
        <w:t xml:space="preserve"> - This article provides an overview of Womenfest Key West, a longstanding festival that has been a significant gathering for lesbians, bisexual women, queer women, trans women, and their friends for nearly four decades. The event, which began in 1986, has evolved into a major celebration of community and culture in Key West. The 2026 festival, scheduled for September 2–6, is themed 'Lost Women in the Arts' and aims to honour women creators who have been overlooked in history. The article details various events planned for the festival, including themed parties, live music, art exhibitions, and community activities. It also highlights the festival's inclusive atmosphere and its role in fostering connections among attendees.</w:t>
      </w:r>
      <w:r/>
    </w:p>
    <w:p>
      <w:pPr>
        <w:pStyle w:val="ListNumber"/>
        <w:spacing w:line="240" w:lineRule="auto"/>
        <w:ind w:left="720"/>
      </w:pPr>
      <w:r/>
      <w:hyperlink r:id="rId12">
        <w:r>
          <w:rPr>
            <w:color w:val="0000EE"/>
            <w:u w:val="single"/>
          </w:rPr>
          <w:t>https://www.keywestchamber.org/latest-community-news/key-west-womenfest-2026-presents-the-you-can-sit-with-us-drag-brunch-at-the-key-west-cooking-show</w:t>
        </w:r>
      </w:hyperlink>
      <w:r>
        <w:t xml:space="preserve"> - This announcement details the 'You CAN Sit With Us' Drag Brunch, a highlight of the 2026 Womenfest Key West. Scheduled for Sunday, September 6, 2026, at The Key West Cooking Show, the event features performances by drag kings and queens, including BruceKey, Joey Night, Jessica Devereaux, and Renne Marie. The brunch offers a lavish buffet with dishes like shrimp bisque, French toast with berries, eggs, bacon, sausage, home fries, cured salmon, and desserts such as flan and Key lime pie. The event is produced and hosted by Erin McKenna in her Hugh Janus persona. The announcement also notes that Womenfest Key West is presented in part by the Monroe County Tourist Development Council and the Key West Business Guild.</w:t>
      </w:r>
      <w:r/>
    </w:p>
    <w:p>
      <w:pPr>
        <w:pStyle w:val="ListNumber"/>
        <w:spacing w:line="240" w:lineRule="auto"/>
        <w:ind w:left="720"/>
      </w:pPr>
      <w:r/>
      <w:hyperlink r:id="rId13">
        <w:r>
          <w:rPr>
            <w:color w:val="0000EE"/>
            <w:u w:val="single"/>
          </w:rPr>
          <w:t>https://www.keywestchamber.org/latest-community-news/key-west-womenfest-2026-lost-women-found-art-gallery-tour-celebrates-creativity-vision-and-legacy-of-women-in-art2473221</w:t>
        </w:r>
      </w:hyperlink>
      <w:r>
        <w:t xml:space="preserve"> - This article highlights the 'Lost Women, Found Art' Gallery Tour, an event during the 2026 Womenfest Key West. Scheduled for Saturday, September 5, 2026, at 11 AM, the tour celebrates the creativity and impact of women in the arts by visiting women-owned and managed galleries in Key West. Attendees will meet gallery owners and some of the artists they represent, discovering the stories and talents that shape Key West's vibrant arts community. The participating galleries include Sacred Space Gallery, Key West Collective, Harrison Gallery, Effusion Gallery, and Bella Laine Art. The tour is conducted via Old Town Trolley, with each visit including a complimentary beverage. The article notes that Womenfest Key West is presented in part by the Monroe County Tourist Development Council and the Key West Business Guild.</w:t>
      </w:r>
      <w:r/>
    </w:p>
    <w:p>
      <w:pPr>
        <w:pStyle w:val="ListNumber"/>
        <w:spacing w:line="240" w:lineRule="auto"/>
        <w:ind w:left="720"/>
      </w:pPr>
      <w:r/>
      <w:hyperlink r:id="rId14">
        <w:r>
          <w:rPr>
            <w:color w:val="0000EE"/>
            <w:u w:val="single"/>
          </w:rPr>
          <w:t>https://www.keywestcookingshow.com/events/key-west-womenfest-drag-brunch</w:t>
        </w:r>
      </w:hyperlink>
      <w:r>
        <w:t xml:space="preserve"> - This page provides details about the Key West WomenFest Drag Brunch, an event scheduled for September 6, 2026, from 12:00 PM to 3:00 PM at The Key West Cooking Show. The brunch features dazzling performances, including drag kings, and offers a vibrant afternoon of entertainment, laughter, and a delicious buffet. The buffet includes dishes such as shrimp bisque, French toast with berries, eggs, bacon, sausage, home fries, cured salmon, benedicts, jerk chicken with yellow rice, croissants, fresh fruit, salad, and sweet treats like flan and Key lime pie. The event is hosted and produced by Beatrix Dixie. The venue is located at 291 Front St., Key West, FL 33040.</w:t>
      </w:r>
      <w:r/>
    </w:p>
    <w:p>
      <w:pPr>
        <w:pStyle w:val="ListNumber"/>
        <w:spacing w:line="240" w:lineRule="auto"/>
        <w:ind w:left="720"/>
      </w:pPr>
      <w:r/>
      <w:hyperlink r:id="rId11">
        <w:r>
          <w:rPr>
            <w:color w:val="0000EE"/>
            <w:u w:val="single"/>
          </w:rPr>
          <w:t>https://www.gayout.com/usa-canada/united-states/key-west/mega-events/womens-fest-key-west</w:t>
        </w:r>
      </w:hyperlink>
      <w:r>
        <w:t xml:space="preserve"> - This page provides information about Womenfest Key West 2026, scheduled from September 2 to 6, 2026. The festival is described as the largest lesbian and queer women's festival in the Florida Keys, held over the first weekend of September. The 2026 event runs under the theme 'Lost Women in the Arts,' honouring women creators history has overlooked. The festival includes pool parties, day parties, live music and DJ sets, a poetry reading and art exhibition tied to the theme, sunset sails, a clothing-optional snorkel trip, bike and trolley tours, and foodie events. It is organised by the Key West Business Guild, the island's LGBTQ business group. The page also provides practical notes about Key West's location and climate during early September.</w:t>
      </w:r>
      <w:r/>
    </w:p>
    <w:p>
      <w:pPr>
        <w:pStyle w:val="ListNumber"/>
        <w:spacing w:line="240" w:lineRule="auto"/>
        <w:ind w:left="720"/>
      </w:pPr>
      <w:r/>
      <w:hyperlink r:id="rId10">
        <w:r>
          <w:rPr>
            <w:color w:val="0000EE"/>
            <w:u w:val="single"/>
          </w:rPr>
          <w:t>https://visitfloridakeys.com/plan-your-trip/plan-book/events/womenfest-key-west</w:t>
        </w:r>
      </w:hyperlink>
      <w:r>
        <w:t xml:space="preserve"> - This page provides details about Womenfest Key West, scheduled from September 2 to 6, 2026. The festival is described as a five-day event bringing women together for an unforgettable getaway in the Florida Keys. Attendees can reconnect with their creativity, share their stories, meet new friends, and embrace the welcoming spirit that has made Key West a favourite destination. Festival highlights include themed parties and poolside gatherings, live music and DJ sets, a poetry reading and art exhibition, bike and trolley tours, foodie experiences, sunset cruises, clothing-optional snorkeling excursions, and a speed-dating event. The page notes that event funding is provided by the Monroe County Tourism Development Council.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womenfest-key-west-where-queer-women-find-their-island-paradise/" TargetMode="External"/><Relationship Id="rId10" Type="http://schemas.openxmlformats.org/officeDocument/2006/relationships/hyperlink" Target="https://visitfloridakeys.com/plan-your-trip/plan-book/events/womenfest-key-west" TargetMode="External"/><Relationship Id="rId11" Type="http://schemas.openxmlformats.org/officeDocument/2006/relationships/hyperlink" Target="https://www.gayout.com/usa-canada/united-states/key-west/mega-events/womens-fest-key-west" TargetMode="External"/><Relationship Id="rId12" Type="http://schemas.openxmlformats.org/officeDocument/2006/relationships/hyperlink" Target="https://www.keywestchamber.org/latest-community-news/key-west-womenfest-2026-presents-the-you-can-sit-with-us-drag-brunch-at-the-key-west-cooking-show" TargetMode="External"/><Relationship Id="rId13" Type="http://schemas.openxmlformats.org/officeDocument/2006/relationships/hyperlink" Target="https://www.keywestchamber.org/latest-community-news/key-west-womenfest-2026-lost-women-found-art-gallery-tour-celebrates-creativity-vision-and-legacy-of-women-in-art2473221" TargetMode="External"/><Relationship Id="rId14" Type="http://schemas.openxmlformats.org/officeDocument/2006/relationships/hyperlink" Target="https://www.keywestcookingshow.com/events/key-west-womenfest-drag-br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