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Transcend Together: A Portland Fundraiser for Trans Community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are turning out for a night of performance and solidarity in Portland , Transcend Together gathers local artists, allies, and community members at Dante’s to raise funds for trans people facing housing, healthcare, and emergency needs, and to celebrate trans joy and resilience.</w:t>
      </w:r>
      <w:r/>
    </w:p>
    <w:p>
      <w:r/>
      <w:r>
        <w:t>Essential Takeaways</w:t>
      </w:r>
      <w:r/>
      <w:r/>
    </w:p>
    <w:p>
      <w:pPr>
        <w:pStyle w:val="ListBullet"/>
        <w:spacing w:line="240" w:lineRule="auto"/>
        <w:ind w:left="720"/>
      </w:pPr>
      <w:r/>
      <w:r>
        <w:rPr>
          <w:b/>
        </w:rPr>
        <w:t>Event details:</w:t>
      </w:r>
      <w:r>
        <w:t xml:space="preserve"> Transcend Together happens at Dante’s, Portland, on September 12, 2026; doors 7pm, show 8pm, ages 21+, ticket prices vary. </w:t>
      </w:r>
      <w:r/>
    </w:p>
    <w:p>
      <w:pPr>
        <w:pStyle w:val="ListBullet"/>
        <w:spacing w:line="240" w:lineRule="auto"/>
        <w:ind w:left="720"/>
      </w:pPr>
      <w:r/>
      <w:r>
        <w:rPr>
          <w:b/>
        </w:rPr>
        <w:t>Purpose:</w:t>
      </w:r>
      <w:r>
        <w:t xml:space="preserve"> Funds will seed a community support fund to help trans people with housing, transport, healthcare-related bills, safety, and urgent expenses. </w:t>
      </w:r>
      <w:r/>
    </w:p>
    <w:p>
      <w:pPr>
        <w:pStyle w:val="ListBullet"/>
        <w:spacing w:line="240" w:lineRule="auto"/>
        <w:ind w:left="720"/>
      </w:pPr>
      <w:r/>
      <w:r>
        <w:rPr>
          <w:b/>
        </w:rPr>
        <w:t>Vibe:</w:t>
      </w:r>
      <w:r>
        <w:t xml:space="preserve"> Expect a mix of performances, art, and celebration , a space focused on joy as well as mutual aid, with a warm, defiant atmosphere. </w:t>
      </w:r>
      <w:r/>
    </w:p>
    <w:p>
      <w:pPr>
        <w:pStyle w:val="ListBullet"/>
        <w:spacing w:line="240" w:lineRule="auto"/>
        <w:ind w:left="720"/>
      </w:pPr>
      <w:r/>
      <w:r>
        <w:rPr>
          <w:b/>
        </w:rPr>
        <w:t>Who benefits:</w:t>
      </w:r>
      <w:r>
        <w:t xml:space="preserve"> Local trans individuals and families in Portland-area communities; organisers emphasise direct resource distribution and community care. </w:t>
      </w:r>
      <w:r/>
    </w:p>
    <w:p>
      <w:pPr>
        <w:pStyle w:val="ListBullet"/>
        <w:spacing w:line="240" w:lineRule="auto"/>
        <w:ind w:left="720"/>
      </w:pPr>
      <w:r/>
      <w:r>
        <w:rPr>
          <w:b/>
        </w:rPr>
        <w:t>Practical note:</w:t>
      </w:r>
      <w:r>
        <w:t xml:space="preserve"> Tickets available via Dante’s box office and event page; plan for a night out at a popular downtown venue with age restrictions.</w:t>
      </w:r>
      <w:r/>
      <w:r/>
    </w:p>
    <w:p>
      <w:pPr>
        <w:pStyle w:val="Heading2"/>
      </w:pPr>
      <w:r>
        <w:t>Why this night matters , solidarity through performance</w:t>
      </w:r>
      <w:r/>
    </w:p>
    <w:p>
      <w:r/>
      <w:r>
        <w:t>Portland has a long-standing scene of benefit shows and grassroots fundraising, and Transcend Together leans into that tradition with a clear purpose and a celebratory tone. The event’s promoters are deliberately framing the night as both practical , raising money for housing, transport and healthcare needs , and emotional, centred on trans joy. For anyone who’s been to Dante’s, you know the space can feel intimate and electric; that setting helps turn donations into a visible, shared moment of support.</w:t>
      </w:r>
      <w:r/>
    </w:p>
    <w:p>
      <w:pPr>
        <w:pStyle w:val="Heading2"/>
      </w:pPr>
      <w:r>
        <w:t>Where and when to go , useful logistics</w:t>
      </w:r>
      <w:r/>
    </w:p>
    <w:p>
      <w:r/>
      <w:r>
        <w:t>The show takes place at Dante’s, 350 W Burnside St, with doors at 7pm and the performance starting at 8pm. It’s a 21-plus event, so plan childcare or a sitter if you’re bringing friends who are younger. Tickets are listed across a price range, so check Dante’s event page for current availability and purchase options. If you’re coming from outside downtown, consider public transport or a rideshare , funds are being directed to transport needs, so it’s nice to minimise parking headaches and keep the evening relaxed.</w:t>
      </w:r>
      <w:r/>
    </w:p>
    <w:p>
      <w:pPr>
        <w:pStyle w:val="Heading2"/>
      </w:pPr>
      <w:r>
        <w:t>What the funds will do , direct, local impact</w:t>
      </w:r>
      <w:r/>
    </w:p>
    <w:p>
      <w:r/>
      <w:r>
        <w:t>Organisers have said the money raised will go into a community support fund to pay for urgent, practical needs: housing help, emergency assistance, healthcare-related expenses, safety measures and transport. That’s the kind of hyper-local giving that can change someone’s month or even their year. In communities under pressure, pooled resources like this get to the people who need them without the friction of large bureaucratic programmes , and the fundraiser format also builds visibility for ongoing needs.</w:t>
      </w:r>
      <w:r/>
    </w:p>
    <w:p>
      <w:pPr>
        <w:pStyle w:val="Heading2"/>
      </w:pPr>
      <w:r>
        <w:t>The line-up and atmosphere , expect joy, art and resilience</w:t>
      </w:r>
      <w:r/>
    </w:p>
    <w:p>
      <w:r/>
      <w:r>
        <w:t>While specific performers and set times are hosted on Dante’s event page, the promise is a diverse mix of artists, entertainers and allies. Shows like this usually mix music, drag, spoken word and visual art, creating a layered evening that’s as much about community as it is about entertainment. Even if you go primarily to support the cause, you’ll likely leave having been moved, laughed or inspired , and with the sense that you were part of something collective.</w:t>
      </w:r>
      <w:r/>
    </w:p>
    <w:p>
      <w:pPr>
        <w:pStyle w:val="Heading2"/>
      </w:pPr>
      <w:r>
        <w:t>How to support beyond the ticket</w:t>
      </w:r>
      <w:r/>
    </w:p>
    <w:p>
      <w:r/>
      <w:r>
        <w:t>Can’t make the date? Check whether organisers accept direct donations or volunteer help; many fundraisers run parallel donation channels or post-event distributions. If you’re buying tickets, consider bringing extra cash for a donation bucket or merch , small additions add up. For business owners, consider matching a friend’s donation or offering in-kind support like transport vouchers or temporary housing listings to the fund organisers.</w:t>
      </w:r>
      <w:r/>
    </w:p>
    <w:p>
      <w:r/>
      <w:r>
        <w:t>It’s a small change that can make every night a little safer and a lot more celebratory.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https://www.pdxpipeline.com/transcend-together-a-fundraiser-for-our-trans-community-dantes-09-2026/</w:t>
        </w:r>
      </w:hyperlink>
      <w:r>
        <w:t xml:space="preserve"> - Please view link - unable to able to access data</w:t>
      </w:r>
      <w:r/>
    </w:p>
    <w:p>
      <w:pPr>
        <w:pStyle w:val="ListNumber"/>
        <w:spacing w:line="240" w:lineRule="auto"/>
        <w:ind w:left="720"/>
      </w:pPr>
      <w:r/>
      <w:hyperlink r:id="rId9">
        <w:r>
          <w:rPr>
            <w:color w:val="0000EE"/>
            <w:u w:val="single"/>
          </w:rPr>
          <w:t>https://www.pdxpipeline.com/transcend-together-a-fundraiser-for-our-trans-community-dantes-09-2026/</w:t>
        </w:r>
      </w:hyperlink>
      <w:r>
        <w:t xml:space="preserve"> - Transcend Together is a fundraising event scheduled for September 12, 2026, at Dante's in Portland, Oregon. The event aims to support the local transgender community by raising funds for housing, transportation, healthcare-related expenses, emergency assistance, safety, and other financial hardships. The evening will feature performances, art, and community solidarity, creating a space to celebrate trans joy, art, beauty, resilience, and futures. The event is open to individuals aged 21 and over, with tickets ranging from $21.09 to $263.14. Tickets can be purchased through Dante's official website.</w:t>
      </w:r>
      <w:r/>
    </w:p>
    <w:p>
      <w:pPr>
        <w:pStyle w:val="ListNumber"/>
        <w:spacing w:line="240" w:lineRule="auto"/>
        <w:ind w:left="720"/>
      </w:pPr>
      <w:r/>
      <w:hyperlink r:id="rId11">
        <w:r>
          <w:rPr>
            <w:color w:val="0000EE"/>
            <w:u w:val="single"/>
          </w:rPr>
          <w:t>https://www.danteslive.com/tm_event/transcend-together-108/</w:t>
        </w:r>
      </w:hyperlink>
      <w:r>
        <w:t xml:space="preserve"> - Dante's Live is hosting the Transcend Together event on September 12, 2026, at 8:00 PM. The venue is located at 350 West Burnside Street, Portland, OR 97209. The event is for individuals aged 21 and over, with tickets priced between $21.09 and $263.14. Tickets are available for purchase on Dante's official website. The event aims to raise funds for the transgender community, supporting needs such as housing, transportation, healthcare-related expenses, emergency assistance, safety, and other financial hardships.</w:t>
      </w:r>
      <w:r/>
    </w:p>
    <w:p>
      <w:pPr>
        <w:pStyle w:val="ListNumber"/>
        <w:spacing w:line="240" w:lineRule="auto"/>
        <w:ind w:left="720"/>
      </w:pPr>
      <w:r/>
      <w:hyperlink r:id="rId12">
        <w:r>
          <w:rPr>
            <w:color w:val="0000EE"/>
            <w:u w:val="single"/>
          </w:rPr>
          <w:t>https://www.ticketmaster.com/dantes-tickets-portland/venue/338314?page=1&amp;tt_scene=anchor_view</w:t>
        </w:r>
      </w:hyperlink>
      <w:r>
        <w:t xml:space="preserve"> - Ticketmaster provides information on events at Dante's in Portland, Oregon, including the Transcend Together fundraiser scheduled for September 12, 2026, at 8:00 PM. The venue is located at 350 West Burnside Street, Portland, OR 97209. The event is for individuals aged 21 and over, with tickets priced between $21.09 and $263.14. Tickets are available for purchase on Ticketmaster's website. The event aims to support the transgender community by raising funds for various needs, including housing, transportation, healthcare-related expenses, emergency assistance, safety, and other financial hardships.</w:t>
      </w:r>
      <w:r/>
    </w:p>
    <w:p>
      <w:pPr>
        <w:pStyle w:val="ListNumber"/>
        <w:spacing w:line="240" w:lineRule="auto"/>
        <w:ind w:left="720"/>
      </w:pPr>
      <w:r/>
      <w:hyperlink r:id="rId13">
        <w:r>
          <w:rPr>
            <w:color w:val="0000EE"/>
            <w:u w:val="single"/>
          </w:rPr>
          <w:t>https://www.songkick.com/concerts/43369926-glam-at-dantes</w:t>
        </w:r>
      </w:hyperlink>
      <w:r>
        <w:t xml:space="preserve"> - Songkick lists the Transcend Together event at Dante's in Portland, Oregon, on September 12, 2026. The event is scheduled to begin at 8:00 PM, with doors opening at 7:00 PM. The venue is located at 350 West Burnside Street, Portland, OR 97209. The event is for individuals aged 21 and over, with tickets priced between $21.09 and $263.14. Tickets are available for purchase on Songkick's website. The event aims to raise funds for the transgender community, supporting needs such as housing, transportation, healthcare-related expenses, emergency assistance, safety, and other financial hardships.</w:t>
      </w:r>
      <w:r/>
    </w:p>
    <w:p>
      <w:pPr>
        <w:pStyle w:val="ListNumber"/>
        <w:spacing w:line="240" w:lineRule="auto"/>
        <w:ind w:left="720"/>
      </w:pPr>
      <w:r/>
      <w:hyperlink r:id="rId10">
        <w:r>
          <w:rPr>
            <w:color w:val="0000EE"/>
            <w:u w:val="single"/>
          </w:rPr>
          <w:t>https://pdx.rocks/</w:t>
        </w:r>
      </w:hyperlink>
      <w:r>
        <w:t xml:space="preserve"> - PDX.rocks is a Portland music calendar that lists local events, including the Transcend Together fundraiser at Dante's on September 12, 2026. The event is scheduled to begin at 8:00 PM. The venue is located at 350 West Burnside Street, Portland, OR 97209. The event is for individuals aged 21 and over, with tickets priced between $21.09 and $263.14. Tickets are available for purchase on PDX.rocks' website. The event aims to support the transgender community by raising funds for various needs, including housing, transportation, healthcare-related expenses, emergency assistance, safety, and other financial hardships.</w:t>
      </w:r>
      <w:r/>
    </w:p>
    <w:p>
      <w:pPr>
        <w:pStyle w:val="ListNumber"/>
        <w:spacing w:line="240" w:lineRule="auto"/>
        <w:ind w:left="720"/>
      </w:pPr>
      <w:r/>
      <w:hyperlink r:id="rId14">
        <w:r>
          <w:rPr>
            <w:color w:val="0000EE"/>
            <w:u w:val="single"/>
          </w:rPr>
          <w:t>https://www.ticketmaster.com/discover/portland-or?page=5&amp;tt_scene=anchor_view</w:t>
        </w:r>
      </w:hyperlink>
      <w:r>
        <w:t xml:space="preserve"> - Ticketmaster provides information on events in Portland, Oregon, including the Transcend Together fundraiser at Dante's on September 12, 2026. The event is scheduled to begin at 8:00 PM. The venue is located at 350 West Burnside Street, Portland, OR 97209. The event is for individuals aged 21 and over, with tickets priced between $21.09 and $263.14. Tickets are available for purchase on Ticketmaster's website. The event aims to support the transgender community by raising funds for various needs, including housing, transportation, healthcare-related expenses, emergency assistance, safety, and other financial hardships.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dxpipeline.com/transcend-together-a-fundraiser-for-our-trans-community-dantes-09-2026/" TargetMode="External"/><Relationship Id="rId10" Type="http://schemas.openxmlformats.org/officeDocument/2006/relationships/hyperlink" Target="https://pdx.rocks/" TargetMode="External"/><Relationship Id="rId11" Type="http://schemas.openxmlformats.org/officeDocument/2006/relationships/hyperlink" Target="https://www.danteslive.com/tm_event/transcend-together-108/" TargetMode="External"/><Relationship Id="rId12" Type="http://schemas.openxmlformats.org/officeDocument/2006/relationships/hyperlink" Target="https://www.ticketmaster.com/dantes-tickets-portland/venue/338314?page=1&amp;tt_scene=anchor_view" TargetMode="External"/><Relationship Id="rId13" Type="http://schemas.openxmlformats.org/officeDocument/2006/relationships/hyperlink" Target="https://www.songkick.com/concerts/43369926-glam-at-dantes" TargetMode="External"/><Relationship Id="rId14" Type="http://schemas.openxmlformats.org/officeDocument/2006/relationships/hyperlink" Target="https://www.ticketmaster.com/discover/portland-or?page=5&amp;tt_scene=anchor_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