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Southern Decadence Guide for First-Time Visitors in 2026</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travellers are flocking to New Orleans for Southern Decadence, the Labour Day weekend spectacle that turns the French Quarter into a giant queer celebration; from September 3–7, 2026 the city fills with drag, parades, pool parties and pop-up lesbian events, so plan where to go and what to pack.</w:t>
      </w:r>
      <w:r/>
    </w:p>
    <w:p>
      <w:r/>
      <w:r>
        <w:t>Essential Takeaways</w:t>
      </w:r>
      <w:r/>
      <w:r/>
    </w:p>
    <w:p>
      <w:pPr>
        <w:pStyle w:val="ListBullet"/>
        <w:spacing w:line="240" w:lineRule="auto"/>
        <w:ind w:left="720"/>
      </w:pPr>
      <w:r/>
      <w:r>
        <w:rPr>
          <w:b/>
        </w:rPr>
        <w:t>When:</w:t>
      </w:r>
      <w:r>
        <w:t xml:space="preserve"> Southern Decadence runs September 3–7, 2026 , check the official schedule for daily highlights.</w:t>
      </w:r>
      <w:r/>
    </w:p>
    <w:p>
      <w:pPr>
        <w:pStyle w:val="ListBullet"/>
        <w:spacing w:line="240" w:lineRule="auto"/>
        <w:ind w:left="720"/>
      </w:pPr>
      <w:r/>
      <w:r>
        <w:rPr>
          <w:b/>
        </w:rPr>
        <w:t>Main events:</w:t>
      </w:r>
      <w:r>
        <w:t xml:space="preserve"> Thursday warm-ups, Friday beer busts and drag, Saturday Bourbon Street Extravaganza, Sunday parade, Monday farewell parties.</w:t>
      </w:r>
      <w:r/>
    </w:p>
    <w:p>
      <w:pPr>
        <w:pStyle w:val="ListBullet"/>
        <w:spacing w:line="240" w:lineRule="auto"/>
        <w:ind w:left="720"/>
      </w:pPr>
      <w:r/>
      <w:r>
        <w:rPr>
          <w:b/>
        </w:rPr>
        <w:t>Atmosphere:</w:t>
      </w:r>
      <w:r>
        <w:t xml:space="preserve"> Loud, colourful and theatrical , expect costumes, crowded streets, music and a mild smell of fried food and perfume.</w:t>
      </w:r>
      <w:r/>
    </w:p>
    <w:p>
      <w:pPr>
        <w:pStyle w:val="ListBullet"/>
        <w:spacing w:line="240" w:lineRule="auto"/>
        <w:ind w:left="720"/>
      </w:pPr>
      <w:r/>
      <w:r>
        <w:rPr>
          <w:b/>
        </w:rPr>
        <w:t>Where to drink:</w:t>
      </w:r>
      <w:r>
        <w:t xml:space="preserve"> French Quarter hubs like Café Lafitte’s, Bourbon Pub &amp; Parade, Oz, Phoenix Bar, plus Marigny/Bywater pop-ups.</w:t>
      </w:r>
      <w:r/>
    </w:p>
    <w:p>
      <w:pPr>
        <w:pStyle w:val="ListBullet"/>
        <w:spacing w:line="240" w:lineRule="auto"/>
        <w:ind w:left="720"/>
      </w:pPr>
      <w:r/>
      <w:r>
        <w:rPr>
          <w:b/>
        </w:rPr>
        <w:t>Queer-women scene:</w:t>
      </w:r>
      <w:r>
        <w:t xml:space="preserve"> No permanent lesbian bar , look for GrrlSpot, Her Haus and pop-up events; check social channels before you go.</w:t>
      </w:r>
      <w:r/>
      <w:r/>
    </w:p>
    <w:p>
      <w:pPr>
        <w:pStyle w:val="Heading2"/>
      </w:pPr>
      <w:r>
        <w:t>Why Southern Decadence still feels essential</w:t>
      </w:r>
      <w:r/>
    </w:p>
    <w:p>
      <w:r/>
      <w:r>
        <w:t>Southern Decadence is equal parts riotous parade and cultural statement, and you feel that the moment you step into the Quarter , bright costumes, blaring music and a general sense of gleeful defiance. The festival has grown from a handful of friends’ parties in 1972 into one of the nation’s largest LGBTQ+ gatherings, and it’s braided into New Orleans’ carnival culture. According to the festival’s own programme, dozens of bars and promoters stage hundreds of events, so it’s more than a weekend , it’s a citywide take-over.</w:t>
      </w:r>
      <w:r/>
    </w:p>
    <w:p>
      <w:pPr>
        <w:pStyle w:val="Heading2"/>
      </w:pPr>
      <w:r>
        <w:t>A day-by-day primer so you don’t miss the highlights</w:t>
      </w:r>
      <w:r/>
    </w:p>
    <w:p>
      <w:r/>
      <w:r>
        <w:t>Start Thursday to get the lay of the land; it’s warm, slightly quieter and perfect for scouting bars before the crowds arrive. Friday often brings the Phoenix Beer Bust and themed parties, ideal if you like big, social rooms and beer-on-tap chaos. Saturday turns Bourbon Street into a free-for-all extravaganza with music and costume parades, and many queer-women events like Dykeadance run that day. Sunday is parade day , arrive early, bring water and expect theatrical floats winding past historic bars. Labour Day Monday is for one last brunch or pool party before the city settles down.</w:t>
      </w:r>
      <w:r/>
    </w:p>
    <w:p>
      <w:pPr>
        <w:pStyle w:val="Heading2"/>
      </w:pPr>
      <w:r>
        <w:t>Where to drink: historic bars and newer queer spots</w:t>
      </w:r>
      <w:r/>
    </w:p>
    <w:p>
      <w:r/>
      <w:r>
        <w:t>The French Quarter is still the heart of the action. Café Lafitte’s reads like queer history , people come for the atmosphere as much as the cocktails. Bourbon Pub &amp; Parade and Oz are reliable for drag and dance; Phoenix Bar hosts the famous beer-bust tradition. For a more performance-led night, head to the Marigny’s AllWays Lounge &amp; Cabaret, or relax poolside at The Country Club. If you want to find niche events, check the official Southern Decadence guide and venues’ social feeds , many parties are pop-ups.</w:t>
      </w:r>
      <w:r/>
    </w:p>
    <w:p>
      <w:pPr>
        <w:pStyle w:val="Heading2"/>
      </w:pPr>
      <w:r>
        <w:t>Finding queer-women spaces without a permanent lesbian bar</w:t>
      </w:r>
      <w:r/>
    </w:p>
    <w:p>
      <w:r/>
      <w:r>
        <w:t>New Orleans doesn’t currently have a permanent dedicated lesbian bar, which means queer-women culture tends to appear in pop-ups and takeovers. GrrlSpot and Her Haus are the big names: they stage mobile parties and themed nights that appear on the Decadence calendar. The Soiled Dove pop-up and other monthly events can land at different venues, so keep notifications on and follow organisers’ channels. Practical tip: bookmark event pages and RSVP where possible , popular pop-ups can fill up fast.</w:t>
      </w:r>
      <w:r/>
    </w:p>
    <w:p>
      <w:pPr>
        <w:pStyle w:val="Heading2"/>
      </w:pPr>
      <w:r>
        <w:t>Remember the history behind the glitter</w:t>
      </w:r>
      <w:r/>
    </w:p>
    <w:p>
      <w:r/>
      <w:r>
        <w:t>The weekend’s joy sits beside a more serious history. The UpStairs Lounge fire of 1973, which claimed 32 lives, is a stark reminder of how far the community has come and why public recognition matters. New Orleans has a long timeline of LGBTQ+ organising and venues stretching back decades, and Southern Decadence is as much about visibility and remembering as it is about revelry. Visiting with that context adds a different kind of respect to the celebrations.</w:t>
      </w:r>
      <w:r/>
    </w:p>
    <w:p>
      <w:pPr>
        <w:pStyle w:val="Heading2"/>
      </w:pPr>
      <w:r>
        <w:t>How to plan: tickets, safety and what to pack</w:t>
      </w:r>
      <w:r/>
    </w:p>
    <w:p>
      <w:r/>
      <w:r>
        <w:t>Buy parade and event tickets early where required and use the official Southern Decadence programme to map the weekend. Wear comfortable shoes for cobbles, layers for humid days and evenings, and bring a refillable water bottle , hydration is your friend. Keep valuables close and dress in stuff you won’t mind losing: glitter, feathers and sequins tend to wander. If you’re seeking quieter moments, schedule a brunch or a museum visit in the Marigny or Garden District between parties.</w:t>
      </w:r>
      <w:r/>
    </w:p>
    <w:p>
      <w:r/>
      <w:r>
        <w:t>It’s a small change that can make every visit feel safer and more fun.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0">
        <w:r>
          <w:rPr>
            <w:color w:val="0000EE"/>
            <w:u w:val="single"/>
          </w:rPr>
          <w:t>[2]</w:t>
        </w:r>
      </w:hyperlink>
      <w:r>
        <w:t xml:space="preserve">, </w:t>
      </w:r>
      <w:hyperlink r:id="rId13">
        <w:r>
          <w:rPr>
            <w:color w:val="0000EE"/>
            <w:u w:val="single"/>
          </w:rPr>
          <w:t>[5]</w:t>
        </w:r>
      </w:hyperlink>
      <w:r>
        <w:t xml:space="preserve">- Paragraph 4: </w:t>
      </w:r>
      <w:hyperlink r:id="rId10">
        <w:r>
          <w:rPr>
            <w:color w:val="0000EE"/>
            <w:u w:val="single"/>
          </w:rPr>
          <w:t>[2]</w:t>
        </w:r>
      </w:hyperlink>
      <w:r>
        <w:t xml:space="preserve">, </w:t>
      </w:r>
      <w:hyperlink r:id="rId14">
        <w:r>
          <w:rPr>
            <w:color w:val="0000EE"/>
            <w:u w:val="single"/>
          </w:rPr>
          <w:t>[6]</w:t>
        </w:r>
      </w:hyperlink>
      <w:r>
        <w:t xml:space="preserve">- Paragraph 5: </w:t>
      </w:r>
      <w:hyperlink r:id="rId9">
        <w:r>
          <w:rPr>
            <w:color w:val="0000EE"/>
            <w:u w:val="single"/>
          </w:rPr>
          <w:t>[1]</w:t>
        </w:r>
      </w:hyperlink>
      <w:r>
        <w:t xml:space="preserve">, </w:t>
      </w:r>
      <w:hyperlink r:id="rId14">
        <w:r>
          <w:rPr>
            <w:color w:val="0000EE"/>
            <w:u w:val="single"/>
          </w:rPr>
          <w:t>[6]</w:t>
        </w:r>
      </w:hyperlink>
      <w:r>
        <w:t xml:space="preserve">- Paragraph 6: </w:t>
      </w:r>
      <w:hyperlink r:id="rId10">
        <w:r>
          <w:rPr>
            <w:color w:val="0000EE"/>
            <w:u w:val="single"/>
          </w:rPr>
          <w:t>[2]</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https://www.vacationer.travel/southern-decadence-the-party-that-turns-the-french-quarter-into-a-giant-queer-celebration/</w:t>
        </w:r>
      </w:hyperlink>
      <w:r>
        <w:t xml:space="preserve"> - Please view link - unable to able to access data</w:t>
      </w:r>
      <w:r/>
    </w:p>
    <w:p>
      <w:pPr>
        <w:pStyle w:val="ListNumber"/>
        <w:spacing w:line="240" w:lineRule="auto"/>
        <w:ind w:left="720"/>
      </w:pPr>
      <w:r/>
      <w:hyperlink r:id="rId10">
        <w:r>
          <w:rPr>
            <w:color w:val="0000EE"/>
            <w:u w:val="single"/>
          </w:rPr>
          <w:t>https://www.southerndecadence.com/</w:t>
        </w:r>
      </w:hyperlink>
      <w:r>
        <w:t xml:space="preserve"> - The official website for Southern Decadence provides comprehensive information about the event, including dates, history, and details about the 2026 celebration. The 2026 Southern Decadence is scheduled from August 28 to September 2, 2025, in New Orleans, LA. The website offers insights into the event's origins, its evolution over the years, and the various activities planned for the upcoming celebration. It also features information about the parade, sponsors, and ways to get involved or support the event.</w:t>
      </w:r>
      <w:r/>
    </w:p>
    <w:p>
      <w:pPr>
        <w:pStyle w:val="ListNumber"/>
        <w:spacing w:line="240" w:lineRule="auto"/>
        <w:ind w:left="720"/>
      </w:pPr>
      <w:r/>
      <w:hyperlink r:id="rId12">
        <w:r>
          <w:rPr>
            <w:color w:val="0000EE"/>
            <w:u w:val="single"/>
          </w:rPr>
          <w:t>https://www.festivalsinamerica.com/festival/southern-decadence-new-orleans</w:t>
        </w:r>
      </w:hyperlink>
      <w:r>
        <w:t xml:space="preserve"> - This page provides an overview of Southern Decadence, highlighting its status as one of the largest LGBTQ+ celebrations in the United States. The event is set to take place from September 3 to 7, 2026, in New Orleans, LA. The page details the festival's origins, starting in 1972 as a small farewell party, and its growth into a major international LGBTQ+ gathering. It also outlines the main events, including the Grand Marshal Parade, and provides information on free and ticketed elements of the festival.</w:t>
      </w:r>
      <w:r/>
    </w:p>
    <w:p>
      <w:pPr>
        <w:pStyle w:val="ListNumber"/>
        <w:spacing w:line="240" w:lineRule="auto"/>
        <w:ind w:left="720"/>
      </w:pPr>
      <w:r/>
      <w:hyperlink r:id="rId11">
        <w:r>
          <w:rPr>
            <w:color w:val="0000EE"/>
            <w:u w:val="single"/>
          </w:rPr>
          <w:t>https://www.neworleans.com/event/southern-decadence/3316/</w:t>
        </w:r>
      </w:hyperlink>
      <w:r>
        <w:t xml:space="preserve"> - This page from the official New Orleans tourism website offers detailed information about Southern Decadence, emphasizing its significance as a cornerstone of queer culture in the city. The 2026 event is scheduled from September 3 to 7, 2026. The page provides insights into the festival's history, its evolution over the years, and the various activities planned for the upcoming celebration. It also features information about the parade, sponsors, and ways to get involved or support the event.</w:t>
      </w:r>
      <w:r/>
    </w:p>
    <w:p>
      <w:pPr>
        <w:pStyle w:val="ListNumber"/>
        <w:spacing w:line="240" w:lineRule="auto"/>
        <w:ind w:left="720"/>
      </w:pPr>
      <w:r/>
      <w:hyperlink r:id="rId13">
        <w:r>
          <w:rPr>
            <w:color w:val="0000EE"/>
            <w:u w:val="single"/>
          </w:rPr>
          <w:t>https://www.sdparade.com/</w:t>
        </w:r>
      </w:hyperlink>
      <w:r>
        <w:t xml:space="preserve"> - The official website for the Southern Decadence Walking Parade provides detailed information about the parade, including its history, route, and the 2026 event. The 2026 parade is scheduled for September 6 at 3 pm in the historic French Quarter. The website features information about the 2026 Grand Marshals, the theme 'Phoenix Rising: Together We Rise,' and the parade route. It also offers insights into the event's origins and its significance within the Southern Decadence festival.</w:t>
      </w:r>
      <w:r/>
    </w:p>
    <w:p>
      <w:pPr>
        <w:pStyle w:val="ListNumber"/>
        <w:spacing w:line="240" w:lineRule="auto"/>
        <w:ind w:left="720"/>
      </w:pPr>
      <w:r/>
      <w:hyperlink r:id="rId14">
        <w:r>
          <w:rPr>
            <w:color w:val="0000EE"/>
            <w:u w:val="single"/>
          </w:rPr>
          <w:t>https://www.frenchquarter.com/southern-decadence-in-the-french-quarter/</w:t>
        </w:r>
      </w:hyperlink>
      <w:r>
        <w:t xml:space="preserve"> - This page offers an in-depth look at Southern Decadence in the French Quarter, detailing its evolution from a small farewell party in the early 70s to a massive four-day festival celebrating LGBTQ+ culture. The 2026 event is scheduled from Thursday, September 3, through Monday, September 7, 2026. The page provides insights into the festival's history, its significance within the New Orleans cultural landscape, and the various activities planned for the upcoming celebration, including block parties and dance events at bars and clubs on Bourbon Street.</w:t>
      </w:r>
      <w:r/>
    </w:p>
    <w:p>
      <w:pPr>
        <w:pStyle w:val="ListNumber"/>
        <w:spacing w:line="240" w:lineRule="auto"/>
        <w:ind w:left="720"/>
      </w:pPr>
      <w:r/>
      <w:hyperlink r:id="rId15">
        <w:r>
          <w:rPr>
            <w:color w:val="0000EE"/>
            <w:u w:val="single"/>
          </w:rPr>
          <w:t>https://www.halloweenneworleans.com/events</w:t>
        </w:r>
      </w:hyperlink>
      <w:r>
        <w:t xml:space="preserve"> - This page lists events organized by Halloween New Orleans, including the Southern Decadence Party at the Mardi Gras Museum of Costumes &amp; Culture. The event is scheduled for September 4, 2026, from 7 pm to 10 pm. The page provides details about the event, including ticket information, the inclusion of full admission to the Mardi Gras Museum, and the opportunity to explore the museum's costumes and history throughout the evening. It also highlights the musical entertainment provided by DJ Will Lowe.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vacationer.travel/southern-decadence-the-party-that-turns-the-french-quarter-into-a-giant-queer-celebration/" TargetMode="External"/><Relationship Id="rId10" Type="http://schemas.openxmlformats.org/officeDocument/2006/relationships/hyperlink" Target="https://www.southerndecadence.com/" TargetMode="External"/><Relationship Id="rId11" Type="http://schemas.openxmlformats.org/officeDocument/2006/relationships/hyperlink" Target="https://www.neworleans.com/event/southern-decadence/3316/" TargetMode="External"/><Relationship Id="rId12" Type="http://schemas.openxmlformats.org/officeDocument/2006/relationships/hyperlink" Target="https://www.festivalsinamerica.com/festival/southern-decadence-new-orleans" TargetMode="External"/><Relationship Id="rId13" Type="http://schemas.openxmlformats.org/officeDocument/2006/relationships/hyperlink" Target="https://www.sdparade.com/" TargetMode="External"/><Relationship Id="rId14" Type="http://schemas.openxmlformats.org/officeDocument/2006/relationships/hyperlink" Target="https://www.frenchquarter.com/southern-decadence-in-the-french-quarter/" TargetMode="External"/><Relationship Id="rId15" Type="http://schemas.openxmlformats.org/officeDocument/2006/relationships/hyperlink" Target="https://www.halloweenneworleans.com/ev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