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Monologues in Derry: Why This Fourth-Year Lineup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voices as The Pride Monologues returns to Cultúrlann Uí Chanáin for Foyle Pride this Wednesday, August 26 , a night of sharp, tender and laugh-out-loud storytelling that gives LGBTQIA+ people a stage and the audience a mirror. Doors open 7.30pm, curtain 8pm; tickets from £8–£10.</w:t>
      </w:r>
      <w:r/>
    </w:p>
    <w:p>
      <w:r/>
      <w:r>
        <w:t>Essential Takeaways</w:t>
      </w:r>
      <w:r/>
      <w:r/>
    </w:p>
    <w:p>
      <w:pPr>
        <w:pStyle w:val="ListBullet"/>
        <w:spacing w:line="240" w:lineRule="auto"/>
        <w:ind w:left="720"/>
      </w:pPr>
      <w:r/>
      <w:r>
        <w:rPr>
          <w:b/>
        </w:rPr>
        <w:t>When and where:</w:t>
      </w:r>
      <w:r>
        <w:t xml:space="preserve"> The Pride Monologues is on Wednesday 26 August at Cultúrlann Uí Chanáin, doors 7.30pm, start 8pm , tickets via Ticketsource or on the door. </w:t>
      </w:r>
      <w:r/>
    </w:p>
    <w:p>
      <w:pPr>
        <w:pStyle w:val="ListBullet"/>
        <w:spacing w:line="240" w:lineRule="auto"/>
        <w:ind w:left="720"/>
      </w:pPr>
      <w:r/>
      <w:r>
        <w:rPr>
          <w:b/>
        </w:rPr>
        <w:t>Who’s involved:</w:t>
      </w:r>
      <w:r>
        <w:t xml:space="preserve"> Local writers and performers, including Sam Ó Fearraigh, Gemma Walker Farren, Alex Cregan and Isaac Quinn, plus a mix of emerging and experienced voices. </w:t>
      </w:r>
      <w:r/>
    </w:p>
    <w:p>
      <w:pPr>
        <w:pStyle w:val="ListBullet"/>
        <w:spacing w:line="240" w:lineRule="auto"/>
        <w:ind w:left="720"/>
      </w:pPr>
      <w:r/>
      <w:r>
        <w:rPr>
          <w:b/>
        </w:rPr>
        <w:t>Tone and content:</w:t>
      </w:r>
      <w:r>
        <w:t xml:space="preserve"> Expect a blend of humour, radical honesty and moving reflections that spotlight current LGBTQIA+ issues and everyday life. </w:t>
      </w:r>
      <w:r/>
    </w:p>
    <w:p>
      <w:pPr>
        <w:pStyle w:val="ListBullet"/>
        <w:spacing w:line="240" w:lineRule="auto"/>
        <w:ind w:left="720"/>
      </w:pPr>
      <w:r/>
      <w:r>
        <w:rPr>
          <w:b/>
        </w:rPr>
        <w:t>Accessibility and community:</w:t>
      </w:r>
      <w:r>
        <w:t xml:space="preserve"> Tickets are low-cost, proceeds support Foyle Pride, and the event is framed as a safe, celebratory queer space. </w:t>
      </w:r>
      <w:r/>
    </w:p>
    <w:p>
      <w:pPr>
        <w:pStyle w:val="ListBullet"/>
        <w:spacing w:line="240" w:lineRule="auto"/>
        <w:ind w:left="720"/>
      </w:pPr>
      <w:r/>
      <w:r>
        <w:rPr>
          <w:b/>
        </w:rPr>
        <w:t>Atmosphere:</w:t>
      </w:r>
      <w:r>
        <w:t xml:space="preserve"> Previous audiences report a powerful, electric vibe , emotional, validating and often life-changing.</w:t>
      </w:r>
      <w:r/>
      <w:r/>
    </w:p>
    <w:p>
      <w:pPr>
        <w:pStyle w:val="Heading2"/>
      </w:pPr>
      <w:r>
        <w:t>Why the fourth year feels like a milestone</w:t>
      </w:r>
      <w:r/>
    </w:p>
    <w:p>
      <w:r/>
      <w:r>
        <w:t>This is the fourth staging of The Pride Monologues at Foyle Pride, and that longevity matters. After a few years running, events like this stop being one-off projects and start shaping a local cultural rhythm. The room at Cultúrlann has the kind of warm, intimate feel where you can hear a pin drop and then laugh out loud five minutes later. For anyone who’s been a bit nervous about live queer storytelling, this year’s return signals stability and confidence from the community.</w:t>
      </w:r>
      <w:r/>
    </w:p>
    <w:p>
      <w:pPr>
        <w:pStyle w:val="Heading2"/>
      </w:pPr>
      <w:r>
        <w:t>Who’s on stage and what they’re saying</w:t>
      </w:r>
      <w:r/>
    </w:p>
    <w:p>
      <w:r/>
      <w:r>
        <w:t>The line-up mixes recognised local theatre makers and fresh voices. Names to watch include Sam Ó Fearraigh and Gemma Walker Farren, Alex Cregan , who runs the Queer Writers Circle in Derry , and theatre-maker Isaac Quinn. That blend matters because experienced writers bring craft and newcomers bring urgency; together they reflect a living, changing queer scene. Expect stories about identity, belonging, humour about awkward moments and sharp observations on contemporary issues.</w:t>
      </w:r>
      <w:r/>
    </w:p>
    <w:p>
      <w:pPr>
        <w:pStyle w:val="Heading2"/>
      </w:pPr>
      <w:r>
        <w:t>Why small, live nights still matter for representation</w:t>
      </w:r>
      <w:r/>
    </w:p>
    <w:p>
      <w:r/>
      <w:r>
        <w:t>Mel Bradley, who’s hosting the night, sums up the bigger point: seeing yourself on stage changes how you see the world. In a media landscape that still underrepresents many queer lives, grassroots events provide the uncomplicated gift of visibility. These nights aren’t just art for art’s sake , they’re places where validation happens in real time, when an audience shouldering a shared history nods together, laughs together and sometimes cries together.</w:t>
      </w:r>
      <w:r/>
    </w:p>
    <w:p>
      <w:pPr>
        <w:pStyle w:val="Heading2"/>
      </w:pPr>
      <w:r>
        <w:t>How The Pride Monologues supports the wider festival and community</w:t>
      </w:r>
      <w:r/>
    </w:p>
    <w:p>
      <w:r/>
      <w:r>
        <w:t>The event is part of the Foyle Pride Festival and is run by Sole Purpose Productions with support from Foyle Pride. Low ticket prices and the fact that proceeds go back to Foyle Pride keep the evening accessible and community-focused. For festival-goers it’s an essential stop: intimate theatre that complements parades, panels and parties by reminding everyone that storysharing is civic, political and personal all at once.</w:t>
      </w:r>
      <w:r/>
    </w:p>
    <w:p>
      <w:pPr>
        <w:pStyle w:val="Heading2"/>
      </w:pPr>
      <w:r>
        <w:t>Practical tips if you’re going</w:t>
      </w:r>
      <w:r/>
    </w:p>
    <w:p>
      <w:r/>
      <w:r>
        <w:t>Arrive early for the best seats and to soak up the pre-show atmosphere; doors open at 7.30pm. If you prefer to secure a place, book via Ticketsource, otherwise you can pay on the door. Expect a mixed programme of readings and performances, so dress for comfort , you might find yourself wiping a tear one minute and clapping the next. Bring friends who haven’t yet experienced a Pride Monologues night; these shows are often the easiest way for people to understand why local queer culture matters.</w:t>
      </w:r>
      <w:r/>
    </w:p>
    <w:p>
      <w:r/>
      <w:r>
        <w:t>It's a small change that can make every story louder and every audience quieter in the best possible way.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https://www.derryjournal.com/arts-and-culture/theatre-and-stage/the-pride-monologues-takes-the-stage-again-at-derrys-culturlann-8938613</w:t>
        </w:r>
      </w:hyperlink>
      <w:r>
        <w:t xml:space="preserve"> - Please view link - unable to able to access data</w:t>
      </w:r>
      <w:r/>
    </w:p>
    <w:p>
      <w:pPr>
        <w:pStyle w:val="ListNumber"/>
        <w:spacing w:line="240" w:lineRule="auto"/>
        <w:ind w:left="720"/>
      </w:pPr>
      <w:r/>
      <w:hyperlink r:id="rId10">
        <w:r>
          <w:rPr>
            <w:color w:val="0000EE"/>
            <w:u w:val="single"/>
          </w:rPr>
          <w:t>https://culturlann.org/event</w:t>
        </w:r>
      </w:hyperlink>
      <w:r>
        <w:t xml:space="preserve"> - Cultúrlann Uí Chanáin is hosting the Pride Monologues on 26th August 2026 at 8:00 PM. Tickets are priced between £8 and £10. The venue is located at 37 Great James Street, Derry BT48 7DF. For more information, visit their official website.</w:t>
      </w:r>
      <w:r/>
    </w:p>
    <w:p>
      <w:pPr>
        <w:pStyle w:val="ListNumber"/>
        <w:spacing w:line="240" w:lineRule="auto"/>
        <w:ind w:left="720"/>
      </w:pPr>
      <w:r/>
      <w:hyperlink r:id="rId13">
        <w:r>
          <w:rPr>
            <w:color w:val="0000EE"/>
            <w:u w:val="single"/>
          </w:rPr>
          <w:t>https://www.foylepride.com/events</w:t>
        </w:r>
      </w:hyperlink>
      <w:r>
        <w:t xml:space="preserve"> - The Foyle Pride Festival 2026 is scheduled from 19th August to 29th August 2026. The festival includes various events, with the Pride Monologues being one of the highlights. For a detailed list of events, please refer to the Foyle Pride Festival's official events page.</w:t>
      </w:r>
      <w:r/>
    </w:p>
    <w:p>
      <w:pPr>
        <w:pStyle w:val="ListNumber"/>
        <w:spacing w:line="240" w:lineRule="auto"/>
        <w:ind w:left="720"/>
      </w:pPr>
      <w:r/>
      <w:hyperlink r:id="rId11">
        <w:r>
          <w:rPr>
            <w:color w:val="0000EE"/>
            <w:u w:val="single"/>
          </w:rPr>
          <w:t>https://culturlann.org/</w:t>
        </w:r>
      </w:hyperlink>
      <w:r>
        <w:t xml:space="preserve"> - Cultúrlann Uí Chanáin is a cultural centre in Derry that promotes the Irish language and arts. They are hosting the Pride Monologues on 26th August 2026. For more details about the venue and its offerings, visit their official website.</w:t>
      </w:r>
      <w:r/>
    </w:p>
    <w:p>
      <w:pPr>
        <w:pStyle w:val="ListNumber"/>
        <w:spacing w:line="240" w:lineRule="auto"/>
        <w:ind w:left="720"/>
      </w:pPr>
      <w:r/>
      <w:hyperlink r:id="rId12">
        <w:r>
          <w:rPr>
            <w:color w:val="0000EE"/>
            <w:u w:val="single"/>
          </w:rPr>
          <w:t>https://www.foylepride.com/</w:t>
        </w:r>
      </w:hyperlink>
      <w:r>
        <w:t xml:space="preserve"> - Foyle Pride Festival is an annual event in Derry celebrating LGBTQIA+ culture and rights. The 2026 festival runs from 19th August to 29th August, featuring various events including the Pride Monologues. For more information, visit their official website.</w:t>
      </w:r>
      <w:r/>
    </w:p>
    <w:p>
      <w:pPr>
        <w:pStyle w:val="ListNumber"/>
        <w:spacing w:line="240" w:lineRule="auto"/>
        <w:ind w:left="720"/>
      </w:pPr>
      <w:r/>
      <w:hyperlink r:id="rId14">
        <w:r>
          <w:rPr>
            <w:color w:val="0000EE"/>
            <w:u w:val="single"/>
          </w:rPr>
          <w:t>https://www.visitderry.com/whats-on/border-lines-pride-edition-p1088951</w:t>
        </w:r>
      </w:hyperlink>
      <w:r>
        <w:t xml:space="preserve"> - Border Lines is hosting a Pride Edition event at Cultúrlann Uí Chanáin on 22nd August 2026. The event celebrates LGBTQ+ voices in poetry, spoken word, and storytelling. For more details, visit the Visit Derry website.</w:t>
      </w:r>
      <w:r/>
    </w:p>
    <w:p>
      <w:pPr>
        <w:pStyle w:val="ListNumber"/>
        <w:spacing w:line="240" w:lineRule="auto"/>
        <w:ind w:left="720"/>
      </w:pPr>
      <w:r/>
      <w:hyperlink r:id="rId15">
        <w:r>
          <w:rPr>
            <w:color w:val="0000EE"/>
            <w:u w:val="single"/>
          </w:rPr>
          <w:t>https://www.visitderry.com/whats-on/foyle-pride-festival-2026-p1092721</w:t>
        </w:r>
      </w:hyperlink>
      <w:r>
        <w:t xml:space="preserve"> - The Foyle Pride Festival 2026 takes place from 19th August to 29th August 2026 in Derry. The festival includes various events, with the Pride Monologues being one of the highlights. For more information, visit the Visit Derry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ryjournal.com/arts-and-culture/theatre-and-stage/the-pride-monologues-takes-the-stage-again-at-derrys-culturlann-8938613" TargetMode="External"/><Relationship Id="rId10" Type="http://schemas.openxmlformats.org/officeDocument/2006/relationships/hyperlink" Target="https://culturlann.org/event" TargetMode="External"/><Relationship Id="rId11" Type="http://schemas.openxmlformats.org/officeDocument/2006/relationships/hyperlink" Target="https://culturlann.org/" TargetMode="External"/><Relationship Id="rId12" Type="http://schemas.openxmlformats.org/officeDocument/2006/relationships/hyperlink" Target="https://www.foylepride.com/" TargetMode="External"/><Relationship Id="rId13" Type="http://schemas.openxmlformats.org/officeDocument/2006/relationships/hyperlink" Target="https://www.foylepride.com/events" TargetMode="External"/><Relationship Id="rId14" Type="http://schemas.openxmlformats.org/officeDocument/2006/relationships/hyperlink" Target="https://www.visitderry.com/whats-on/border-lines-pride-edition-p1088951" TargetMode="External"/><Relationship Id="rId15" Type="http://schemas.openxmlformats.org/officeDocument/2006/relationships/hyperlink" Target="https://www.visitderry.com/whats-on/foyle-pride-festival-2026-p10927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